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008" w:rsidRPr="001B14C3" w:rsidRDefault="001F4597" w:rsidP="001B14C3">
      <w:pPr>
        <w:pStyle w:val="aff2"/>
        <w:shd w:val="clear" w:color="auto" w:fill="FFFFFF"/>
        <w:spacing w:before="0" w:beforeAutospacing="0" w:after="0" w:afterAutospacing="0" w:line="360" w:lineRule="auto"/>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3.2pt;margin-top:-24.9pt;width:600.75pt;height:847.35pt;z-index:251659264;mso-position-horizontal-relative:text;mso-position-vertical-relative:text">
            <v:imagedata r:id="rId6" o:title="ОДНКР"/>
          </v:shape>
        </w:pict>
      </w:r>
      <w:bookmarkEnd w:id="0"/>
    </w:p>
    <w:p w:rsidR="00D71CDC" w:rsidRPr="00D71CDC" w:rsidRDefault="00D71CDC" w:rsidP="001B14C3">
      <w:pPr>
        <w:spacing w:after="0" w:line="360" w:lineRule="auto"/>
        <w:jc w:val="center"/>
        <w:rPr>
          <w:rFonts w:ascii="Times New Roman" w:eastAsia="Times New Roman" w:hAnsi="Times New Roman" w:cs="Times New Roman"/>
          <w:color w:val="000000"/>
          <w:sz w:val="24"/>
          <w:szCs w:val="24"/>
          <w:lang w:val="ru-RU" w:eastAsia="ru-RU"/>
        </w:rPr>
      </w:pPr>
      <w:r w:rsidRPr="00D71CDC">
        <w:rPr>
          <w:rFonts w:ascii="Times New Roman" w:eastAsia="Times New Roman" w:hAnsi="Times New Roman" w:cs="Times New Roman"/>
          <w:color w:val="000000"/>
          <w:sz w:val="24"/>
          <w:szCs w:val="24"/>
          <w:lang w:val="ru-RU" w:eastAsia="ru-RU"/>
        </w:rPr>
        <w:t>муниципальное казенное общеобразовательное учреждение</w:t>
      </w:r>
    </w:p>
    <w:p w:rsidR="00D71CDC" w:rsidRPr="00D71CDC" w:rsidRDefault="00D71CDC" w:rsidP="001B14C3">
      <w:pPr>
        <w:spacing w:after="0" w:line="360" w:lineRule="auto"/>
        <w:jc w:val="center"/>
        <w:rPr>
          <w:rFonts w:ascii="Times New Roman" w:eastAsia="Times New Roman" w:hAnsi="Times New Roman" w:cs="Times New Roman"/>
          <w:color w:val="000000"/>
          <w:sz w:val="24"/>
          <w:szCs w:val="24"/>
          <w:lang w:val="ru-RU" w:eastAsia="ru-RU"/>
        </w:rPr>
      </w:pPr>
      <w:r w:rsidRPr="00D71CDC">
        <w:rPr>
          <w:rFonts w:ascii="Times New Roman" w:eastAsia="Times New Roman" w:hAnsi="Times New Roman" w:cs="Times New Roman"/>
          <w:color w:val="000000"/>
          <w:sz w:val="24"/>
          <w:szCs w:val="24"/>
          <w:lang w:val="ru-RU" w:eastAsia="ru-RU"/>
        </w:rPr>
        <w:t xml:space="preserve">Средняя общеобразовательная школа № </w:t>
      </w:r>
      <w:smartTag w:uri="urn:schemas-microsoft-com:office:smarttags" w:element="metricconverter">
        <w:smartTagPr>
          <w:attr w:name="ProductID" w:val="7 г"/>
        </w:smartTagPr>
        <w:r w:rsidRPr="00D71CDC">
          <w:rPr>
            <w:rFonts w:ascii="Times New Roman" w:eastAsia="Times New Roman" w:hAnsi="Times New Roman" w:cs="Times New Roman"/>
            <w:color w:val="000000"/>
            <w:sz w:val="24"/>
            <w:szCs w:val="24"/>
            <w:lang w:val="ru-RU" w:eastAsia="ru-RU"/>
          </w:rPr>
          <w:t>7 г</w:t>
        </w:r>
      </w:smartTag>
      <w:r w:rsidRPr="00D71CDC">
        <w:rPr>
          <w:rFonts w:ascii="Times New Roman" w:eastAsia="Times New Roman" w:hAnsi="Times New Roman" w:cs="Times New Roman"/>
          <w:color w:val="000000"/>
          <w:sz w:val="24"/>
          <w:szCs w:val="24"/>
          <w:lang w:val="ru-RU" w:eastAsia="ru-RU"/>
        </w:rPr>
        <w:t xml:space="preserve">. Сегежи </w:t>
      </w:r>
    </w:p>
    <w:p w:rsidR="00D71CDC" w:rsidRPr="00D71CDC" w:rsidRDefault="00D71CDC" w:rsidP="001B14C3">
      <w:pPr>
        <w:spacing w:after="0" w:line="360" w:lineRule="auto"/>
        <w:jc w:val="center"/>
        <w:rPr>
          <w:rFonts w:ascii="Times New Roman" w:eastAsia="Times New Roman" w:hAnsi="Times New Roman" w:cs="Times New Roman"/>
          <w:color w:val="000000"/>
          <w:sz w:val="24"/>
          <w:szCs w:val="24"/>
          <w:lang w:val="ru-RU" w:eastAsia="ru-RU"/>
        </w:rPr>
      </w:pPr>
    </w:p>
    <w:p w:rsidR="00D71CDC" w:rsidRPr="00D71CDC" w:rsidRDefault="00D71CDC" w:rsidP="001B14C3">
      <w:pPr>
        <w:spacing w:after="0" w:line="360" w:lineRule="auto"/>
        <w:jc w:val="center"/>
        <w:rPr>
          <w:rFonts w:ascii="Times New Roman" w:eastAsia="Times New Roman" w:hAnsi="Times New Roman" w:cs="Times New Roman"/>
          <w:color w:val="000000"/>
          <w:sz w:val="24"/>
          <w:szCs w:val="24"/>
          <w:lang w:val="ru-RU" w:eastAsia="ru-RU"/>
        </w:rPr>
      </w:pPr>
    </w:p>
    <w:p w:rsidR="00D71CDC" w:rsidRPr="00D71CDC" w:rsidRDefault="00D71CDC" w:rsidP="001B14C3">
      <w:pPr>
        <w:spacing w:after="0" w:line="360" w:lineRule="auto"/>
        <w:rPr>
          <w:rFonts w:ascii="Times New Roman" w:eastAsia="Times New Roman" w:hAnsi="Times New Roman" w:cs="Times New Roman"/>
          <w:color w:val="000000"/>
          <w:sz w:val="24"/>
          <w:szCs w:val="24"/>
          <w:lang w:val="ru-RU" w:eastAsia="ru-RU"/>
        </w:rPr>
      </w:pPr>
    </w:p>
    <w:p w:rsidR="00D71CDC" w:rsidRPr="00D71CDC" w:rsidRDefault="00D71CDC" w:rsidP="001B14C3">
      <w:pPr>
        <w:spacing w:after="0" w:line="360" w:lineRule="auto"/>
        <w:rPr>
          <w:rFonts w:ascii="Times New Roman" w:eastAsia="Times New Roman" w:hAnsi="Times New Roman" w:cs="Times New Roman"/>
          <w:color w:val="000000"/>
          <w:sz w:val="24"/>
          <w:szCs w:val="24"/>
          <w:lang w:val="ru-RU" w:eastAsia="ru-RU"/>
        </w:rPr>
      </w:pPr>
      <w:r w:rsidRPr="00D71CDC">
        <w:rPr>
          <w:rFonts w:ascii="Times New Roman" w:eastAsia="Times New Roman" w:hAnsi="Times New Roman" w:cs="Times New Roman"/>
          <w:color w:val="000000"/>
          <w:sz w:val="24"/>
          <w:szCs w:val="24"/>
          <w:lang w:val="ru-RU" w:eastAsia="ru-RU"/>
        </w:rPr>
        <w:t>Принята                                                                                                                     Утверждена:</w:t>
      </w:r>
    </w:p>
    <w:p w:rsidR="00D71CDC" w:rsidRPr="00D71CDC" w:rsidRDefault="00D71CDC" w:rsidP="001B14C3">
      <w:pPr>
        <w:spacing w:after="0" w:line="360" w:lineRule="auto"/>
        <w:rPr>
          <w:rFonts w:ascii="Times New Roman" w:eastAsia="Times New Roman" w:hAnsi="Times New Roman" w:cs="Times New Roman"/>
          <w:color w:val="000000"/>
          <w:sz w:val="24"/>
          <w:szCs w:val="24"/>
          <w:lang w:val="ru-RU" w:eastAsia="ru-RU"/>
        </w:rPr>
      </w:pPr>
      <w:r w:rsidRPr="00D71CDC">
        <w:rPr>
          <w:rFonts w:ascii="Times New Roman" w:eastAsia="Times New Roman" w:hAnsi="Times New Roman" w:cs="Times New Roman"/>
          <w:color w:val="000000"/>
          <w:sz w:val="24"/>
          <w:szCs w:val="24"/>
          <w:lang w:val="ru-RU" w:eastAsia="ru-RU"/>
        </w:rPr>
        <w:t>на педагогическом совете                                               Директор МКОУ СОШ №7 г.Сегежи</w:t>
      </w:r>
    </w:p>
    <w:p w:rsidR="00D71CDC" w:rsidRPr="00D71CDC" w:rsidRDefault="00D71CDC" w:rsidP="001B14C3">
      <w:pPr>
        <w:spacing w:after="0" w:line="360" w:lineRule="auto"/>
        <w:rPr>
          <w:rFonts w:ascii="Times New Roman" w:eastAsia="Times New Roman" w:hAnsi="Times New Roman" w:cs="Times New Roman"/>
          <w:color w:val="000000"/>
          <w:sz w:val="24"/>
          <w:szCs w:val="24"/>
          <w:lang w:val="ru-RU" w:eastAsia="ru-RU"/>
        </w:rPr>
      </w:pPr>
      <w:r w:rsidRPr="00D71CDC">
        <w:rPr>
          <w:rFonts w:ascii="Times New Roman" w:eastAsia="Times New Roman" w:hAnsi="Times New Roman" w:cs="Times New Roman"/>
          <w:color w:val="000000"/>
          <w:sz w:val="24"/>
          <w:szCs w:val="24"/>
          <w:lang w:val="ru-RU" w:eastAsia="ru-RU"/>
        </w:rPr>
        <w:t>протокол №1                                                                                 __________/Самохвалова А.В</w:t>
      </w:r>
    </w:p>
    <w:p w:rsidR="001040DB" w:rsidRDefault="00D71CDC" w:rsidP="001B14C3">
      <w:pPr>
        <w:spacing w:after="0" w:line="360" w:lineRule="auto"/>
        <w:rPr>
          <w:rFonts w:ascii="Times New Roman" w:eastAsia="Times New Roman" w:hAnsi="Times New Roman" w:cs="Times New Roman"/>
          <w:color w:val="000000"/>
          <w:sz w:val="24"/>
          <w:szCs w:val="24"/>
          <w:lang w:val="ru-RU" w:eastAsia="ru-RU"/>
        </w:rPr>
      </w:pPr>
      <w:r w:rsidRPr="00D71CDC">
        <w:rPr>
          <w:rFonts w:ascii="Times New Roman" w:eastAsia="Times New Roman" w:hAnsi="Times New Roman" w:cs="Times New Roman"/>
          <w:color w:val="000000"/>
          <w:sz w:val="24"/>
          <w:szCs w:val="24"/>
          <w:lang w:val="ru-RU" w:eastAsia="ru-RU"/>
        </w:rPr>
        <w:t>от 31.08.202</w:t>
      </w:r>
      <w:r w:rsidR="00923ED0">
        <w:rPr>
          <w:rFonts w:ascii="Times New Roman" w:eastAsia="Times New Roman" w:hAnsi="Times New Roman" w:cs="Times New Roman"/>
          <w:color w:val="000000"/>
          <w:sz w:val="24"/>
          <w:szCs w:val="24"/>
          <w:lang w:val="ru-RU" w:eastAsia="ru-RU"/>
        </w:rPr>
        <w:t>3</w:t>
      </w:r>
    </w:p>
    <w:p w:rsidR="00D71CDC" w:rsidRPr="00D71CDC" w:rsidRDefault="00D71CDC" w:rsidP="001B14C3">
      <w:pPr>
        <w:spacing w:after="0" w:line="360" w:lineRule="auto"/>
        <w:rPr>
          <w:rFonts w:ascii="Times New Roman" w:eastAsia="Times New Roman" w:hAnsi="Times New Roman" w:cs="Times New Roman"/>
          <w:color w:val="000000"/>
          <w:sz w:val="24"/>
          <w:szCs w:val="24"/>
          <w:lang w:val="ru-RU" w:eastAsia="ru-RU"/>
        </w:rPr>
      </w:pPr>
      <w:r w:rsidRPr="00D71CDC">
        <w:rPr>
          <w:rFonts w:ascii="Times New Roman" w:eastAsia="Times New Roman" w:hAnsi="Times New Roman" w:cs="Times New Roman"/>
          <w:color w:val="000000"/>
          <w:sz w:val="24"/>
          <w:szCs w:val="24"/>
          <w:lang w:val="ru-RU" w:eastAsia="ru-RU"/>
        </w:rPr>
        <w:t xml:space="preserve">                                                                      </w:t>
      </w:r>
    </w:p>
    <w:p w:rsidR="00D71CDC" w:rsidRPr="00D71CDC" w:rsidRDefault="00D71CDC" w:rsidP="001B14C3">
      <w:pPr>
        <w:spacing w:after="0" w:line="360" w:lineRule="auto"/>
        <w:rPr>
          <w:rFonts w:ascii="Times New Roman" w:eastAsia="Times New Roman" w:hAnsi="Times New Roman" w:cs="Times New Roman"/>
          <w:color w:val="000000"/>
          <w:sz w:val="24"/>
          <w:szCs w:val="24"/>
          <w:lang w:val="ru-RU" w:eastAsia="ru-RU"/>
        </w:rPr>
      </w:pPr>
    </w:p>
    <w:p w:rsidR="00D71CDC" w:rsidRPr="001B14C3" w:rsidRDefault="00D71CDC" w:rsidP="001B14C3">
      <w:pPr>
        <w:spacing w:after="0" w:line="360" w:lineRule="auto"/>
        <w:rPr>
          <w:rFonts w:ascii="Times New Roman" w:eastAsia="Times New Roman" w:hAnsi="Times New Roman" w:cs="Times New Roman"/>
          <w:color w:val="000000"/>
          <w:sz w:val="24"/>
          <w:szCs w:val="24"/>
          <w:lang w:val="ru-RU" w:eastAsia="ru-RU"/>
        </w:rPr>
      </w:pPr>
    </w:p>
    <w:p w:rsidR="00D71CDC" w:rsidRPr="001B14C3" w:rsidRDefault="00D71CDC" w:rsidP="001B14C3">
      <w:pPr>
        <w:spacing w:after="0" w:line="360" w:lineRule="auto"/>
        <w:rPr>
          <w:rFonts w:ascii="Times New Roman" w:eastAsia="Times New Roman" w:hAnsi="Times New Roman" w:cs="Times New Roman"/>
          <w:color w:val="000000"/>
          <w:sz w:val="24"/>
          <w:szCs w:val="24"/>
          <w:lang w:val="ru-RU" w:eastAsia="ru-RU"/>
        </w:rPr>
      </w:pPr>
    </w:p>
    <w:p w:rsidR="00D71CDC" w:rsidRPr="00D71CDC" w:rsidRDefault="00D71CDC" w:rsidP="001B14C3">
      <w:pPr>
        <w:spacing w:after="0" w:line="360" w:lineRule="auto"/>
        <w:rPr>
          <w:rFonts w:ascii="Times New Roman" w:eastAsia="Times New Roman" w:hAnsi="Times New Roman" w:cs="Times New Roman"/>
          <w:color w:val="000000"/>
          <w:sz w:val="24"/>
          <w:szCs w:val="24"/>
          <w:lang w:val="ru-RU" w:eastAsia="ru-RU"/>
        </w:rPr>
      </w:pPr>
    </w:p>
    <w:p w:rsidR="001B14C3" w:rsidRPr="001B14C3" w:rsidRDefault="001B14C3" w:rsidP="001B14C3">
      <w:pPr>
        <w:spacing w:after="0" w:line="240" w:lineRule="auto"/>
        <w:jc w:val="center"/>
        <w:rPr>
          <w:rFonts w:ascii="Times New Roman" w:eastAsia="Times New Roman" w:hAnsi="Times New Roman" w:cs="Times New Roman"/>
          <w:color w:val="000000"/>
          <w:sz w:val="52"/>
          <w:szCs w:val="52"/>
          <w:lang w:val="ru-RU" w:eastAsia="ru-RU"/>
        </w:rPr>
      </w:pPr>
      <w:r w:rsidRPr="001B14C3">
        <w:rPr>
          <w:rFonts w:ascii="Times New Roman" w:eastAsia="Times New Roman" w:hAnsi="Times New Roman" w:cs="Times New Roman"/>
          <w:color w:val="000000"/>
          <w:sz w:val="52"/>
          <w:szCs w:val="52"/>
          <w:lang w:val="ru-RU" w:eastAsia="ru-RU"/>
        </w:rPr>
        <w:t>Рабочая программа</w:t>
      </w:r>
    </w:p>
    <w:p w:rsidR="001B14C3" w:rsidRPr="001B14C3" w:rsidRDefault="001B14C3" w:rsidP="001B14C3">
      <w:pPr>
        <w:spacing w:after="0" w:line="240" w:lineRule="auto"/>
        <w:jc w:val="center"/>
        <w:rPr>
          <w:rFonts w:ascii="Times New Roman" w:eastAsia="Times New Roman" w:hAnsi="Times New Roman" w:cs="Times New Roman"/>
          <w:color w:val="000000"/>
          <w:sz w:val="52"/>
          <w:szCs w:val="52"/>
          <w:lang w:val="ru-RU" w:eastAsia="ru-RU"/>
        </w:rPr>
      </w:pPr>
      <w:r w:rsidRPr="001B14C3">
        <w:rPr>
          <w:rFonts w:ascii="Times New Roman" w:eastAsia="Times New Roman" w:hAnsi="Times New Roman" w:cs="Times New Roman"/>
          <w:color w:val="000000"/>
          <w:sz w:val="52"/>
          <w:szCs w:val="52"/>
          <w:lang w:val="ru-RU" w:eastAsia="ru-RU"/>
        </w:rPr>
        <w:t>по учебному  предмету</w:t>
      </w:r>
    </w:p>
    <w:p w:rsidR="001040DB" w:rsidRDefault="001B14C3" w:rsidP="001B14C3">
      <w:pPr>
        <w:autoSpaceDE w:val="0"/>
        <w:autoSpaceDN w:val="0"/>
        <w:spacing w:after="0" w:line="360" w:lineRule="auto"/>
        <w:ind w:left="720" w:right="283"/>
        <w:jc w:val="center"/>
        <w:rPr>
          <w:rFonts w:ascii="Times New Roman" w:eastAsia="Times New Roman" w:hAnsi="Times New Roman" w:cs="Times New Roman"/>
          <w:color w:val="000000"/>
          <w:sz w:val="48"/>
          <w:szCs w:val="48"/>
          <w:u w:val="single"/>
          <w:lang w:val="ru-RU"/>
        </w:rPr>
      </w:pPr>
      <w:r w:rsidRPr="001B14C3">
        <w:rPr>
          <w:rFonts w:ascii="Times New Roman" w:eastAsia="Times New Roman" w:hAnsi="Times New Roman" w:cs="Times New Roman"/>
          <w:color w:val="000000"/>
          <w:sz w:val="48"/>
          <w:szCs w:val="48"/>
          <w:u w:val="single"/>
          <w:lang w:val="ru-RU"/>
        </w:rPr>
        <w:t xml:space="preserve">Основы духовно-нравственной </w:t>
      </w:r>
    </w:p>
    <w:p w:rsidR="001B14C3" w:rsidRPr="001B14C3" w:rsidRDefault="001B14C3" w:rsidP="001B14C3">
      <w:pPr>
        <w:autoSpaceDE w:val="0"/>
        <w:autoSpaceDN w:val="0"/>
        <w:spacing w:after="0" w:line="360" w:lineRule="auto"/>
        <w:ind w:left="720" w:right="283"/>
        <w:jc w:val="center"/>
        <w:rPr>
          <w:rFonts w:ascii="Times New Roman" w:hAnsi="Times New Roman" w:cs="Times New Roman"/>
          <w:sz w:val="48"/>
          <w:szCs w:val="48"/>
          <w:u w:val="single"/>
          <w:lang w:val="ru-RU"/>
        </w:rPr>
      </w:pPr>
      <w:r w:rsidRPr="001B14C3">
        <w:rPr>
          <w:rFonts w:ascii="Times New Roman" w:eastAsia="Times New Roman" w:hAnsi="Times New Roman" w:cs="Times New Roman"/>
          <w:color w:val="000000"/>
          <w:sz w:val="48"/>
          <w:szCs w:val="48"/>
          <w:u w:val="single"/>
          <w:lang w:val="ru-RU"/>
        </w:rPr>
        <w:t>культуры народов России</w:t>
      </w:r>
    </w:p>
    <w:p w:rsidR="001B14C3" w:rsidRPr="001B14C3" w:rsidRDefault="001B14C3" w:rsidP="001B14C3">
      <w:pPr>
        <w:spacing w:after="0" w:line="240" w:lineRule="auto"/>
        <w:jc w:val="center"/>
        <w:rPr>
          <w:rFonts w:ascii="Times New Roman" w:eastAsia="Times New Roman" w:hAnsi="Times New Roman" w:cs="Times New Roman"/>
          <w:color w:val="000000"/>
          <w:sz w:val="36"/>
          <w:szCs w:val="36"/>
          <w:lang w:val="ru-RU" w:eastAsia="ru-RU"/>
        </w:rPr>
      </w:pPr>
      <w:r w:rsidRPr="001B14C3">
        <w:rPr>
          <w:rFonts w:ascii="Times New Roman" w:eastAsia="Times New Roman" w:hAnsi="Times New Roman" w:cs="Times New Roman"/>
          <w:color w:val="000000"/>
          <w:sz w:val="36"/>
          <w:szCs w:val="36"/>
          <w:lang w:val="ru-RU" w:eastAsia="ru-RU"/>
        </w:rPr>
        <w:t xml:space="preserve">основной общеобразовательной программы </w:t>
      </w:r>
    </w:p>
    <w:p w:rsidR="001B14C3" w:rsidRPr="001B14C3" w:rsidRDefault="001B14C3" w:rsidP="001B14C3">
      <w:pPr>
        <w:spacing w:after="0" w:line="240" w:lineRule="auto"/>
        <w:jc w:val="center"/>
        <w:rPr>
          <w:rFonts w:ascii="Times New Roman" w:eastAsia="Times New Roman" w:hAnsi="Times New Roman" w:cs="Times New Roman"/>
          <w:color w:val="000000"/>
          <w:sz w:val="36"/>
          <w:szCs w:val="36"/>
          <w:lang w:val="ru-RU" w:eastAsia="ru-RU"/>
        </w:rPr>
      </w:pPr>
      <w:r w:rsidRPr="001B14C3">
        <w:rPr>
          <w:rFonts w:ascii="Times New Roman" w:eastAsia="Times New Roman" w:hAnsi="Times New Roman" w:cs="Times New Roman"/>
          <w:color w:val="000000"/>
          <w:sz w:val="36"/>
          <w:szCs w:val="36"/>
          <w:lang w:val="ru-RU" w:eastAsia="ru-RU"/>
        </w:rPr>
        <w:t>основного общего образования</w:t>
      </w:r>
    </w:p>
    <w:p w:rsidR="001B14C3" w:rsidRPr="001B14C3" w:rsidRDefault="001B14C3" w:rsidP="001B14C3">
      <w:pPr>
        <w:spacing w:after="0" w:line="240" w:lineRule="auto"/>
        <w:jc w:val="center"/>
        <w:rPr>
          <w:rFonts w:ascii="Times New Roman" w:eastAsia="Times New Roman" w:hAnsi="Times New Roman" w:cs="Times New Roman"/>
          <w:color w:val="000000"/>
          <w:sz w:val="36"/>
          <w:szCs w:val="36"/>
          <w:lang w:val="ru-RU" w:eastAsia="ru-RU"/>
        </w:rPr>
      </w:pPr>
    </w:p>
    <w:p w:rsidR="00D71CDC" w:rsidRPr="00D71CDC" w:rsidRDefault="00D71CDC" w:rsidP="001040DB">
      <w:pPr>
        <w:spacing w:after="0" w:line="360" w:lineRule="auto"/>
        <w:rPr>
          <w:rFonts w:ascii="Times New Roman" w:eastAsia="Times New Roman" w:hAnsi="Times New Roman" w:cs="Times New Roman"/>
          <w:color w:val="000000"/>
          <w:sz w:val="24"/>
          <w:szCs w:val="24"/>
          <w:lang w:val="ru-RU" w:eastAsia="ru-RU"/>
        </w:rPr>
      </w:pPr>
    </w:p>
    <w:p w:rsidR="00D71CDC" w:rsidRPr="00D71CDC" w:rsidRDefault="00D71CDC" w:rsidP="001B14C3">
      <w:pPr>
        <w:spacing w:after="0" w:line="360" w:lineRule="auto"/>
        <w:jc w:val="center"/>
        <w:rPr>
          <w:rFonts w:ascii="Times New Roman" w:eastAsia="Times New Roman" w:hAnsi="Times New Roman" w:cs="Times New Roman"/>
          <w:color w:val="000000"/>
          <w:sz w:val="36"/>
          <w:szCs w:val="36"/>
          <w:lang w:val="ru-RU" w:eastAsia="ru-RU"/>
        </w:rPr>
      </w:pPr>
      <w:r w:rsidRPr="00D71CDC">
        <w:rPr>
          <w:rFonts w:ascii="Times New Roman" w:eastAsia="Times New Roman" w:hAnsi="Times New Roman" w:cs="Times New Roman"/>
          <w:color w:val="000000"/>
          <w:sz w:val="36"/>
          <w:szCs w:val="36"/>
          <w:lang w:val="ru-RU" w:eastAsia="ru-RU"/>
        </w:rPr>
        <w:t xml:space="preserve">Срок реализации – </w:t>
      </w:r>
      <w:r w:rsidRPr="001B14C3">
        <w:rPr>
          <w:rFonts w:ascii="Times New Roman" w:eastAsia="Times New Roman" w:hAnsi="Times New Roman" w:cs="Times New Roman"/>
          <w:color w:val="000000"/>
          <w:sz w:val="36"/>
          <w:szCs w:val="36"/>
          <w:lang w:val="ru-RU" w:eastAsia="ru-RU"/>
        </w:rPr>
        <w:t>2</w:t>
      </w:r>
      <w:r w:rsidRPr="00D71CDC">
        <w:rPr>
          <w:rFonts w:ascii="Times New Roman" w:eastAsia="Times New Roman" w:hAnsi="Times New Roman" w:cs="Times New Roman"/>
          <w:color w:val="000000"/>
          <w:sz w:val="36"/>
          <w:szCs w:val="36"/>
          <w:lang w:val="ru-RU" w:eastAsia="ru-RU"/>
        </w:rPr>
        <w:t xml:space="preserve"> года</w:t>
      </w:r>
    </w:p>
    <w:p w:rsidR="00D71CDC" w:rsidRPr="00D71CDC" w:rsidRDefault="00D71CDC" w:rsidP="001B14C3">
      <w:pPr>
        <w:spacing w:after="0" w:line="360" w:lineRule="auto"/>
        <w:jc w:val="center"/>
        <w:rPr>
          <w:rFonts w:ascii="Times New Roman" w:eastAsia="Times New Roman" w:hAnsi="Times New Roman" w:cs="Times New Roman"/>
          <w:b/>
          <w:color w:val="000000"/>
          <w:sz w:val="24"/>
          <w:szCs w:val="24"/>
          <w:lang w:val="ru-RU" w:eastAsia="ru-RU"/>
        </w:rPr>
      </w:pPr>
    </w:p>
    <w:p w:rsidR="00D71CDC" w:rsidRPr="00D71CDC" w:rsidRDefault="00D71CDC" w:rsidP="001B14C3">
      <w:pPr>
        <w:spacing w:after="0" w:line="360" w:lineRule="auto"/>
        <w:jc w:val="center"/>
        <w:rPr>
          <w:rFonts w:ascii="Times New Roman" w:eastAsia="Times New Roman" w:hAnsi="Times New Roman" w:cs="Times New Roman"/>
          <w:color w:val="000000"/>
          <w:sz w:val="24"/>
          <w:szCs w:val="24"/>
          <w:lang w:val="ru-RU" w:eastAsia="ru-RU"/>
        </w:rPr>
      </w:pPr>
    </w:p>
    <w:p w:rsidR="00D71CDC" w:rsidRPr="00D71CDC" w:rsidRDefault="00D71CDC" w:rsidP="001B14C3">
      <w:pPr>
        <w:spacing w:after="0" w:line="360" w:lineRule="auto"/>
        <w:jc w:val="center"/>
        <w:rPr>
          <w:rFonts w:ascii="Times New Roman" w:eastAsia="Times New Roman" w:hAnsi="Times New Roman" w:cs="Times New Roman"/>
          <w:color w:val="000000"/>
          <w:sz w:val="24"/>
          <w:szCs w:val="24"/>
          <w:lang w:val="ru-RU" w:eastAsia="ru-RU"/>
        </w:rPr>
      </w:pPr>
    </w:p>
    <w:p w:rsidR="00D71CDC" w:rsidRPr="00D71CDC" w:rsidRDefault="00D71CDC" w:rsidP="001040DB">
      <w:pPr>
        <w:spacing w:after="0" w:line="360" w:lineRule="auto"/>
        <w:rPr>
          <w:rFonts w:ascii="Times New Roman" w:eastAsia="Times New Roman" w:hAnsi="Times New Roman" w:cs="Times New Roman"/>
          <w:color w:val="000000"/>
          <w:sz w:val="24"/>
          <w:szCs w:val="24"/>
          <w:lang w:val="ru-RU" w:eastAsia="ru-RU"/>
        </w:rPr>
      </w:pPr>
    </w:p>
    <w:p w:rsidR="001B14C3" w:rsidRDefault="001B14C3" w:rsidP="001B14C3">
      <w:pPr>
        <w:spacing w:after="0" w:line="360" w:lineRule="auto"/>
        <w:rPr>
          <w:rFonts w:ascii="Times New Roman" w:eastAsia="Times New Roman" w:hAnsi="Times New Roman" w:cs="Times New Roman"/>
          <w:color w:val="000000"/>
          <w:sz w:val="24"/>
          <w:szCs w:val="24"/>
          <w:lang w:val="ru-RU" w:eastAsia="ru-RU"/>
        </w:rPr>
      </w:pPr>
    </w:p>
    <w:p w:rsidR="00923ED0" w:rsidRPr="00D71CDC" w:rsidRDefault="00923ED0" w:rsidP="001B14C3">
      <w:pPr>
        <w:spacing w:after="0" w:line="360" w:lineRule="auto"/>
        <w:rPr>
          <w:rFonts w:ascii="Times New Roman" w:eastAsia="Times New Roman" w:hAnsi="Times New Roman" w:cs="Times New Roman"/>
          <w:color w:val="000000"/>
          <w:sz w:val="24"/>
          <w:szCs w:val="24"/>
          <w:lang w:val="ru-RU" w:eastAsia="ru-RU"/>
        </w:rPr>
      </w:pPr>
    </w:p>
    <w:p w:rsidR="00D71CDC" w:rsidRDefault="00D71CDC" w:rsidP="001B14C3">
      <w:pPr>
        <w:spacing w:after="0" w:line="360" w:lineRule="auto"/>
        <w:rPr>
          <w:rFonts w:ascii="Times New Roman" w:eastAsia="Times New Roman" w:hAnsi="Times New Roman" w:cs="Times New Roman"/>
          <w:color w:val="000000"/>
          <w:sz w:val="24"/>
          <w:szCs w:val="24"/>
          <w:lang w:val="ru-RU" w:eastAsia="ru-RU"/>
        </w:rPr>
      </w:pPr>
    </w:p>
    <w:p w:rsidR="001B14C3" w:rsidRDefault="001B14C3" w:rsidP="001B14C3">
      <w:pPr>
        <w:spacing w:after="0" w:line="360" w:lineRule="auto"/>
        <w:rPr>
          <w:rFonts w:ascii="Times New Roman" w:eastAsia="Times New Roman" w:hAnsi="Times New Roman" w:cs="Times New Roman"/>
          <w:color w:val="000000"/>
          <w:sz w:val="24"/>
          <w:szCs w:val="24"/>
          <w:lang w:val="ru-RU" w:eastAsia="ru-RU"/>
        </w:rPr>
      </w:pPr>
    </w:p>
    <w:p w:rsidR="00D71CDC" w:rsidRPr="00D71CDC" w:rsidRDefault="00D71CDC" w:rsidP="001B14C3">
      <w:pPr>
        <w:spacing w:after="0" w:line="360" w:lineRule="auto"/>
        <w:rPr>
          <w:rFonts w:ascii="Times New Roman" w:eastAsia="Times New Roman" w:hAnsi="Times New Roman" w:cs="Times New Roman"/>
          <w:color w:val="000000"/>
          <w:sz w:val="24"/>
          <w:szCs w:val="24"/>
          <w:lang w:val="ru-RU" w:eastAsia="ru-RU"/>
        </w:rPr>
      </w:pPr>
    </w:p>
    <w:p w:rsidR="00D71CDC" w:rsidRPr="00D71CDC" w:rsidRDefault="00D71CDC" w:rsidP="001B14C3">
      <w:pPr>
        <w:spacing w:after="0" w:line="360" w:lineRule="auto"/>
        <w:jc w:val="center"/>
        <w:rPr>
          <w:rFonts w:ascii="Times New Roman" w:eastAsia="Times New Roman" w:hAnsi="Times New Roman" w:cs="Times New Roman"/>
          <w:color w:val="000000"/>
          <w:sz w:val="24"/>
          <w:szCs w:val="24"/>
          <w:lang w:val="ru-RU" w:eastAsia="ru-RU"/>
        </w:rPr>
      </w:pPr>
      <w:r w:rsidRPr="00D71CDC">
        <w:rPr>
          <w:rFonts w:ascii="Times New Roman" w:eastAsia="Times New Roman" w:hAnsi="Times New Roman" w:cs="Times New Roman"/>
          <w:color w:val="000000"/>
          <w:sz w:val="24"/>
          <w:szCs w:val="24"/>
          <w:lang w:val="ru-RU" w:eastAsia="ru-RU"/>
        </w:rPr>
        <w:t>2023 год</w:t>
      </w: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255D2A" w:rsidRPr="001B14C3" w:rsidRDefault="00255D2A" w:rsidP="001B14C3">
      <w:pPr>
        <w:tabs>
          <w:tab w:val="left" w:pos="180"/>
        </w:tabs>
        <w:autoSpaceDE w:val="0"/>
        <w:autoSpaceDN w:val="0"/>
        <w:spacing w:after="0" w:line="360" w:lineRule="auto"/>
        <w:ind w:right="-48"/>
        <w:jc w:val="center"/>
        <w:rPr>
          <w:rFonts w:ascii="Times New Roman" w:hAnsi="Times New Roman" w:cs="Times New Roman"/>
          <w:b/>
          <w:sz w:val="24"/>
          <w:szCs w:val="24"/>
          <w:lang w:val="ru-RU"/>
        </w:rPr>
      </w:pPr>
      <w:r w:rsidRPr="001B14C3">
        <w:rPr>
          <w:rFonts w:ascii="Times New Roman" w:hAnsi="Times New Roman" w:cs="Times New Roman"/>
          <w:b/>
          <w:sz w:val="24"/>
          <w:szCs w:val="24"/>
          <w:lang w:val="ru-RU"/>
        </w:rPr>
        <w:lastRenderedPageBreak/>
        <w:t>ПОЯСНИТЕЛЬНАЯ ЗАПИСКА</w:t>
      </w:r>
    </w:p>
    <w:p w:rsidR="00D71CDC" w:rsidRPr="001B14C3" w:rsidRDefault="00D71CDC" w:rsidP="001B14C3">
      <w:pPr>
        <w:tabs>
          <w:tab w:val="left" w:pos="180"/>
        </w:tabs>
        <w:autoSpaceDE w:val="0"/>
        <w:autoSpaceDN w:val="0"/>
        <w:spacing w:after="0" w:line="360" w:lineRule="auto"/>
        <w:ind w:right="-48"/>
        <w:rPr>
          <w:rFonts w:ascii="Times New Roman" w:hAnsi="Times New Roman" w:cs="Times New Roman"/>
          <w:b/>
          <w:sz w:val="24"/>
          <w:szCs w:val="24"/>
          <w:lang w:val="ru-RU"/>
        </w:rPr>
      </w:pP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w:t>
      </w: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t>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t xml:space="preserve"> В процессе изучения курса ОДНКНР обучающиеся получают возможность систематизировать, расширять и углублять полученные в рамках </w:t>
      </w:r>
      <w:r w:rsidR="00D71CDC" w:rsidRPr="001B14C3">
        <w:rPr>
          <w:rFonts w:ascii="Times New Roman" w:hAnsi="Times New Roman" w:cs="Times New Roman"/>
          <w:sz w:val="24"/>
          <w:szCs w:val="24"/>
          <w:lang w:val="ru-RU"/>
        </w:rPr>
        <w:t>общественно научных</w:t>
      </w:r>
      <w:r w:rsidRPr="001B14C3">
        <w:rPr>
          <w:rFonts w:ascii="Times New Roman" w:hAnsi="Times New Roman" w:cs="Times New Roman"/>
          <w:sz w:val="24"/>
          <w:szCs w:val="24"/>
          <w:lang w:val="ru-RU"/>
        </w:rPr>
        <w:t xml:space="preserve">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 Курс ОДНКНР формируется и преподаётся в соответствии с принципами </w:t>
      </w:r>
      <w:r w:rsidR="00D71CDC" w:rsidRPr="001B14C3">
        <w:rPr>
          <w:rFonts w:ascii="Times New Roman" w:hAnsi="Times New Roman" w:cs="Times New Roman"/>
          <w:sz w:val="24"/>
          <w:szCs w:val="24"/>
          <w:lang w:val="ru-RU"/>
        </w:rPr>
        <w:t>культур логичности</w:t>
      </w:r>
      <w:r w:rsidRPr="001B14C3">
        <w:rPr>
          <w:rFonts w:ascii="Times New Roman" w:hAnsi="Times New Roman" w:cs="Times New Roman"/>
          <w:sz w:val="24"/>
          <w:szCs w:val="24"/>
          <w:lang w:val="ru-RU"/>
        </w:rPr>
        <w:t xml:space="preserve"> и </w:t>
      </w:r>
      <w:r w:rsidR="00D71CDC" w:rsidRPr="001B14C3">
        <w:rPr>
          <w:rFonts w:ascii="Times New Roman" w:hAnsi="Times New Roman" w:cs="Times New Roman"/>
          <w:sz w:val="24"/>
          <w:szCs w:val="24"/>
          <w:lang w:val="ru-RU"/>
        </w:rPr>
        <w:t>культур сообразности</w:t>
      </w:r>
      <w:r w:rsidRPr="001B14C3">
        <w:rPr>
          <w:rFonts w:ascii="Times New Roman" w:hAnsi="Times New Roman" w:cs="Times New Roman"/>
          <w:sz w:val="24"/>
          <w:szCs w:val="24"/>
          <w:lang w:val="ru-RU"/>
        </w:rPr>
        <w:t xml:space="preserve">, научности содержания и подхода к отбору информации, соответствия требованиям возрастной педагогики и психологии. 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 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 </w:t>
      </w: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t xml:space="preserve"> 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 </w:t>
      </w: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t>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t xml:space="preserve"> 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 </w:t>
      </w: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lastRenderedPageBreak/>
        <w:tab/>
      </w:r>
      <w:r w:rsidRPr="001B14C3">
        <w:rPr>
          <w:rFonts w:ascii="Times New Roman" w:hAnsi="Times New Roman" w:cs="Times New Roman"/>
          <w:sz w:val="24"/>
          <w:szCs w:val="24"/>
          <w:lang w:val="ru-RU"/>
        </w:rPr>
        <w:tab/>
        <w:t xml:space="preserve">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 </w:t>
      </w: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t xml:space="preserve">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 </w:t>
      </w: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t xml:space="preserve">Целями изучения учебного курса ОДНКНР являются: </w:t>
      </w: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t xml:space="preserve">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 </w:t>
      </w: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t xml:space="preserve">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 </w:t>
      </w: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t xml:space="preserve">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 </w:t>
      </w: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t xml:space="preserve"> идентификация собственной личности как полноправного субъекта культурного, исторического и цивилизационного развития Российской Федерации. </w:t>
      </w: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t xml:space="preserve">Цели курса ОДНКНР определяют следующие задачи: </w:t>
      </w: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t xml:space="preserve">овладение предметными компетенциями, имеющими преимущественное значение для формирования гражданской идентичности обучающегося; </w:t>
      </w: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t xml:space="preserve">приобретение и усвоение знаний о нормах общественной морали и нравственности как основополагающих элементах духовной культуры современного общества; </w:t>
      </w: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t xml:space="preserve">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 </w:t>
      </w: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t xml:space="preserve">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 </w:t>
      </w: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t xml:space="preserve">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 </w:t>
      </w:r>
      <w:r w:rsidR="00142D08" w:rsidRPr="001B14C3">
        <w:rPr>
          <w:rFonts w:ascii="Times New Roman" w:hAnsi="Times New Roman" w:cs="Times New Roman"/>
          <w:sz w:val="24"/>
          <w:szCs w:val="24"/>
          <w:lang w:val="ru-RU"/>
        </w:rPr>
        <w:t xml:space="preserve">  </w:t>
      </w:r>
      <w:r w:rsidRPr="001B14C3">
        <w:rPr>
          <w:rFonts w:ascii="Times New Roman" w:hAnsi="Times New Roman" w:cs="Times New Roman"/>
          <w:sz w:val="24"/>
          <w:szCs w:val="24"/>
          <w:lang w:val="ru-RU"/>
        </w:rPr>
        <w:t xml:space="preserve">обучение рефлексии собственного поведения и оценке поведения окружающих через развитие навыков обоснованных нравственных суждений, оценок и выводов; воспитание уважительного и </w:t>
      </w:r>
      <w:r w:rsidRPr="001B14C3">
        <w:rPr>
          <w:rFonts w:ascii="Times New Roman" w:hAnsi="Times New Roman" w:cs="Times New Roman"/>
          <w:sz w:val="24"/>
          <w:szCs w:val="24"/>
          <w:lang w:val="ru-RU"/>
        </w:rPr>
        <w:lastRenderedPageBreak/>
        <w:t xml:space="preserve">бережного отношения к историческому, религиозному и культурному наследию народов Российской Федерации;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содействие осознанному формированию мировоззренческих ориентиров, основанных на приоритете традиционных российских духовно-нравственных ценностей;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Изучение курса ОДНКНР вносит значительный вклад в достижение главных целей основного общего образования, способствуя: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углублению представлений о светской этике, религиозной культуре народов Российской Федерации, их роли в развитии современного общества;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 воспитанию патриотизма, уважения к истории, языку, культурным и религиозным традициям своего народа и других народов Российской Федерации,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 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 раскрытию природы духовно-нравственных ценностей российского общества, объединяющих светскость и духовность; 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 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lastRenderedPageBreak/>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 </w:t>
      </w: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Общее число часов, рекомендованных для изучения курса ОДНКНР, – 68 часов: в 5 классе – 34 часа (1 час в неделю), в 6 классе – 34 часа (1 час в неделю). </w:t>
      </w:r>
    </w:p>
    <w:p w:rsidR="00722AB9" w:rsidRPr="001B14C3" w:rsidRDefault="00722AB9"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D71CDC" w:rsidRPr="001B14C3" w:rsidRDefault="00255D2A" w:rsidP="001B14C3">
      <w:pPr>
        <w:tabs>
          <w:tab w:val="left" w:pos="180"/>
        </w:tabs>
        <w:autoSpaceDE w:val="0"/>
        <w:autoSpaceDN w:val="0"/>
        <w:spacing w:after="0" w:line="360" w:lineRule="auto"/>
        <w:ind w:right="-48"/>
        <w:jc w:val="center"/>
        <w:rPr>
          <w:rFonts w:ascii="Times New Roman" w:hAnsi="Times New Roman" w:cs="Times New Roman"/>
          <w:b/>
          <w:sz w:val="24"/>
          <w:szCs w:val="24"/>
          <w:lang w:val="ru-RU"/>
        </w:rPr>
      </w:pPr>
      <w:r w:rsidRPr="001B14C3">
        <w:rPr>
          <w:rFonts w:ascii="Times New Roman" w:hAnsi="Times New Roman" w:cs="Times New Roman"/>
          <w:b/>
          <w:sz w:val="24"/>
          <w:szCs w:val="24"/>
          <w:lang w:val="ru-RU"/>
        </w:rPr>
        <w:t xml:space="preserve">СОДЕРЖАНИЕ </w:t>
      </w: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b/>
          <w:sz w:val="24"/>
          <w:szCs w:val="24"/>
          <w:lang w:val="ru-RU"/>
        </w:rPr>
      </w:pPr>
      <w:r w:rsidRPr="001B14C3">
        <w:rPr>
          <w:rFonts w:ascii="Times New Roman" w:hAnsi="Times New Roman" w:cs="Times New Roman"/>
          <w:b/>
          <w:sz w:val="24"/>
          <w:szCs w:val="24"/>
          <w:lang w:val="ru-RU"/>
        </w:rPr>
        <w:t>5 КЛАСС</w:t>
      </w:r>
    </w:p>
    <w:p w:rsidR="00722AB9" w:rsidRPr="001B14C3" w:rsidRDefault="00722AB9" w:rsidP="001B14C3">
      <w:pPr>
        <w:tabs>
          <w:tab w:val="left" w:pos="180"/>
        </w:tabs>
        <w:autoSpaceDE w:val="0"/>
        <w:autoSpaceDN w:val="0"/>
        <w:spacing w:after="0" w:line="360" w:lineRule="auto"/>
        <w:ind w:right="-48"/>
        <w:rPr>
          <w:rFonts w:ascii="Times New Roman" w:hAnsi="Times New Roman" w:cs="Times New Roman"/>
          <w:b/>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b/>
          <w:sz w:val="24"/>
          <w:szCs w:val="24"/>
          <w:lang w:val="ru-RU"/>
        </w:rPr>
      </w:pPr>
      <w:r w:rsidRPr="001B14C3">
        <w:rPr>
          <w:rFonts w:ascii="Times New Roman" w:hAnsi="Times New Roman" w:cs="Times New Roman"/>
          <w:b/>
          <w:sz w:val="24"/>
          <w:szCs w:val="24"/>
          <w:lang w:val="ru-RU"/>
        </w:rPr>
        <w:t xml:space="preserve"> Тематический блок 1. «Россия – наш общий дом» </w:t>
      </w:r>
    </w:p>
    <w:p w:rsidR="00722AB9" w:rsidRPr="001B14C3" w:rsidRDefault="00722AB9" w:rsidP="001B14C3">
      <w:pPr>
        <w:tabs>
          <w:tab w:val="left" w:pos="180"/>
        </w:tabs>
        <w:autoSpaceDE w:val="0"/>
        <w:autoSpaceDN w:val="0"/>
        <w:spacing w:after="0" w:line="360" w:lineRule="auto"/>
        <w:ind w:right="-48"/>
        <w:rPr>
          <w:rFonts w:ascii="Times New Roman" w:hAnsi="Times New Roman" w:cs="Times New Roman"/>
          <w:b/>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Зачем изучать курс «Основы духовно-нравственной культуры народов России»? 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Наш дом – Россия. Россия – многонациональная страна. Многонациональный народ Российской Федерации. Россия как общий дом. Дружба народов.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Язык и история. 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Истоки родной культуры. Что такое культура. Культура и природа. Роль культуры в жизни общества. Многообразие культур и его причины. Единство культурного пространства России.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Материальная культура. Материальная культура: архитектура, одежда, пища, транспорт, техника. Связь между материальной культурой и духовно-нравственными ценностями общества.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Духовная культура. 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Культура и религия. Религия и культура. Что такое религия, её роль в жизни общества и человека. Государствообразующие религии России. Единство ценностей в религ</w:t>
      </w:r>
      <w:r w:rsidR="00142D08" w:rsidRPr="001B14C3">
        <w:rPr>
          <w:rFonts w:ascii="Times New Roman" w:hAnsi="Times New Roman" w:cs="Times New Roman"/>
          <w:sz w:val="24"/>
          <w:szCs w:val="24"/>
          <w:lang w:val="ru-RU"/>
        </w:rPr>
        <w:t xml:space="preserve">иях России.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Культура и образование. Зачем нужно учиться? Культура как способ получения нужных знаний. Образование как ключ к социализации и духовно-нравственному развитию человека.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Многообразие культур России (практическое занятие). Единство культур народов России. Что значит быть культурным человеком? Знание о культуре народов России. Тематический блок 2. «Семья и духовно-нравственные ценности»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Семья – хранитель духовных ценностей. Семья – базовый элемент общества. Семейные ценности, традиции и культура. Помощь сиротам как духовно-нравственный долг человека.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Родина начинается с семьи. История семьи как часть истории народа, государства, человечества. Как связаны Родина и семья? Что такое Родина и Отечество?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Традиции семейного воспитания в России. Семейные традиции народов России. Межнациональные семьи. Семейное воспитание как трансляция ценностей.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Труд в истории семьи. Социальные роли в истории семьи. Роль домашнего труда. Роль нравственных норм в благополучии семьи.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Семья в современном мире (практическое занятие). Рассказ о своей семье (с использованием фотографий, книг, писем и другого). Семейное древо. Семейные традиции. Тематический блок 3. «Духовно-нравственное богатство личности»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Личность – общество – культура. 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 Тематический блок 4. «Культурное единство России»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Историческая память как духовно-нравственная ценность. 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Литература как язык культуры. 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Взаимовлияние культур. 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Праздники в культуре народов России. 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Музыкальная культура народов России. Музыка. Музыкальные произведения. Музыка как форма выражения эмоциональных связей между людьми. Народные инструменты. История народа в его музыке и инс</w:t>
      </w:r>
      <w:r w:rsidR="00142D08" w:rsidRPr="001B14C3">
        <w:rPr>
          <w:rFonts w:ascii="Times New Roman" w:hAnsi="Times New Roman" w:cs="Times New Roman"/>
          <w:sz w:val="24"/>
          <w:szCs w:val="24"/>
          <w:lang w:val="ru-RU"/>
        </w:rPr>
        <w:t xml:space="preserve">трументах.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Изобразительное искусство народов России. 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lastRenderedPageBreak/>
        <w:t>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Бытовые традиции народов России: пища, одежда, дом (практическое занятие). Рассказ о бытовых традициях своей семьи, народа, региона. Доклад с использованием разнообразного зрительного ряда и других источников.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Культурная карта России (практическое занятие). География культур России. Россия как культурная карта. Описание регионов в соответствии с их особенностями.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Единство страны – залог будущего России. Россия – единая страна. Русский мир. Общая история, сходство культурных традиций, единые духовно-нравственные ценности народов России.</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D71CDC" w:rsidRPr="001B14C3" w:rsidRDefault="00D71CDC" w:rsidP="001B14C3">
      <w:pPr>
        <w:tabs>
          <w:tab w:val="left" w:pos="180"/>
        </w:tabs>
        <w:autoSpaceDE w:val="0"/>
        <w:autoSpaceDN w:val="0"/>
        <w:spacing w:after="0" w:line="360" w:lineRule="auto"/>
        <w:ind w:right="-48"/>
        <w:rPr>
          <w:rFonts w:ascii="Times New Roman" w:hAnsi="Times New Roman" w:cs="Times New Roman"/>
          <w:b/>
          <w:sz w:val="24"/>
          <w:szCs w:val="24"/>
          <w:lang w:val="ru-RU"/>
        </w:rPr>
      </w:pPr>
    </w:p>
    <w:p w:rsidR="00D71CDC" w:rsidRPr="001B14C3" w:rsidRDefault="00D71CDC" w:rsidP="001B14C3">
      <w:pPr>
        <w:tabs>
          <w:tab w:val="left" w:pos="180"/>
        </w:tabs>
        <w:autoSpaceDE w:val="0"/>
        <w:autoSpaceDN w:val="0"/>
        <w:spacing w:after="0" w:line="360" w:lineRule="auto"/>
        <w:ind w:right="-48"/>
        <w:rPr>
          <w:rFonts w:ascii="Times New Roman" w:hAnsi="Times New Roman" w:cs="Times New Roman"/>
          <w:b/>
          <w:sz w:val="24"/>
          <w:szCs w:val="24"/>
          <w:lang w:val="ru-RU"/>
        </w:rPr>
      </w:pPr>
      <w:r w:rsidRPr="001B14C3">
        <w:rPr>
          <w:rFonts w:ascii="Times New Roman" w:hAnsi="Times New Roman" w:cs="Times New Roman"/>
          <w:b/>
          <w:sz w:val="24"/>
          <w:szCs w:val="24"/>
          <w:lang w:val="ru-RU"/>
        </w:rPr>
        <w:t>6 КЛАСС</w:t>
      </w:r>
    </w:p>
    <w:p w:rsidR="00D71CDC" w:rsidRPr="001B14C3" w:rsidRDefault="00D71CDC" w:rsidP="001B14C3">
      <w:pPr>
        <w:tabs>
          <w:tab w:val="left" w:pos="180"/>
        </w:tabs>
        <w:autoSpaceDE w:val="0"/>
        <w:autoSpaceDN w:val="0"/>
        <w:spacing w:after="0" w:line="360" w:lineRule="auto"/>
        <w:ind w:right="-48"/>
        <w:rPr>
          <w:rFonts w:ascii="Times New Roman" w:hAnsi="Times New Roman" w:cs="Times New Roman"/>
          <w:b/>
          <w:sz w:val="24"/>
          <w:szCs w:val="24"/>
          <w:lang w:val="ru-RU"/>
        </w:rPr>
      </w:pPr>
      <w:r w:rsidRPr="001B14C3">
        <w:rPr>
          <w:rFonts w:ascii="Times New Roman" w:hAnsi="Times New Roman" w:cs="Times New Roman"/>
          <w:b/>
          <w:sz w:val="24"/>
          <w:szCs w:val="24"/>
          <w:lang w:val="ru-RU"/>
        </w:rPr>
        <w:t xml:space="preserve"> «Культура как социальность»</w:t>
      </w:r>
    </w:p>
    <w:p w:rsidR="00D71CDC" w:rsidRPr="001B14C3" w:rsidRDefault="00D71CDC"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Мир культуры: его структура. 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Культура России: многообразие регионов. 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История быта как история культуры. 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w:t>
      </w:r>
      <w:r w:rsidR="00142D08" w:rsidRPr="001B14C3">
        <w:rPr>
          <w:rFonts w:ascii="Times New Roman" w:hAnsi="Times New Roman" w:cs="Times New Roman"/>
          <w:sz w:val="24"/>
          <w:szCs w:val="24"/>
          <w:lang w:val="ru-RU"/>
        </w:rPr>
        <w:t xml:space="preserve">общества?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Образование в культуре народов России. Представление об основных этапах в истории образования. 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lastRenderedPageBreak/>
        <w:t xml:space="preserve"> Права и обязанности человека. 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Общество и религия: духовно-нравственное взаимодействие. 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Современный мир: самое важное (практическое занятие). 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 </w:t>
      </w:r>
    </w:p>
    <w:p w:rsidR="00722AB9" w:rsidRPr="001B14C3" w:rsidRDefault="00722AB9"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b/>
          <w:sz w:val="24"/>
          <w:szCs w:val="24"/>
          <w:lang w:val="ru-RU"/>
        </w:rPr>
        <w:t xml:space="preserve"> «Человек и его отражение в культуре</w:t>
      </w:r>
      <w:r w:rsidRPr="001B14C3">
        <w:rPr>
          <w:rFonts w:ascii="Times New Roman" w:hAnsi="Times New Roman" w:cs="Times New Roman"/>
          <w:sz w:val="24"/>
          <w:szCs w:val="24"/>
          <w:lang w:val="ru-RU"/>
        </w:rPr>
        <w:t xml:space="preserve">»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Каким должен быть человек? Духовно-нравственный облик и идеал человека. 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 Свойства и качества человека, его образ в культуре народов России, единство человеческих качеств. Единство духовной жизни.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Религия как источник нравственности. 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Наука как источник знания о человеке и человеческом. Гуманитарное знание и его особенности. Культура как самопознание. Этика. Эстетика. Право в контексте духовно-нравственных ценностей.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Этика и нравственность как категории духовной культуры. Что такое этика. Добро и его проявления в реальной жизни. Что значит быть нравственным. Почему нравственно</w:t>
      </w:r>
      <w:r w:rsidR="00142D08" w:rsidRPr="001B14C3">
        <w:rPr>
          <w:rFonts w:ascii="Times New Roman" w:hAnsi="Times New Roman" w:cs="Times New Roman"/>
          <w:sz w:val="24"/>
          <w:szCs w:val="24"/>
          <w:lang w:val="ru-RU"/>
        </w:rPr>
        <w:t xml:space="preserve">сть важна?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Самопознание (практическое занятие). Автобиография и автопортрет: кто я и что я люблю. Как устроена моя жизнь. Выполнение проекта. Тематический блок 3. «Человек как член общества»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Труд делает человека человеком. 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lastRenderedPageBreak/>
        <w:t xml:space="preserve">Подвиг: как узнать героя? Что такое подвиг. Героизм как самопожертвование. Героизм на войне. Подвиг в мирное время. Милосердие, взаимопомощь.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Люди в обществе: духовно-нравственное взаимовлияние. Человек в социальном измерении. Дружба, предательство. Коллектив. Личные границы. Этика предпринимательства. Социальная помощь.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Проблемы современного общества как отражение его духовнонравственного самосознания. Бедность. Инвалидность. Асоциальная семья. Сиротство. Отражение этих явлений в культуре общества.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Духовно-нравственные ориентиры социальных отношений. Милосердие. Взаимопомощь. Социальное служение. Благотворительность. Волонтёрство. Общественные блага.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Гуманизм как сущностная характеристика духовно-нравственной культуры народов России. Гуманизм. Истоки гуманистического мышления. Философия гуманизма. Проявления гуманизма в историко-культурном наследии народов России.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Социальные профессии; их важность для сохранения духовнонравственного облика общества. Социальные профессии: врач, учитель, пожарный, полицейский, социальный работник. Духовно-нравственные качества, необходимые представителям этих профессий.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142D08"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Выдающиеся благотворители в истории. Благотворительность как нравственный долг. 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 </w:t>
      </w:r>
    </w:p>
    <w:p w:rsidR="00142D08" w:rsidRPr="001B14C3" w:rsidRDefault="00142D08"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902E74"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Выдающиеся учёные России. Наука как источник социального и духовного прогресса общества. Учёные России. Почему важно помнить историю науки. Вклад науки в благополучие страны. Важность морали и нравственности в науке, в деятельнос</w:t>
      </w:r>
      <w:r w:rsidR="00902E74" w:rsidRPr="001B14C3">
        <w:rPr>
          <w:rFonts w:ascii="Times New Roman" w:hAnsi="Times New Roman" w:cs="Times New Roman"/>
          <w:sz w:val="24"/>
          <w:szCs w:val="24"/>
          <w:lang w:val="ru-RU"/>
        </w:rPr>
        <w:t xml:space="preserve">ти учёных. </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902E74"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Моя профессия (практическое занятие). Труд как самореализация, как вклад в общество. Рассказ о своей будущей профессии. Тематический блок 4. «Родина и патриотизм» </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902E74"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Гражданин. Родина и гражданство, их взаимосвязь. Что делает человека гражданином. Нравственные качества гражданина. </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902E74"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Патриотизм. Патриотизм. Толерантность. Уважение к другим народам и их истории. Важность патриотизма.</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902E74" w:rsidRPr="001B14C3" w:rsidRDefault="00D71CDC"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w:t>
      </w:r>
      <w:r w:rsidR="00255D2A" w:rsidRPr="001B14C3">
        <w:rPr>
          <w:rFonts w:ascii="Times New Roman" w:hAnsi="Times New Roman" w:cs="Times New Roman"/>
          <w:sz w:val="24"/>
          <w:szCs w:val="24"/>
          <w:lang w:val="ru-RU"/>
        </w:rPr>
        <w:t xml:space="preserve"> Защита Родины: подвиг или долг? Война и мир. Роль знания в защите Родины. Долг гражданина перед обществом. Военные подвиги. Честь. Доблесть. </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902E74"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Государство. Россия – наша Родина. 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902E74" w:rsidRPr="001B14C3" w:rsidRDefault="00D71CDC"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w:t>
      </w:r>
      <w:r w:rsidR="00255D2A" w:rsidRPr="001B14C3">
        <w:rPr>
          <w:rFonts w:ascii="Times New Roman" w:hAnsi="Times New Roman" w:cs="Times New Roman"/>
          <w:sz w:val="24"/>
          <w:szCs w:val="24"/>
          <w:lang w:val="ru-RU"/>
        </w:rPr>
        <w:t xml:space="preserve">Гражданская идентичность (практическое занятие). Какими качествами должен обладать человек как гражданин. </w:t>
      </w:r>
    </w:p>
    <w:p w:rsidR="00902E74"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Моя школа и мой класс (практическое занятие). Портрет школы или класса через добрые дела. </w:t>
      </w:r>
    </w:p>
    <w:p w:rsidR="00902E74"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Человек: какой он? (практическое занятие). Человек. Его образы в культуре. Духовность и нравственность как важнейшие качества человека.</w:t>
      </w:r>
    </w:p>
    <w:p w:rsidR="00902E74"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Человек и культура (проект). Итоговый проект: «Что значит быть ч</w:t>
      </w:r>
      <w:r w:rsidR="00902E74" w:rsidRPr="001B14C3">
        <w:rPr>
          <w:rFonts w:ascii="Times New Roman" w:hAnsi="Times New Roman" w:cs="Times New Roman"/>
          <w:sz w:val="24"/>
          <w:szCs w:val="24"/>
          <w:lang w:val="ru-RU"/>
        </w:rPr>
        <w:t>еловеком?»</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902E74" w:rsidRPr="001B14C3" w:rsidRDefault="00255D2A" w:rsidP="001B14C3">
      <w:pPr>
        <w:tabs>
          <w:tab w:val="left" w:pos="180"/>
        </w:tabs>
        <w:autoSpaceDE w:val="0"/>
        <w:autoSpaceDN w:val="0"/>
        <w:spacing w:after="0" w:line="360" w:lineRule="auto"/>
        <w:ind w:right="-48"/>
        <w:jc w:val="center"/>
        <w:rPr>
          <w:rFonts w:ascii="Times New Roman" w:hAnsi="Times New Roman" w:cs="Times New Roman"/>
          <w:b/>
          <w:sz w:val="24"/>
          <w:szCs w:val="24"/>
          <w:lang w:val="ru-RU"/>
        </w:rPr>
      </w:pPr>
      <w:r w:rsidRPr="001B14C3">
        <w:rPr>
          <w:rFonts w:ascii="Times New Roman" w:hAnsi="Times New Roman" w:cs="Times New Roman"/>
          <w:b/>
          <w:sz w:val="24"/>
          <w:szCs w:val="24"/>
          <w:lang w:val="ru-RU"/>
        </w:rPr>
        <w:t>ПЛАНИРУЕМЫЕ РЕЗУЛЬТАТЫ ОСВОЕНИЯ ПРОГРАММЫ ПО ОДНКНР НА УРОВНЕ ОСНОВНОГО ОБЩЕГО ОБРАЗОВАНИЯ</w:t>
      </w:r>
    </w:p>
    <w:p w:rsidR="00722AB9" w:rsidRPr="001B14C3" w:rsidRDefault="00722AB9" w:rsidP="001B14C3">
      <w:pPr>
        <w:tabs>
          <w:tab w:val="left" w:pos="180"/>
        </w:tabs>
        <w:autoSpaceDE w:val="0"/>
        <w:autoSpaceDN w:val="0"/>
        <w:spacing w:after="0" w:line="360" w:lineRule="auto"/>
        <w:ind w:right="-48"/>
        <w:jc w:val="center"/>
        <w:rPr>
          <w:rFonts w:ascii="Times New Roman" w:hAnsi="Times New Roman" w:cs="Times New Roman"/>
          <w:b/>
          <w:sz w:val="24"/>
          <w:szCs w:val="24"/>
          <w:lang w:val="ru-RU"/>
        </w:rPr>
      </w:pP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00722AB9"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 </w:t>
      </w:r>
    </w:p>
    <w:p w:rsidR="00722AB9" w:rsidRPr="001B14C3" w:rsidRDefault="00722AB9"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902E74"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b/>
          <w:sz w:val="24"/>
          <w:szCs w:val="24"/>
          <w:lang w:val="ru-RU"/>
        </w:rPr>
        <w:t>ЛИЧНОСТНЫЕ РЕЗУЛЬТАТЫ</w:t>
      </w:r>
      <w:r w:rsidRPr="001B14C3">
        <w:rPr>
          <w:rFonts w:ascii="Times New Roman" w:hAnsi="Times New Roman" w:cs="Times New Roman"/>
          <w:sz w:val="24"/>
          <w:szCs w:val="24"/>
          <w:lang w:val="ru-RU"/>
        </w:rPr>
        <w:t xml:space="preserve"> </w:t>
      </w:r>
    </w:p>
    <w:p w:rsidR="00902E74"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Личностные результаты имеют направленность на решение задач воспитания, развития и социализации обучающихся средствами учебного курса. 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902E74"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Личностные результаты освоения курса достигаются в единстве учебной и воспитательной деятельности. Личностные результаты освоения курса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722AB9" w:rsidRPr="001B14C3" w:rsidRDefault="00722AB9"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902E74" w:rsidRPr="001B14C3" w:rsidRDefault="00255D2A" w:rsidP="001B14C3">
      <w:pPr>
        <w:tabs>
          <w:tab w:val="left" w:pos="180"/>
        </w:tabs>
        <w:autoSpaceDE w:val="0"/>
        <w:autoSpaceDN w:val="0"/>
        <w:spacing w:after="0" w:line="360" w:lineRule="auto"/>
        <w:ind w:right="-48"/>
        <w:rPr>
          <w:rFonts w:ascii="Times New Roman" w:hAnsi="Times New Roman" w:cs="Times New Roman"/>
          <w:b/>
          <w:sz w:val="24"/>
          <w:szCs w:val="24"/>
          <w:lang w:val="ru-RU"/>
        </w:rPr>
      </w:pPr>
      <w:r w:rsidRPr="001B14C3">
        <w:rPr>
          <w:rFonts w:ascii="Times New Roman" w:hAnsi="Times New Roman" w:cs="Times New Roman"/>
          <w:b/>
          <w:sz w:val="24"/>
          <w:szCs w:val="24"/>
          <w:lang w:val="ru-RU"/>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722AB9" w:rsidRPr="001B14C3" w:rsidRDefault="00722AB9" w:rsidP="001B14C3">
      <w:pPr>
        <w:tabs>
          <w:tab w:val="left" w:pos="180"/>
        </w:tabs>
        <w:autoSpaceDE w:val="0"/>
        <w:autoSpaceDN w:val="0"/>
        <w:spacing w:after="0" w:line="360" w:lineRule="auto"/>
        <w:ind w:right="-48"/>
        <w:rPr>
          <w:rFonts w:ascii="Times New Roman" w:hAnsi="Times New Roman" w:cs="Times New Roman"/>
          <w:b/>
          <w:sz w:val="24"/>
          <w:szCs w:val="24"/>
          <w:lang w:val="ru-RU"/>
        </w:rPr>
      </w:pPr>
    </w:p>
    <w:p w:rsidR="00902E74"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1) патриотического воспитания: 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w:t>
      </w:r>
      <w:r w:rsidRPr="001B14C3">
        <w:rPr>
          <w:rFonts w:ascii="Times New Roman" w:hAnsi="Times New Roman" w:cs="Times New Roman"/>
          <w:sz w:val="24"/>
          <w:szCs w:val="24"/>
          <w:lang w:val="ru-RU"/>
        </w:rPr>
        <w:lastRenderedPageBreak/>
        <w:t>роли культур народов России, традиционных религий, духовно-нравственных ценностей в становлении российской государственности;</w:t>
      </w:r>
    </w:p>
    <w:p w:rsidR="00902E74"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2) гражданского воспитания: 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w:t>
      </w:r>
      <w:r w:rsidR="00902E74" w:rsidRPr="001B14C3">
        <w:rPr>
          <w:rFonts w:ascii="Times New Roman" w:hAnsi="Times New Roman" w:cs="Times New Roman"/>
          <w:sz w:val="24"/>
          <w:szCs w:val="24"/>
          <w:lang w:val="ru-RU"/>
        </w:rPr>
        <w:t xml:space="preserve">тельстве; </w:t>
      </w:r>
      <w:r w:rsidRPr="001B14C3">
        <w:rPr>
          <w:rFonts w:ascii="Times New Roman" w:hAnsi="Times New Roman" w:cs="Times New Roman"/>
          <w:sz w:val="24"/>
          <w:szCs w:val="24"/>
          <w:lang w:val="ru-RU"/>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
    <w:p w:rsidR="00902E74"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3) ценности познавательной деятельности: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
    <w:p w:rsidR="00902E74"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4) духовно-нравственного воспитания: 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 освоение социальных норм, правил поведения, ролей и форм социальной жизни в группах и сообществах, включая взрослые и социальные сообщества; 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 </w:t>
      </w:r>
    </w:p>
    <w:p w:rsidR="00722AB9" w:rsidRPr="001B14C3" w:rsidRDefault="00722AB9"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902E74" w:rsidRPr="001B14C3" w:rsidRDefault="00255D2A" w:rsidP="001B14C3">
      <w:pPr>
        <w:tabs>
          <w:tab w:val="left" w:pos="180"/>
        </w:tabs>
        <w:autoSpaceDE w:val="0"/>
        <w:autoSpaceDN w:val="0"/>
        <w:spacing w:after="0" w:line="360" w:lineRule="auto"/>
        <w:ind w:right="-48"/>
        <w:rPr>
          <w:rFonts w:ascii="Times New Roman" w:hAnsi="Times New Roman" w:cs="Times New Roman"/>
          <w:b/>
          <w:sz w:val="24"/>
          <w:szCs w:val="24"/>
          <w:lang w:val="ru-RU"/>
        </w:rPr>
      </w:pPr>
      <w:r w:rsidRPr="001B14C3">
        <w:rPr>
          <w:rFonts w:ascii="Times New Roman" w:hAnsi="Times New Roman" w:cs="Times New Roman"/>
          <w:b/>
          <w:sz w:val="24"/>
          <w:szCs w:val="24"/>
          <w:lang w:val="ru-RU"/>
        </w:rPr>
        <w:t xml:space="preserve">МЕТАПРЕДМЕТНЫЕ РЕЗУЛЬТАТЫ </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w:t>
      </w:r>
      <w:r w:rsidRPr="001B14C3">
        <w:rPr>
          <w:rFonts w:ascii="Times New Roman" w:hAnsi="Times New Roman" w:cs="Times New Roman"/>
          <w:sz w:val="24"/>
          <w:szCs w:val="24"/>
          <w:lang w:val="ru-RU"/>
        </w:rPr>
        <w:t xml:space="preserve">и учебного </w:t>
      </w:r>
      <w:r w:rsidR="00255D2A" w:rsidRPr="001B14C3">
        <w:rPr>
          <w:rFonts w:ascii="Times New Roman" w:hAnsi="Times New Roman" w:cs="Times New Roman"/>
          <w:sz w:val="24"/>
          <w:szCs w:val="24"/>
          <w:lang w:val="ru-RU"/>
        </w:rPr>
        <w:t xml:space="preserve"> сотрудничества с педагогом и сверстниками, к участию в построении индивидуальной образовательной траектории, </w:t>
      </w:r>
      <w:r w:rsidR="00255D2A" w:rsidRPr="001B14C3">
        <w:rPr>
          <w:rFonts w:ascii="Times New Roman" w:hAnsi="Times New Roman" w:cs="Times New Roman"/>
          <w:sz w:val="24"/>
          <w:szCs w:val="24"/>
          <w:lang w:val="ru-RU"/>
        </w:rPr>
        <w:lastRenderedPageBreak/>
        <w:t xml:space="preserve">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 </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w:t>
      </w:r>
    </w:p>
    <w:p w:rsidR="00722AB9" w:rsidRPr="001B14C3" w:rsidRDefault="00722AB9"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b/>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b/>
          <w:sz w:val="24"/>
          <w:szCs w:val="24"/>
          <w:lang w:val="ru-RU"/>
        </w:rPr>
        <w:t xml:space="preserve">Познавательные универсальные учебные действия: </w:t>
      </w:r>
    </w:p>
    <w:p w:rsidR="00902E74" w:rsidRPr="001B14C3" w:rsidRDefault="00722AB9"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902E74" w:rsidRPr="001B14C3" w:rsidRDefault="00722AB9"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 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902E74" w:rsidRPr="001B14C3" w:rsidRDefault="00722AB9"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 смысловое чтение; развитие мотивации к овладению культурой активного использования словарей и других поисковых систем. Коммуникативные универсальные учебные действия: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 </w:t>
      </w:r>
    </w:p>
    <w:p w:rsidR="00902E74" w:rsidRPr="001B14C3" w:rsidRDefault="00722AB9"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 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 </w:t>
      </w:r>
    </w:p>
    <w:p w:rsidR="00722AB9" w:rsidRPr="001B14C3" w:rsidRDefault="00722AB9"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b/>
          <w:sz w:val="24"/>
          <w:szCs w:val="24"/>
          <w:lang w:val="ru-RU"/>
        </w:rPr>
        <w:tab/>
      </w:r>
      <w:r w:rsidRPr="001B14C3">
        <w:rPr>
          <w:rFonts w:ascii="Times New Roman" w:hAnsi="Times New Roman" w:cs="Times New Roman"/>
          <w:b/>
          <w:sz w:val="24"/>
          <w:szCs w:val="24"/>
          <w:lang w:val="ru-RU"/>
        </w:rPr>
        <w:tab/>
      </w:r>
      <w:r w:rsidR="00255D2A" w:rsidRPr="001B14C3">
        <w:rPr>
          <w:rFonts w:ascii="Times New Roman" w:hAnsi="Times New Roman" w:cs="Times New Roman"/>
          <w:b/>
          <w:sz w:val="24"/>
          <w:szCs w:val="24"/>
          <w:lang w:val="ru-RU"/>
        </w:rPr>
        <w:t>Регулятивные универсальные учебные действия</w:t>
      </w:r>
      <w:r w:rsidR="00255D2A" w:rsidRPr="001B14C3">
        <w:rPr>
          <w:rFonts w:ascii="Times New Roman" w:hAnsi="Times New Roman" w:cs="Times New Roman"/>
          <w:sz w:val="24"/>
          <w:szCs w:val="24"/>
          <w:lang w:val="ru-RU"/>
        </w:rPr>
        <w:t xml:space="preserve">: </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w:t>
      </w:r>
      <w:r w:rsidRPr="001B14C3">
        <w:rPr>
          <w:rFonts w:ascii="Times New Roman" w:hAnsi="Times New Roman" w:cs="Times New Roman"/>
          <w:sz w:val="24"/>
          <w:szCs w:val="24"/>
          <w:lang w:val="ru-RU"/>
        </w:rPr>
        <w:t>ой деятельности (целеполагание);</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умение оценивать правильность выполнения учебной задачи, собственные возможности её решения (оценка); </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lastRenderedPageBreak/>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 </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902E74"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b/>
          <w:sz w:val="24"/>
          <w:szCs w:val="24"/>
          <w:lang w:val="ru-RU"/>
        </w:rPr>
        <w:t>ПРЕДМЕТНЫЕ РЕЗУЛЬТАТЫ</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 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 К концу обучения в 5 классе обучающийся получит следующие предметные результаты по отдельным темам программы по ОДНКНР: </w:t>
      </w:r>
    </w:p>
    <w:p w:rsidR="00722AB9" w:rsidRPr="001B14C3" w:rsidRDefault="00722AB9"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902E74"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b/>
          <w:sz w:val="24"/>
          <w:szCs w:val="24"/>
          <w:lang w:val="ru-RU"/>
        </w:rPr>
        <w:t>Тематический блок 1. «Россия – наш общий дом</w:t>
      </w:r>
      <w:r w:rsidRPr="001B14C3">
        <w:rPr>
          <w:rFonts w:ascii="Times New Roman" w:hAnsi="Times New Roman" w:cs="Times New Roman"/>
          <w:sz w:val="24"/>
          <w:szCs w:val="24"/>
          <w:lang w:val="ru-RU"/>
        </w:rPr>
        <w:t xml:space="preserve">» </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Тема 1. Зачем изучать курс «Основы духовно-нравственной культуры народов России»? 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 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 понимать взаимосвязь между языком и культурой, духовно-нравственным развитием личности и социальным поведением</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Тема 2. Наш дом – Россия. 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 знать о современном состоянии культурного и религиозного разнообразия народов Российской Федерации, причинах кул</w:t>
      </w:r>
      <w:r w:rsidRPr="001B14C3">
        <w:rPr>
          <w:rFonts w:ascii="Times New Roman" w:hAnsi="Times New Roman" w:cs="Times New Roman"/>
          <w:sz w:val="24"/>
          <w:szCs w:val="24"/>
          <w:lang w:val="ru-RU"/>
        </w:rPr>
        <w:t>ьтурных различий;</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 </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3. Язык и история. Знать и понимать, что такое язык, каковы важность его изучения и влияние на миропонимание личности; иметь базовые представления о формировании языка как носителя духовно-нравственных смыслов культуры; понимать суть и смысл коммуникативной роли языка, в том числе в организации межкультурного диалога и взаимодействия; обосновывать своё понимание необходимости нравственной чистоты языка, важности лингвистической гигиены, речевого этикета. </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4. Русский язык – язык общения и язык возможностей. Иметь базовые представления о происхождении и развитии русского языка, его взаимосвязи с языками других народов России; знать и уметь обосновать важность русского языка как культурообразующего языка народов России, важность его для существования государства и общества; понимать, что русский язык – не только важнейший элемент национальной культуры, но и историко-культурное наследие, достояние </w:t>
      </w:r>
      <w:r w:rsidR="00255D2A" w:rsidRPr="001B14C3">
        <w:rPr>
          <w:rFonts w:ascii="Times New Roman" w:hAnsi="Times New Roman" w:cs="Times New Roman"/>
          <w:sz w:val="24"/>
          <w:szCs w:val="24"/>
          <w:lang w:val="ru-RU"/>
        </w:rPr>
        <w:lastRenderedPageBreak/>
        <w:t xml:space="preserve">российского государства, уметь приводить примеры; иметь представление о нравственных категориях русского языка и их происхождении. </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5. Истоки родной культуры. Иметь сформированное представление о понятие «культура»; 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уметь выделять общие черты в культуре различных народов, обосновывать их значение и причины. </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Тема 6. Материальная культура. Иметь представление об артефактах культуры; иметь базовое представление о традиционных укладах хозяйства: земледелии, скотоводстве, охоте, рыболовстве; понимать взаимосвязь между хозяйственным укладом и проявлениями духовной культуры; понимать и объяснять зависимость основных культурных укладов народов России от географии их массового расселения, природных условий и взаимоде</w:t>
      </w:r>
      <w:r w:rsidRPr="001B14C3">
        <w:rPr>
          <w:rFonts w:ascii="Times New Roman" w:hAnsi="Times New Roman" w:cs="Times New Roman"/>
          <w:sz w:val="24"/>
          <w:szCs w:val="24"/>
          <w:lang w:val="ru-RU"/>
        </w:rPr>
        <w:t xml:space="preserve">йствия с другими этносами. </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 Тема 7. Духовная культура. Иметь представление о таких культурных концептах как «искусство», «наука», «религия»; знать и давать определения терминам «мораль», «нравственность», «духовные ценности», «духовность» на доступном для обучающихся уровне осмысления; понимать смысл и взаимосвязь названных терминов с формами их репрезентации в культуре; осознавать значение культурных символов, нравственный и духовный смысл культурных артефактов; знать, что такое знаки и символы, уметь соотносить их с культурными явлениями, с которыми они связаны. </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Тема 8. Культура и религия. Иметь представление о понятии «религия», уметь пояснить её роль в жизни общества и основные социально-культурные функции; осознавать связь религии и морали; понимать роль и значение духовных ценностей в религиях народов России; уметь характеризовать государствообразующие конфессии России и их картины мира.</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 Тема 9. Культура и образование. Характеризовать термин «образование» и уметь обосновать его важность для личности и общества; иметь представление об основных ступенях образования в России и их необходимости; понимать взаимосвязь культуры и образованности человека; приводить примеры взаимосвязи между знанием, образованием и личностным и профессиональным ростом человека; 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 </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Тема 10. Многообразие культур России (практическое занятие). Иметь сформированные представления о закономерностях развития культуры и истории народов, их культурных особенностях; выделять общее и единичное в культуре на основе предметных знаний о культуре своего народа; предполагать и доказывать наличие взаимосвязи между культурой и духовно-нравственными ценностями на основе местной культурно-исторической специфики; обосновывать важность сохранения культурного многообразия как источника духовно-нравственных ценностей, морали и нравственности современного о</w:t>
      </w:r>
      <w:r w:rsidRPr="001B14C3">
        <w:rPr>
          <w:rFonts w:ascii="Times New Roman" w:hAnsi="Times New Roman" w:cs="Times New Roman"/>
          <w:sz w:val="24"/>
          <w:szCs w:val="24"/>
          <w:lang w:val="ru-RU"/>
        </w:rPr>
        <w:t xml:space="preserve">бщества. </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b/>
          <w:sz w:val="24"/>
          <w:szCs w:val="24"/>
          <w:lang w:val="ru-RU"/>
        </w:rPr>
        <w:t>Тематический блок 2. «Семья и духовно-нравственные ценности</w:t>
      </w:r>
      <w:r w:rsidR="00255D2A" w:rsidRPr="001B14C3">
        <w:rPr>
          <w:rFonts w:ascii="Times New Roman" w:hAnsi="Times New Roman" w:cs="Times New Roman"/>
          <w:sz w:val="24"/>
          <w:szCs w:val="24"/>
          <w:lang w:val="ru-RU"/>
        </w:rPr>
        <w:t xml:space="preserve">» </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11. Семья – хранитель духовных ценностей. Знать и понимать смысл термина «семья»; иметь представление о взаимосвязях между типом культуры и особенностями семейного быта и </w:t>
      </w:r>
      <w:r w:rsidR="00255D2A" w:rsidRPr="001B14C3">
        <w:rPr>
          <w:rFonts w:ascii="Times New Roman" w:hAnsi="Times New Roman" w:cs="Times New Roman"/>
          <w:sz w:val="24"/>
          <w:szCs w:val="24"/>
          <w:lang w:val="ru-RU"/>
        </w:rPr>
        <w:lastRenderedPageBreak/>
        <w:t xml:space="preserve">отношений в семье; осознавать значение термина «поколение» и его взаимосвязь с культурными особенностями своего времени; уметь составить рассказ о своей семье в соответствии с культурно-историческими условиями её существования; понимать и обосновывать такие понятия, как «счастливая семья», «семейное счастье»; осознавать и уметь доказывать важность семьи как хранителя традиций и её воспитательную роль; 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 </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12. Родина начинается с семьи. Знать и уметь объяснить понятие «Родина»; осознавать взаимосвязь и различия между концептами «Отечество» и «Родина»; понимать, что такое история семьи, каковы формы её выражения и сохранения; обосновывать и доказывать взаимосвязь истории семьи и истории народа, государства, человечества. </w:t>
      </w:r>
    </w:p>
    <w:p w:rsidR="00902E74"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13. Традиции семейного воспитания в России. Иметь представление о семейных традициях и обосновывать их важность как ключевых элементах семейных отношений; знать и понимать взаимосвязь семейных традиций и культуры собственного этноса; уметь рассказывать о семейных традициях своего народа и народов России, собственной семьи; осознавать роль семейных традиций в культуре общества, трансляции ценностей, духовно-нравственных идеалов. </w:t>
      </w:r>
    </w:p>
    <w:p w:rsidR="0073397B" w:rsidRPr="001B14C3" w:rsidRDefault="00902E74"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Тема 14. Образ семьи в культуре народов России. Знать и называть традиционные сказочные и фольклорные сюжеты о семье, семейных обязанностях; уметь обосновывать своё понимание семейных ценностей, выраженных в фольклорных сюжетах; 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w:t>
      </w:r>
      <w:r w:rsidR="0073397B" w:rsidRPr="001B14C3">
        <w:rPr>
          <w:rFonts w:ascii="Times New Roman" w:hAnsi="Times New Roman" w:cs="Times New Roman"/>
          <w:sz w:val="24"/>
          <w:szCs w:val="24"/>
          <w:lang w:val="ru-RU"/>
        </w:rPr>
        <w:t xml:space="preserve">иях художественной культуры; </w:t>
      </w:r>
      <w:r w:rsidR="00255D2A" w:rsidRPr="001B14C3">
        <w:rPr>
          <w:rFonts w:ascii="Times New Roman" w:hAnsi="Times New Roman" w:cs="Times New Roman"/>
          <w:sz w:val="24"/>
          <w:szCs w:val="24"/>
          <w:lang w:val="ru-RU"/>
        </w:rPr>
        <w:t xml:space="preserve"> понимать и обосновывать важность семейных ценностей с использованием различного иллюстративного материала.</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 Тема 15. Труд в истории семьи. Знать и понимать, что такое семейное хозяйство и домашний труд; 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 осознавать и оценивать семейный уклад и взаимосвязь с социально-экономической структурой общества в форме большой и малой семей; характеризовать распределение семейного труда и осознавать его важность для укрепления целостности семьи.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16. Семья в современном мире (практическое занятие). 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 выделять особенности духовной культуры семьи в фольклоре и культуре различных народов на основе предметных знаний о культуре своего народа; предполагать и доказывать наличие взаимосвязи между культурой и духовно-нравственными ценностями семьи; 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 </w:t>
      </w:r>
    </w:p>
    <w:p w:rsidR="0073397B"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b/>
          <w:sz w:val="24"/>
          <w:szCs w:val="24"/>
          <w:lang w:val="ru-RU"/>
        </w:rPr>
        <w:t>Тематический блок 3. «Духовно-нравственное богатство личности»</w:t>
      </w:r>
      <w:r w:rsidRPr="001B14C3">
        <w:rPr>
          <w:rFonts w:ascii="Times New Roman" w:hAnsi="Times New Roman" w:cs="Times New Roman"/>
          <w:sz w:val="24"/>
          <w:szCs w:val="24"/>
          <w:lang w:val="ru-RU"/>
        </w:rPr>
        <w:t xml:space="preserve">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17. Личность – общество – культура. Знать и понимать значение термина «человек» в контексте духовно-нравственной культуры; уметь обосновать взаимосвязь и взаимообусловленность </w:t>
      </w:r>
      <w:r w:rsidR="00255D2A" w:rsidRPr="001B14C3">
        <w:rPr>
          <w:rFonts w:ascii="Times New Roman" w:hAnsi="Times New Roman" w:cs="Times New Roman"/>
          <w:sz w:val="24"/>
          <w:szCs w:val="24"/>
          <w:lang w:val="ru-RU"/>
        </w:rPr>
        <w:lastRenderedPageBreak/>
        <w:t xml:space="preserve">чело века и общества, человека и культуры; понимать и объяснять различия между обоснованием термина «личность» в быту, в контексте культуры и творчества; знать, что такое гуманизм, иметь представление о его источниках в культуре.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Тема 18. Духовный мир человека. Человек – творец культуры. Знать значение термина «творчество» в нескольких аспектах и понимать границы их применимости; осознавать и доказывать важность морально- нравственных ограничений в творчестве; обосновывать важность творчества как реализацию духовно-нравственных ценностей человека; доказывать детерминированность творчества культурой своего этноса; знать и уметь объяснить взаимосвязь труда и т</w:t>
      </w:r>
      <w:r w:rsidRPr="001B14C3">
        <w:rPr>
          <w:rFonts w:ascii="Times New Roman" w:hAnsi="Times New Roman" w:cs="Times New Roman"/>
          <w:sz w:val="24"/>
          <w:szCs w:val="24"/>
          <w:lang w:val="ru-RU"/>
        </w:rPr>
        <w:t xml:space="preserve">ворчества.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 Тема 19. Личность и духовно-нравственные ценности. Знать и уметь объяснить значение и роль морали и нравственности в жизни человека; обосновывать происхождение духовных ценностей, понимание идеалов добра и зла; 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w:t>
      </w:r>
    </w:p>
    <w:p w:rsidR="0073397B"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b/>
          <w:sz w:val="24"/>
          <w:szCs w:val="24"/>
          <w:lang w:val="ru-RU"/>
        </w:rPr>
        <w:t>Тематический блок 4. «Культурное единство России»</w:t>
      </w:r>
      <w:r w:rsidRPr="001B14C3">
        <w:rPr>
          <w:rFonts w:ascii="Times New Roman" w:hAnsi="Times New Roman" w:cs="Times New Roman"/>
          <w:sz w:val="24"/>
          <w:szCs w:val="24"/>
          <w:lang w:val="ru-RU"/>
        </w:rPr>
        <w:t xml:space="preserve">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20. Историческая память как духовно-нравственная ценность. Понимать и уметь объяснять суть термина «история», знать основные исторические периоды и уметь выделять их сущностные черты; иметь представление о значении и функциях изучения истории; 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21. Литература как язык культуры. Знать и понимать отличия литературы от других видов художественного творчества; рассказывать об особенностях литературного повествования, выделять простые выразительные средства литературного языка; обосновывать и доказывать важность литературы как культурного явления, как формы трансляции культурных ценностей; находить и обозначать средства выражения морального и нравственного смысла в литературных произведениях.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Тема 22. Взаимовлияние культур. 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 понимать и обосновывать важность сохранения культурного наследия; 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 Тема 23. Духовно-нравственные ценности российского народа. 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w:t>
      </w:r>
      <w:r w:rsidRPr="001B14C3">
        <w:rPr>
          <w:rFonts w:ascii="Times New Roman" w:hAnsi="Times New Roman" w:cs="Times New Roman"/>
          <w:sz w:val="24"/>
          <w:szCs w:val="24"/>
          <w:lang w:val="ru-RU"/>
        </w:rPr>
        <w:t xml:space="preserve">лективизм, </w:t>
      </w:r>
      <w:r w:rsidR="00255D2A" w:rsidRPr="001B14C3">
        <w:rPr>
          <w:rFonts w:ascii="Times New Roman" w:hAnsi="Times New Roman" w:cs="Times New Roman"/>
          <w:sz w:val="24"/>
          <w:szCs w:val="24"/>
          <w:lang w:val="ru-RU"/>
        </w:rPr>
        <w:t xml:space="preserve"> взаимопомощь, историческая память и преемственность поколений, единство народов России; осознавать духовно-нравственные ценности в качестве базовых общегражданских ценностей российского общества и уметь доказывать это.</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lastRenderedPageBreak/>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 Тема 24. Регионы России: культурное многообразие. Понимать принципы федеративного устройства России и концепт «полиэтничность»; называть основные этносы Российской Федерации и регионы, где они традиционно проживают; уметь объяснить значение словосочетаний «многонациональный народ Российской Федерации», «государствообразующий народ», «титульный этнос»; понимать ценность многообразия культурных укладов народов Российской Федерации; демонстрировать готовность к сохранению межнационального и межрелигиозного согласия в России; уметь выделять общие черты в культуре различных народов, обосновывать их значение и причины.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Тема 25. Праздники в культуре народов России. Иметь представление о природе праздников и обосновывать их важность как элементов культуры; устанавливать взаимосвязь праздников и культурного уклада; различать основные типы праздников; уметь рассказывать о праздничных традициях народов России и собственной семьи; анализировать связь праздников и истории, культуры народов России; понимать основной смысл семейных праздников; определять нравственный смысл праздников народов России; осознавать значение праздников как элементов культурной памяти народов России, как воплощение духовно-нравственных идеалов.</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 Тема 26. Памятники архитектуры народов России. 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 понимать взаимосвязь между типом жилищ и типом хозяйственной деятельности; осознавать и уметь охарактеризовать связь между уровнем научнотехнического развития и типами жилищ; осознавать и уметь объяснять взаимосвязь между особенностями архитектуры и духовно-нравственными ценностями народов России; устанавливать связь между историей памятника и историей края, характеризовать памятники истории и культ</w:t>
      </w:r>
      <w:r w:rsidRPr="001B14C3">
        <w:rPr>
          <w:rFonts w:ascii="Times New Roman" w:hAnsi="Times New Roman" w:cs="Times New Roman"/>
          <w:sz w:val="24"/>
          <w:szCs w:val="24"/>
          <w:lang w:val="ru-RU"/>
        </w:rPr>
        <w:t xml:space="preserve">уры; </w:t>
      </w:r>
      <w:r w:rsidR="00255D2A" w:rsidRPr="001B14C3">
        <w:rPr>
          <w:rFonts w:ascii="Times New Roman" w:hAnsi="Times New Roman" w:cs="Times New Roman"/>
          <w:sz w:val="24"/>
          <w:szCs w:val="24"/>
          <w:lang w:val="ru-RU"/>
        </w:rPr>
        <w:t xml:space="preserve"> иметь представление о нравственном и научном смысле краеведческой работы.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27. Музыкальная культура народов России. 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 обосновывать и доказывать важность музыки как культурного явления, как формы трансляции культурных ценностей; находить и обозначать средства выражения морального и нравственного смысла музыкальных произведений; знать основные темы музыкального творчества народов России, народные инструменты.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28. Изобразительное искусство народов России. 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 уметь объяснить, что такое скульптура, живопись, графика, фольклорные орнаменты; обосновывать и доказывать важность изобразительного искусства как культурного явления, как формы трансляции культурных ценностей; находить и обозначать средства выражения морального и нравственного смысла изобразительного искусства; знать основные темы изобразительного искусства народов России.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29. Фольклор и литература народов России. Знать и понимать, что такое пословицы и поговорки, обосновывать важность и нужность этих языковых выразительных средств; понимать и объяснять, что такое эпос, миф, сказка, былина, песня; воспринимать и объяснять на примерах важность понимания фольклора как отражения истории народа и его ценностей, морали и </w:t>
      </w:r>
      <w:r w:rsidR="00255D2A" w:rsidRPr="001B14C3">
        <w:rPr>
          <w:rFonts w:ascii="Times New Roman" w:hAnsi="Times New Roman" w:cs="Times New Roman"/>
          <w:sz w:val="24"/>
          <w:szCs w:val="24"/>
          <w:lang w:val="ru-RU"/>
        </w:rPr>
        <w:lastRenderedPageBreak/>
        <w:t xml:space="preserve">нравственности; знать, что такое национальная литература и каковы её выразительные средства; оценивать морально-нравственный потенциал национальной литературы.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Тема 30. Бытовые традиции народов России: пища, одежда, дом. Знать и уметь объяснить взаимосвязь между бытом и природными условиями проживания народа на примерах из истории и культуры своего региона; уметь доказывать и отстаивать важность сохранения и развития культурных, духовно-нравственных, семейных и этнических традиций, многообразия культур; 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w:t>
      </w:r>
      <w:r w:rsidRPr="001B14C3">
        <w:rPr>
          <w:rFonts w:ascii="Times New Roman" w:hAnsi="Times New Roman" w:cs="Times New Roman"/>
          <w:sz w:val="24"/>
          <w:szCs w:val="24"/>
          <w:lang w:val="ru-RU"/>
        </w:rPr>
        <w:t xml:space="preserve">енностей); </w:t>
      </w:r>
      <w:r w:rsidR="00255D2A" w:rsidRPr="001B14C3">
        <w:rPr>
          <w:rFonts w:ascii="Times New Roman" w:hAnsi="Times New Roman" w:cs="Times New Roman"/>
          <w:sz w:val="24"/>
          <w:szCs w:val="24"/>
          <w:lang w:val="ru-RU"/>
        </w:rPr>
        <w:t xml:space="preserve"> 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31. Культурная карта России (практическое занятие). Знать и уметь объяснить отличия культурной географии от физической и политической географии; понимать, что такое культурная карта народов России; описывать отдельные области культурной карты в соответствии с их особенностями.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32. Единство страны – залог будущего России. 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 понимать и доказывать важность и преимущества этого единства перед требованиями национального самоопределения отдельных этносов. </w:t>
      </w:r>
    </w:p>
    <w:p w:rsidR="00722AB9" w:rsidRPr="001B14C3" w:rsidRDefault="00722AB9"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73397B" w:rsidRPr="001B14C3" w:rsidRDefault="001B14C3" w:rsidP="001B14C3">
      <w:pPr>
        <w:tabs>
          <w:tab w:val="left" w:pos="180"/>
        </w:tabs>
        <w:autoSpaceDE w:val="0"/>
        <w:autoSpaceDN w:val="0"/>
        <w:spacing w:after="0" w:line="360" w:lineRule="auto"/>
        <w:ind w:right="-48"/>
        <w:rPr>
          <w:rFonts w:ascii="Times New Roman" w:hAnsi="Times New Roman" w:cs="Times New Roman"/>
          <w:b/>
          <w:sz w:val="24"/>
          <w:szCs w:val="24"/>
          <w:lang w:val="ru-RU"/>
        </w:rPr>
      </w:pPr>
      <w:r>
        <w:rPr>
          <w:rFonts w:ascii="Times New Roman" w:hAnsi="Times New Roman" w:cs="Times New Roman"/>
          <w:b/>
          <w:sz w:val="24"/>
          <w:szCs w:val="24"/>
          <w:lang w:val="ru-RU"/>
        </w:rPr>
        <w:t>6 класс</w:t>
      </w:r>
    </w:p>
    <w:p w:rsidR="0073397B"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b/>
          <w:sz w:val="24"/>
          <w:szCs w:val="24"/>
          <w:lang w:val="ru-RU"/>
        </w:rPr>
        <w:t>Тематический блок 1. «Культура как социальность»</w:t>
      </w:r>
      <w:r w:rsidRPr="001B14C3">
        <w:rPr>
          <w:rFonts w:ascii="Times New Roman" w:hAnsi="Times New Roman" w:cs="Times New Roman"/>
          <w:sz w:val="24"/>
          <w:szCs w:val="24"/>
          <w:lang w:val="ru-RU"/>
        </w:rPr>
        <w:t xml:space="preserve">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1. Мир культуры: его структура. Знать и уметь объяснить структуру культуры как социального явления; понимать специфику социальных явлений, их ключевые отличия от природных явлений; 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 понимать зависимость социальных процессов от культурно-исторических процессов; уметь объяснить взаимосвязь между научно-техническим прогрессом и этапами развития социума.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2. Культура России: многообразие регионов. Характеризовать административно-территориальное деление России; знать количество регионов, различать субъекты и федеральные округа, уметь показать их на административной карте России; 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 объяснять принцип равенства прав каждого человека, вне зависимости от его принадлежности к тому или иному народу; понимать ценность многообразия культурных укладов народов Российской </w:t>
      </w:r>
      <w:r w:rsidRPr="001B14C3">
        <w:rPr>
          <w:rFonts w:ascii="Times New Roman" w:hAnsi="Times New Roman" w:cs="Times New Roman"/>
          <w:sz w:val="24"/>
          <w:szCs w:val="24"/>
          <w:lang w:val="ru-RU"/>
        </w:rPr>
        <w:t xml:space="preserve">Федерации; </w:t>
      </w:r>
      <w:r w:rsidR="00255D2A" w:rsidRPr="001B14C3">
        <w:rPr>
          <w:rFonts w:ascii="Times New Roman" w:hAnsi="Times New Roman" w:cs="Times New Roman"/>
          <w:sz w:val="24"/>
          <w:szCs w:val="24"/>
          <w:lang w:val="ru-RU"/>
        </w:rPr>
        <w:t xml:space="preserve"> демонстрировать готовность к сохранению межнационального и межрелигиозного согласия в России; характеризовать духовную культуру всех народов России как общее достояние и богатство нашей многонациональной Родины.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3. История быта как история культуры. Понимать смысл понятия «домашнее хозяйство» и характеризовать его типы; понимать взаимосвязь между хозяйственной деятельностью народов </w:t>
      </w:r>
      <w:r w:rsidR="00255D2A" w:rsidRPr="001B14C3">
        <w:rPr>
          <w:rFonts w:ascii="Times New Roman" w:hAnsi="Times New Roman" w:cs="Times New Roman"/>
          <w:sz w:val="24"/>
          <w:szCs w:val="24"/>
          <w:lang w:val="ru-RU"/>
        </w:rPr>
        <w:lastRenderedPageBreak/>
        <w:t xml:space="preserve">России и особенностями исторического периода; 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Тема 4. Прогресс: технический и социальный. Знать, что такое труд, производительность труда и разделение труда, характеризовать их роль и значение в истории и современном обществе; 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 демонстрировать понимание роли обслуживающего труда, его социальной и духовно-нравственной важности; понимать взаимосвязи между механизацией домашнего труда и изменениями социальных взаимосвязей в обществе; осознавать и обосновывать влияние технологий на культуру и ценности общества.</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 Тема 5. Образование в культуре народов России. Иметь представление об истории образования и его роли в обществе на различных этапах его развития; понимать и обосновывать роль ценностей в обществе, их зависимость от процесса познания; понимать специфику каждого уровня образования, её роль в современных общественных процессах; обосновывать важность образования в современном мире и ценность знания; характеризовать образование как часть процесса формирования духовно-нравственных ориентиров человека.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6. Права и обязанности человека. Знать термины «права человека», «естественные права человека», «правовая культура»; характеризовать историю формирования комплекса понятий, связанных с правами; понимать и обосновывать важность прав человека как привилегии и обязанности </w:t>
      </w:r>
      <w:r w:rsidRPr="001B14C3">
        <w:rPr>
          <w:rFonts w:ascii="Times New Roman" w:hAnsi="Times New Roman" w:cs="Times New Roman"/>
          <w:sz w:val="24"/>
          <w:szCs w:val="24"/>
          <w:lang w:val="ru-RU"/>
        </w:rPr>
        <w:t xml:space="preserve">человека; </w:t>
      </w:r>
      <w:r w:rsidR="00255D2A" w:rsidRPr="001B14C3">
        <w:rPr>
          <w:rFonts w:ascii="Times New Roman" w:hAnsi="Times New Roman" w:cs="Times New Roman"/>
          <w:sz w:val="24"/>
          <w:szCs w:val="24"/>
          <w:lang w:val="ru-RU"/>
        </w:rPr>
        <w:t>понимать необходимость соблюдения прав человека; понимать и уметь объяснить необходимость сохранения паритета между правами и обязанностями человека в обществе; приводить примеры формирования правовой культуры из истории народов России.</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 Тема 7. Общество и религия: духовно-нравственное взаимодействие. Знать и понимать смысл терминов «религия», «конфессия», «атеизм», «свободомыслие»; характеризовать основные культурообразующие конфессии; знать и уметь объяснять роль религии в истории и на современном этапе общественного развития; понимать и обосновывать роль религий как источника культурного развития общества.</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 Тема 8. Современный мир: самое важное (практическое занятие). Характеризовать основные процессы, протекающие в современном обществе, его духовно-нравственные ориентиры; понимать и уметь доказать важность духовно-нравственного развития человека и общества в целом для сохранения социально-экономического благополучия; 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w:t>
      </w:r>
    </w:p>
    <w:p w:rsidR="00722AB9" w:rsidRPr="001B14C3" w:rsidRDefault="00722AB9"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73397B"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b/>
          <w:sz w:val="24"/>
          <w:szCs w:val="24"/>
          <w:lang w:val="ru-RU"/>
        </w:rPr>
        <w:t>Тематический блок 2. «Человек и его отражение в культуре»</w:t>
      </w:r>
      <w:r w:rsidRPr="001B14C3">
        <w:rPr>
          <w:rFonts w:ascii="Times New Roman" w:hAnsi="Times New Roman" w:cs="Times New Roman"/>
          <w:sz w:val="24"/>
          <w:szCs w:val="24"/>
          <w:lang w:val="ru-RU"/>
        </w:rPr>
        <w:t xml:space="preserve">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9. Духовно-нравственный облик и идеал человека. Объяснять, как проявляется мораль и нравственность через описание личных качеств человека; осознавать, какие личностные качества соотносятся с теми или иными моральными и нравственными ценностями; понимать различия между </w:t>
      </w:r>
      <w:r w:rsidR="00255D2A" w:rsidRPr="001B14C3">
        <w:rPr>
          <w:rFonts w:ascii="Times New Roman" w:hAnsi="Times New Roman" w:cs="Times New Roman"/>
          <w:sz w:val="24"/>
          <w:szCs w:val="24"/>
          <w:lang w:val="ru-RU"/>
        </w:rPr>
        <w:lastRenderedPageBreak/>
        <w:t xml:space="preserve">этикой и этикетом и их взаимосвязь; обосновывать и доказывать ценность свободы как залога благополучия общества, уважения к правам человека, его месту и роли в общественных процессах; характеризовать взаимосвязь таких понятий как «свобода», «ответственность», «право» и «долг»; понимать важность коллективизма как ценности современной России и его приоритет перед идеологией индивидуализма; приводить примеры идеалов человека в историко-культурном пространстве современной России.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Тема 10. Взросление человека в культуре народов России. Понимать различие между процессами антропогенеза и антропосо</w:t>
      </w:r>
      <w:r w:rsidRPr="001B14C3">
        <w:rPr>
          <w:rFonts w:ascii="Times New Roman" w:hAnsi="Times New Roman" w:cs="Times New Roman"/>
          <w:sz w:val="24"/>
          <w:szCs w:val="24"/>
          <w:lang w:val="ru-RU"/>
        </w:rPr>
        <w:t xml:space="preserve">циогенеза; </w:t>
      </w:r>
      <w:r w:rsidR="00255D2A" w:rsidRPr="001B14C3">
        <w:rPr>
          <w:rFonts w:ascii="Times New Roman" w:hAnsi="Times New Roman" w:cs="Times New Roman"/>
          <w:sz w:val="24"/>
          <w:szCs w:val="24"/>
          <w:lang w:val="ru-RU"/>
        </w:rPr>
        <w:t xml:space="preserve"> 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 обосновывать важность взаимодействия человека и общества, характеризовать негативные эффекты социальной изоляции; знать и уметь демонстрировать своё понимание самостоятельности, её роли в развитии личности, во взаимодействии с другими людьми.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11. Религия как источник нравственности. Характеризовать нравственный потенциал религии; знать и уметь излагать нравственные принципы государствообразующих конфессий России; знать основные требования к нравственному идеалу человека в государствообразующих религиях современной России; уметь обосновывать важность религиозных моральных и нравственных ценностей для современного общества.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12. Наука как источник знания о человеке. Понимать и характеризовать смысл понятия «гуманитарное знание»; определять нравственный смысл гуманитарного знания, его системообразующую роль в современной культуре; характеризовать понятие «культура» как процесс самопознания общества, как его внутреннюю самоактуализацию; осознавать и доказывать взаимосвязь различных областей гуманитарного знания.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13. Этика и нравственность как категории духовной культуры. Характеризовать многосторонность понятия «этика»; понимать особенности этики как науки; объяснять понятия «добро» и «зло» с помощью примеров в истории и культуре народов России и соотносить их с личным опытом; обосновывать важность и необходимость нравственности для социального благополучия общества и личности.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14. Самопознание (практическое занятие). Характеризовать понятия «самопознание», «автобиография», «автопортрет», «рефлексия»; уметь соотносить понятия «мораль», «нравственность», «ценности» с самопознанием и рефлексией на доступном для обучающихся уровне; доказывать и обосновывать свои нравственные убеждения. Тематический блок 3. «Человек как член общества»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15. Труд делает человека человеком. Характеризовать важность труда и его роль в современном обществе; Федеральная рабочая программа | ОДНКНР. 5–6 классы 29 соотносить понятия «добросовестный труд» и «экономическое благополучие»; объяснять понятия «безделье», «лень», «тунеядство»; понимать важность и уметь обосновать необходимость их преодоления для самого себя; оценивать общественные процессы в области общественной оценки труда; осознавать и демонстрировать значимость трудолюбия, трудовых подвигов, социальной ответственности за свой труд; объяснять важность труда и его экономической стоимости; знать и объяснять понятия </w:t>
      </w:r>
      <w:r w:rsidR="00255D2A" w:rsidRPr="001B14C3">
        <w:rPr>
          <w:rFonts w:ascii="Times New Roman" w:hAnsi="Times New Roman" w:cs="Times New Roman"/>
          <w:sz w:val="24"/>
          <w:szCs w:val="24"/>
          <w:lang w:val="ru-RU"/>
        </w:rPr>
        <w:lastRenderedPageBreak/>
        <w:t xml:space="preserve">«безделье», «лень», «тунеядство», с одной стороны, и «трудолюбие», «подвиг труда», «ответственность», с другой стороны, а также «общественная оценка труда».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16. Подвиг: как узнать героя? Характеризовать понятия «подвиг», «героизм», «самопожертвование»; понимать отличия подвига на войне и в мирное время; уметь доказывать важность героических примеров для жизни общества; знать и называть героев современного общества и исторических личностей; обосновывать разграничение понятий «героизм» и «псевдогероизм» через значимость для общества и понимание последствий.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17. Люди в обществе: духовно-нравственное взаимовлияние. Характеризовать понятие «социальные отношения»; понимать смысл понятия «человек как субъект социальных отношений» в приложении к его нравственному и духовному развитию; осознавать роль малых и больших социальных групп в нравственном состоянии личности; обосновывать понятия «дружба», «предательство», «честь», «коллективизм» и приводить примеры из истории, культуры и литературы; обосновывать важность и находить нравственные основания социальной взаимопомощи, в том числе благотворительности; понимать и характеризовать понятие «этика предпринимательства» в социальном аспекте.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Тема 18. Проблемы современного общества как отражение его духовнонравственного самосознания. 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 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w:t>
      </w:r>
      <w:r w:rsidRPr="001B14C3">
        <w:rPr>
          <w:rFonts w:ascii="Times New Roman" w:hAnsi="Times New Roman" w:cs="Times New Roman"/>
          <w:sz w:val="24"/>
          <w:szCs w:val="24"/>
          <w:lang w:val="ru-RU"/>
        </w:rPr>
        <w:t xml:space="preserve">я уровне; </w:t>
      </w:r>
      <w:r w:rsidR="00255D2A" w:rsidRPr="001B14C3">
        <w:rPr>
          <w:rFonts w:ascii="Times New Roman" w:hAnsi="Times New Roman" w:cs="Times New Roman"/>
          <w:sz w:val="24"/>
          <w:szCs w:val="24"/>
          <w:lang w:val="ru-RU"/>
        </w:rPr>
        <w:t xml:space="preserve">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19. Духовно-нравственные ориентиры социальных отношений. 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 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 уметь самостоятельно находить информацию о благотворительных, волонтёрских и социальных проектах в регионе своего проживания.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Тема 20. Гуманизм как сущностная характеристика духовно-нравственной культуры народов России. Характеризовать понятие «гуманизм» как источник духовно-нравственных ценностей российского народа; находить и обосновывать проявления гуманизма в историко-культурном наследии народов России; знать и понимать важность гуманизма для формирования высоконравственной личности, государственной политики, взаимоотношений в обществе; находить и объяснять гуманистические проявления в современной культуре.</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 Тема 21. Социальные профессии, их важность для сохранения духовнонравственного облика общества. Характеризовать понятия «социальные профессии», «помогающие профессии»; иметь представление о духовно-нравственных качествах, необходимых представителям социальных профессий; осознавать и обосновывать ответственность личности при выборе социальных профессий; </w:t>
      </w:r>
      <w:r w:rsidR="00255D2A" w:rsidRPr="001B14C3">
        <w:rPr>
          <w:rFonts w:ascii="Times New Roman" w:hAnsi="Times New Roman" w:cs="Times New Roman"/>
          <w:sz w:val="24"/>
          <w:szCs w:val="24"/>
          <w:lang w:val="ru-RU"/>
        </w:rPr>
        <w:lastRenderedPageBreak/>
        <w:t xml:space="preserve">приводить примеры из литературы и истории, современной жизни, подтверждающие данную точку зрения.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Тема 22. Выдающиеся благотворители в истории. Благотворительность как нравственный долг. Характеризовать понятие «благотворительность» и его эволюцию в истории России; доказывать важность меценатства в современном обществе для общества в целом и для духовно-нравственного развития личности самого мецената; характеризовать понятие «социальный долг», обосновывать его важную роль в жизни общества; приводить примеры выдающихся благотворителей в истории и современн</w:t>
      </w:r>
      <w:r w:rsidRPr="001B14C3">
        <w:rPr>
          <w:rFonts w:ascii="Times New Roman" w:hAnsi="Times New Roman" w:cs="Times New Roman"/>
          <w:sz w:val="24"/>
          <w:szCs w:val="24"/>
          <w:lang w:val="ru-RU"/>
        </w:rPr>
        <w:t xml:space="preserve">ой России; </w:t>
      </w:r>
      <w:r w:rsidR="00255D2A" w:rsidRPr="001B14C3">
        <w:rPr>
          <w:rFonts w:ascii="Times New Roman" w:hAnsi="Times New Roman" w:cs="Times New Roman"/>
          <w:sz w:val="24"/>
          <w:szCs w:val="24"/>
          <w:lang w:val="ru-RU"/>
        </w:rPr>
        <w:t xml:space="preserve"> понимать смысл внеэкономической благотворительности: волонтёрской деятельности, аргументированно объяснять её важность.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23. Выдающиеся учёные России. Наука как источник социального и духовного прогресса общества. Характеризовать понятие «наука»; уметь аргументированно обосновывать важность науки в современном обществе, прослеживать её связь с научно-техническим и социальным прогрессом; называть имена выдающихся учёных России; обосновывать важность понимания истории науки, получения и обоснования научного знания; характеризовать и доказывать важность науки для благополучия общества, страны и государства; обосновывать важность морали и нравственности в науке, её роль и вклад в доказательство этих понятий.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24. Моя профессия (практическое занятие). Характеризовать понятие «профессия», предполагать характер и цель труда в определённой профессии; 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 </w:t>
      </w:r>
    </w:p>
    <w:p w:rsidR="00722AB9" w:rsidRPr="001B14C3" w:rsidRDefault="00722AB9"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73397B" w:rsidRPr="001B14C3" w:rsidRDefault="00255D2A" w:rsidP="001B14C3">
      <w:pPr>
        <w:tabs>
          <w:tab w:val="left" w:pos="180"/>
        </w:tabs>
        <w:autoSpaceDE w:val="0"/>
        <w:autoSpaceDN w:val="0"/>
        <w:spacing w:after="0" w:line="360" w:lineRule="auto"/>
        <w:ind w:right="-48"/>
        <w:rPr>
          <w:rFonts w:ascii="Times New Roman" w:hAnsi="Times New Roman" w:cs="Times New Roman"/>
          <w:b/>
          <w:sz w:val="24"/>
          <w:szCs w:val="24"/>
          <w:lang w:val="ru-RU"/>
        </w:rPr>
      </w:pPr>
      <w:r w:rsidRPr="001B14C3">
        <w:rPr>
          <w:rFonts w:ascii="Times New Roman" w:hAnsi="Times New Roman" w:cs="Times New Roman"/>
          <w:b/>
          <w:sz w:val="24"/>
          <w:szCs w:val="24"/>
          <w:lang w:val="ru-RU"/>
        </w:rPr>
        <w:t xml:space="preserve">Тематический блок 4. «Родина и патриотизм»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25. Гражданин. Характеризовать понятия «Родина» и «гражданство», объяснять их взаимосвязь; понимать духовно-нравственный характер патриотизма, ценностей гражданского самосознания; понимать и уметь обосновывать нравственные качества гражданина.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Тема 26. Патриотизм. Характеризовать понятие «патриотизм»; приводить примеры патриотизма в истории и современном обществе; различать истинный и ложный патриотизм через ориентированность на ценности толерантности, уважения к другим народам, их истории и культуре; уметь обосновывать важность патриотизма.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Тема 27. Защита Родины: подвиг или долг? Характеризовать понятия «война» и «мир»; доказывать важность сохранения мира и согласия; обосновывать роль защиты Отечества, её важность для гражданина; понимать особенности защиты чести Отечества в спорте, науке, культуре; характеризовать понятия «военный подвиг», «честь», «доблесть», обосновывать их важность, приводить примеры их п</w:t>
      </w:r>
      <w:r w:rsidRPr="001B14C3">
        <w:rPr>
          <w:rFonts w:ascii="Times New Roman" w:hAnsi="Times New Roman" w:cs="Times New Roman"/>
          <w:sz w:val="24"/>
          <w:szCs w:val="24"/>
          <w:lang w:val="ru-RU"/>
        </w:rPr>
        <w:t xml:space="preserve">роявлений.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 Тема 28. Государство. Россия – наша родина. Характеризовать понятие «государство»; уметь выделять и формулировать основные особенности Российского государства с использованием исторических фактов и духовно-нравственные ценностей; характеризовать понятие «закон» как существенную часть гражданской идентичности человека; характеризовать понятие «гражданская идентичность», соотносить это понятие с необходимыми нравственными качествами человека.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lastRenderedPageBreak/>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Тема 29. Гражданская идентичность (практическое занятие). Охарактеризовать свою гражданскую идентичность, её составляющие: этническую, религиозную, гендерную идентичности; обосновывать важность духовно-нравственных качеств гражданина, указывать их источники.</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 Тема 30. Моя школа и мой класс (практическое занятие). Характеризовать понятие «добрые дела» в контексте оценки собственных действий, их нравственного характера; находить примеры добрых дел в реальности и уметь адаптировать их к потребностям класса. </w:t>
      </w:r>
    </w:p>
    <w:p w:rsidR="0073397B"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Тема 31. Человек: какой он? (практическое занятие). Характеризовать понятие «человек» как духовно-нравственный идеал; приводить примеры духовно-нравственного идеала в культуре; формулировать свой идеал человека и нравственные качества, которые ему присущи.</w:t>
      </w:r>
    </w:p>
    <w:p w:rsidR="00722AB9" w:rsidRPr="001B14C3" w:rsidRDefault="0073397B"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ab/>
      </w:r>
      <w:r w:rsidRPr="001B14C3">
        <w:rPr>
          <w:rFonts w:ascii="Times New Roman" w:hAnsi="Times New Roman" w:cs="Times New Roman"/>
          <w:sz w:val="24"/>
          <w:szCs w:val="24"/>
          <w:lang w:val="ru-RU"/>
        </w:rPr>
        <w:tab/>
      </w:r>
      <w:r w:rsidR="00255D2A" w:rsidRPr="001B14C3">
        <w:rPr>
          <w:rFonts w:ascii="Times New Roman" w:hAnsi="Times New Roman" w:cs="Times New Roman"/>
          <w:sz w:val="24"/>
          <w:szCs w:val="24"/>
          <w:lang w:val="ru-RU"/>
        </w:rPr>
        <w:t xml:space="preserve"> Тема 32. Человек и культура (проект). Характеризовать грани взаимодействия человека и культуры; уметь описать в выбранном направлении с помощью известных примеров образ человека, создаваемый произведениями культуры; показать взаимосвязь человека и культуры через их взаимовлияние; характеризовать основные признаки понятия «человек» с использованием исторических и культурных примеров, их осмысление и оценку, как с положительной,</w:t>
      </w:r>
      <w:r w:rsidR="00722AB9" w:rsidRPr="001B14C3">
        <w:rPr>
          <w:rFonts w:ascii="Times New Roman" w:hAnsi="Times New Roman" w:cs="Times New Roman"/>
          <w:sz w:val="24"/>
          <w:szCs w:val="24"/>
          <w:lang w:val="ru-RU"/>
        </w:rPr>
        <w:t xml:space="preserve"> так и с отрицательной стороны</w:t>
      </w:r>
    </w:p>
    <w:p w:rsidR="00722AB9" w:rsidRPr="001B14C3" w:rsidRDefault="00722AB9"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722AB9" w:rsidRPr="001B14C3" w:rsidRDefault="00722AB9" w:rsidP="001B14C3">
      <w:pPr>
        <w:tabs>
          <w:tab w:val="left" w:pos="180"/>
        </w:tabs>
        <w:autoSpaceDE w:val="0"/>
        <w:autoSpaceDN w:val="0"/>
        <w:spacing w:after="0" w:line="360" w:lineRule="auto"/>
        <w:ind w:right="-48"/>
        <w:rPr>
          <w:rFonts w:ascii="Times New Roman" w:hAnsi="Times New Roman" w:cs="Times New Roman"/>
          <w:b/>
          <w:sz w:val="24"/>
          <w:szCs w:val="24"/>
          <w:lang w:val="ru-RU"/>
        </w:rPr>
      </w:pPr>
      <w:r w:rsidRPr="001B14C3">
        <w:rPr>
          <w:rFonts w:ascii="Times New Roman" w:hAnsi="Times New Roman" w:cs="Times New Roman"/>
          <w:b/>
          <w:sz w:val="24"/>
          <w:szCs w:val="24"/>
          <w:lang w:val="ru-RU"/>
        </w:rPr>
        <w:tab/>
      </w:r>
      <w:r w:rsidRPr="001B14C3">
        <w:rPr>
          <w:rFonts w:ascii="Times New Roman" w:hAnsi="Times New Roman" w:cs="Times New Roman"/>
          <w:b/>
          <w:sz w:val="24"/>
          <w:szCs w:val="24"/>
          <w:lang w:val="ru-RU"/>
        </w:rPr>
        <w:tab/>
      </w:r>
      <w:r w:rsidRPr="001B14C3">
        <w:rPr>
          <w:rFonts w:ascii="Times New Roman" w:hAnsi="Times New Roman" w:cs="Times New Roman"/>
          <w:b/>
          <w:sz w:val="24"/>
          <w:szCs w:val="24"/>
          <w:lang w:val="ru-RU"/>
        </w:rPr>
        <w:tab/>
      </w:r>
      <w:r w:rsidRPr="001B14C3">
        <w:rPr>
          <w:rFonts w:ascii="Times New Roman" w:hAnsi="Times New Roman" w:cs="Times New Roman"/>
          <w:b/>
          <w:sz w:val="24"/>
          <w:szCs w:val="24"/>
          <w:lang w:val="ru-RU"/>
        </w:rPr>
        <w:tab/>
        <w:t xml:space="preserve">СИСТЕМА ОЦЕНКИ РЕЗУЛЬТАТОВ ОБУЧЕНИЯ </w:t>
      </w:r>
    </w:p>
    <w:p w:rsidR="00255D2A" w:rsidRPr="001B14C3" w:rsidRDefault="00722AB9" w:rsidP="001B14C3">
      <w:pPr>
        <w:tabs>
          <w:tab w:val="left" w:pos="180"/>
        </w:tabs>
        <w:autoSpaceDE w:val="0"/>
        <w:autoSpaceDN w:val="0"/>
        <w:spacing w:after="0" w:line="360" w:lineRule="auto"/>
        <w:ind w:right="-48"/>
        <w:rPr>
          <w:rFonts w:ascii="Times New Roman" w:hAnsi="Times New Roman" w:cs="Times New Roman"/>
          <w:sz w:val="24"/>
          <w:szCs w:val="24"/>
          <w:lang w:val="ru-RU"/>
        </w:rPr>
      </w:pPr>
      <w:r w:rsidRPr="001B14C3">
        <w:rPr>
          <w:rFonts w:ascii="Times New Roman" w:hAnsi="Times New Roman" w:cs="Times New Roman"/>
          <w:sz w:val="24"/>
          <w:szCs w:val="24"/>
          <w:lang w:val="ru-RU"/>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 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 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 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255D2A" w:rsidRPr="001B14C3" w:rsidRDefault="00255D2A" w:rsidP="001B14C3">
      <w:pPr>
        <w:tabs>
          <w:tab w:val="left" w:pos="180"/>
        </w:tabs>
        <w:autoSpaceDE w:val="0"/>
        <w:autoSpaceDN w:val="0"/>
        <w:spacing w:after="0" w:line="360" w:lineRule="auto"/>
        <w:ind w:right="-48"/>
        <w:rPr>
          <w:rFonts w:ascii="Times New Roman" w:hAnsi="Times New Roman" w:cs="Times New Roman"/>
          <w:sz w:val="24"/>
          <w:szCs w:val="24"/>
          <w:lang w:val="ru-RU"/>
        </w:rPr>
      </w:pPr>
    </w:p>
    <w:p w:rsidR="00A4025C" w:rsidRPr="001B14C3" w:rsidRDefault="00A4025C" w:rsidP="001B14C3">
      <w:pPr>
        <w:spacing w:after="0" w:line="360" w:lineRule="auto"/>
        <w:rPr>
          <w:rFonts w:ascii="Times New Roman" w:hAnsi="Times New Roman" w:cs="Times New Roman"/>
          <w:sz w:val="24"/>
          <w:szCs w:val="24"/>
          <w:lang w:val="ru-RU"/>
        </w:rPr>
        <w:sectPr w:rsidR="00A4025C" w:rsidRPr="001B14C3" w:rsidSect="001B14C3">
          <w:pgSz w:w="11900" w:h="16840"/>
          <w:pgMar w:top="298" w:right="701" w:bottom="426" w:left="666" w:header="720" w:footer="720" w:gutter="0"/>
          <w:cols w:space="720" w:equalWidth="0">
            <w:col w:w="10533" w:space="0"/>
          </w:cols>
          <w:docGrid w:linePitch="360"/>
        </w:sectPr>
      </w:pPr>
    </w:p>
    <w:p w:rsidR="00A4025C" w:rsidRPr="001B14C3" w:rsidRDefault="00A4025C" w:rsidP="001B14C3">
      <w:pPr>
        <w:autoSpaceDE w:val="0"/>
        <w:autoSpaceDN w:val="0"/>
        <w:spacing w:after="0" w:line="360" w:lineRule="auto"/>
        <w:rPr>
          <w:rFonts w:ascii="Times New Roman" w:hAnsi="Times New Roman" w:cs="Times New Roman"/>
          <w:sz w:val="24"/>
          <w:szCs w:val="24"/>
          <w:lang w:val="ru-RU"/>
        </w:rPr>
      </w:pPr>
    </w:p>
    <w:p w:rsidR="00A4025C" w:rsidRPr="001B14C3" w:rsidRDefault="00A035BC" w:rsidP="001B14C3">
      <w:pPr>
        <w:autoSpaceDE w:val="0"/>
        <w:autoSpaceDN w:val="0"/>
        <w:spacing w:after="0" w:line="360" w:lineRule="auto"/>
        <w:rPr>
          <w:rFonts w:ascii="Times New Roman" w:eastAsia="Times New Roman" w:hAnsi="Times New Roman" w:cs="Times New Roman"/>
          <w:b/>
          <w:color w:val="000000"/>
          <w:w w:val="101"/>
          <w:sz w:val="24"/>
          <w:szCs w:val="24"/>
          <w:lang w:val="ru-RU"/>
        </w:rPr>
      </w:pPr>
      <w:r w:rsidRPr="001B14C3">
        <w:rPr>
          <w:rFonts w:ascii="Times New Roman" w:eastAsia="Times New Roman" w:hAnsi="Times New Roman" w:cs="Times New Roman"/>
          <w:b/>
          <w:color w:val="000000"/>
          <w:w w:val="101"/>
          <w:sz w:val="24"/>
          <w:szCs w:val="24"/>
          <w:lang w:val="ru-RU"/>
        </w:rPr>
        <w:t xml:space="preserve">3. </w:t>
      </w:r>
      <w:r w:rsidR="009A73E2" w:rsidRPr="001B14C3">
        <w:rPr>
          <w:rFonts w:ascii="Times New Roman" w:eastAsia="Times New Roman" w:hAnsi="Times New Roman" w:cs="Times New Roman"/>
          <w:b/>
          <w:color w:val="000000"/>
          <w:w w:val="101"/>
          <w:sz w:val="24"/>
          <w:szCs w:val="24"/>
          <w:lang w:val="ru-RU"/>
        </w:rPr>
        <w:t xml:space="preserve">ТЕМАТИЧЕСКОЕ ПЛАНИРОВАНИЕ </w:t>
      </w:r>
      <w:r w:rsidR="004C045D" w:rsidRPr="001B14C3">
        <w:rPr>
          <w:rFonts w:ascii="Times New Roman" w:eastAsia="Times New Roman" w:hAnsi="Times New Roman" w:cs="Times New Roman"/>
          <w:b/>
          <w:color w:val="000000"/>
          <w:w w:val="101"/>
          <w:sz w:val="24"/>
          <w:szCs w:val="24"/>
          <w:lang w:val="ru-RU"/>
        </w:rPr>
        <w:t>5 класс</w:t>
      </w:r>
    </w:p>
    <w:tbl>
      <w:tblPr>
        <w:tblStyle w:val="aff0"/>
        <w:tblW w:w="14326" w:type="dxa"/>
        <w:tblLayout w:type="fixed"/>
        <w:tblLook w:val="04A0" w:firstRow="1" w:lastRow="0" w:firstColumn="1" w:lastColumn="0" w:noHBand="0" w:noVBand="1"/>
      </w:tblPr>
      <w:tblGrid>
        <w:gridCol w:w="521"/>
        <w:gridCol w:w="6"/>
        <w:gridCol w:w="9"/>
        <w:gridCol w:w="3536"/>
        <w:gridCol w:w="975"/>
        <w:gridCol w:w="1010"/>
        <w:gridCol w:w="1016"/>
        <w:gridCol w:w="128"/>
        <w:gridCol w:w="1124"/>
        <w:gridCol w:w="3975"/>
        <w:gridCol w:w="2020"/>
        <w:gridCol w:w="6"/>
      </w:tblGrid>
      <w:tr w:rsidR="001040DB" w:rsidRPr="001B14C3" w:rsidTr="001040DB">
        <w:trPr>
          <w:trHeight w:val="510"/>
        </w:trPr>
        <w:tc>
          <w:tcPr>
            <w:tcW w:w="527" w:type="dxa"/>
            <w:gridSpan w:val="2"/>
            <w:vMerge w:val="restart"/>
          </w:tcPr>
          <w:p w:rsidR="001040DB" w:rsidRPr="001B14C3" w:rsidRDefault="001040DB" w:rsidP="001B14C3">
            <w:pPr>
              <w:autoSpaceDE w:val="0"/>
              <w:autoSpaceDN w:val="0"/>
              <w:spacing w:line="360" w:lineRule="auto"/>
              <w:rPr>
                <w:rFonts w:ascii="Times New Roman" w:hAnsi="Times New Roman" w:cs="Times New Roman"/>
                <w:b/>
                <w:sz w:val="24"/>
                <w:szCs w:val="24"/>
                <w:lang w:val="ru-RU"/>
              </w:rPr>
            </w:pPr>
            <w:r w:rsidRPr="001B14C3">
              <w:rPr>
                <w:rFonts w:ascii="Times New Roman" w:hAnsi="Times New Roman" w:cs="Times New Roman"/>
                <w:b/>
                <w:sz w:val="24"/>
                <w:szCs w:val="24"/>
                <w:lang w:val="ru-RU"/>
              </w:rPr>
              <w:t>№ п/п</w:t>
            </w:r>
          </w:p>
        </w:tc>
        <w:tc>
          <w:tcPr>
            <w:tcW w:w="3545" w:type="dxa"/>
            <w:gridSpan w:val="2"/>
            <w:vMerge w:val="restart"/>
          </w:tcPr>
          <w:p w:rsidR="001040DB" w:rsidRPr="001B14C3" w:rsidRDefault="001040DB" w:rsidP="001B14C3">
            <w:pPr>
              <w:autoSpaceDE w:val="0"/>
              <w:autoSpaceDN w:val="0"/>
              <w:spacing w:line="360" w:lineRule="auto"/>
              <w:rPr>
                <w:rFonts w:ascii="Times New Roman" w:hAnsi="Times New Roman" w:cs="Times New Roman"/>
                <w:b/>
                <w:sz w:val="24"/>
                <w:szCs w:val="24"/>
                <w:lang w:val="ru-RU"/>
              </w:rPr>
            </w:pPr>
            <w:r w:rsidRPr="001B14C3">
              <w:rPr>
                <w:rFonts w:ascii="Times New Roman" w:eastAsia="Times New Roman" w:hAnsi="Times New Roman" w:cs="Times New Roman"/>
                <w:b/>
                <w:color w:val="000000"/>
                <w:w w:val="97"/>
                <w:sz w:val="24"/>
                <w:szCs w:val="24"/>
                <w:lang w:val="ru-RU"/>
              </w:rPr>
              <w:t>Наименование разделов и тем программы</w:t>
            </w:r>
          </w:p>
        </w:tc>
        <w:tc>
          <w:tcPr>
            <w:tcW w:w="3129" w:type="dxa"/>
            <w:gridSpan w:val="4"/>
          </w:tcPr>
          <w:p w:rsidR="001040DB" w:rsidRPr="001B14C3" w:rsidRDefault="001040DB" w:rsidP="001B14C3">
            <w:pPr>
              <w:autoSpaceDE w:val="0"/>
              <w:autoSpaceDN w:val="0"/>
              <w:spacing w:line="360" w:lineRule="auto"/>
              <w:rPr>
                <w:rFonts w:ascii="Times New Roman" w:hAnsi="Times New Roman" w:cs="Times New Roman"/>
                <w:b/>
                <w:sz w:val="24"/>
                <w:szCs w:val="24"/>
                <w:lang w:val="ru-RU"/>
              </w:rPr>
            </w:pPr>
            <w:r w:rsidRPr="001B14C3">
              <w:rPr>
                <w:rFonts w:ascii="Times New Roman" w:eastAsia="Times New Roman" w:hAnsi="Times New Roman" w:cs="Times New Roman"/>
                <w:b/>
                <w:color w:val="000000"/>
                <w:w w:val="97"/>
                <w:sz w:val="24"/>
                <w:szCs w:val="24"/>
                <w:lang w:val="ru-RU"/>
              </w:rPr>
              <w:t>Количество часов</w:t>
            </w:r>
          </w:p>
        </w:tc>
        <w:tc>
          <w:tcPr>
            <w:tcW w:w="1124" w:type="dxa"/>
            <w:vMerge w:val="restart"/>
          </w:tcPr>
          <w:p w:rsidR="001040DB" w:rsidRPr="001B14C3" w:rsidRDefault="001040DB" w:rsidP="001B14C3">
            <w:pPr>
              <w:autoSpaceDE w:val="0"/>
              <w:autoSpaceDN w:val="0"/>
              <w:spacing w:line="360" w:lineRule="auto"/>
              <w:rPr>
                <w:rFonts w:ascii="Times New Roman" w:hAnsi="Times New Roman" w:cs="Times New Roman"/>
                <w:b/>
                <w:sz w:val="24"/>
                <w:szCs w:val="24"/>
                <w:lang w:val="ru-RU"/>
              </w:rPr>
            </w:pPr>
            <w:r w:rsidRPr="001B14C3">
              <w:rPr>
                <w:rFonts w:ascii="Times New Roman" w:hAnsi="Times New Roman" w:cs="Times New Roman"/>
                <w:b/>
                <w:sz w:val="24"/>
                <w:szCs w:val="24"/>
                <w:lang w:val="ru-RU"/>
              </w:rPr>
              <w:t>Дата изучения</w:t>
            </w:r>
          </w:p>
        </w:tc>
        <w:tc>
          <w:tcPr>
            <w:tcW w:w="3975" w:type="dxa"/>
            <w:vMerge w:val="restart"/>
          </w:tcPr>
          <w:p w:rsidR="001040DB" w:rsidRPr="001B14C3" w:rsidRDefault="001040DB" w:rsidP="001B14C3">
            <w:pPr>
              <w:autoSpaceDE w:val="0"/>
              <w:autoSpaceDN w:val="0"/>
              <w:spacing w:line="360" w:lineRule="auto"/>
              <w:rPr>
                <w:rFonts w:ascii="Times New Roman" w:hAnsi="Times New Roman" w:cs="Times New Roman"/>
                <w:b/>
                <w:sz w:val="24"/>
                <w:szCs w:val="24"/>
                <w:lang w:val="ru-RU"/>
              </w:rPr>
            </w:pPr>
            <w:r w:rsidRPr="001B14C3">
              <w:rPr>
                <w:rFonts w:ascii="Times New Roman" w:hAnsi="Times New Roman" w:cs="Times New Roman"/>
                <w:b/>
                <w:sz w:val="24"/>
                <w:szCs w:val="24"/>
                <w:lang w:val="ru-RU"/>
              </w:rPr>
              <w:t>Вид деятельности</w:t>
            </w:r>
          </w:p>
        </w:tc>
        <w:tc>
          <w:tcPr>
            <w:tcW w:w="2026" w:type="dxa"/>
            <w:gridSpan w:val="2"/>
            <w:vMerge w:val="restart"/>
          </w:tcPr>
          <w:p w:rsidR="001040DB" w:rsidRPr="001B14C3" w:rsidRDefault="001040DB" w:rsidP="001B14C3">
            <w:pPr>
              <w:autoSpaceDE w:val="0"/>
              <w:autoSpaceDN w:val="0"/>
              <w:spacing w:line="360" w:lineRule="auto"/>
              <w:rPr>
                <w:rFonts w:ascii="Times New Roman" w:hAnsi="Times New Roman" w:cs="Times New Roman"/>
                <w:b/>
                <w:sz w:val="24"/>
                <w:szCs w:val="24"/>
                <w:lang w:val="ru-RU"/>
              </w:rPr>
            </w:pPr>
            <w:r w:rsidRPr="001B14C3">
              <w:rPr>
                <w:rFonts w:ascii="Times New Roman" w:hAnsi="Times New Roman" w:cs="Times New Roman"/>
                <w:b/>
                <w:sz w:val="24"/>
                <w:szCs w:val="24"/>
                <w:lang w:val="ru-RU"/>
              </w:rPr>
              <w:t>Электронные (цифровые образовательные ресурсы)</w:t>
            </w:r>
          </w:p>
        </w:tc>
      </w:tr>
      <w:tr w:rsidR="001040DB" w:rsidRPr="001B14C3" w:rsidTr="001040DB">
        <w:trPr>
          <w:trHeight w:val="868"/>
        </w:trPr>
        <w:tc>
          <w:tcPr>
            <w:tcW w:w="527" w:type="dxa"/>
            <w:gridSpan w:val="2"/>
            <w:vMerge/>
          </w:tcPr>
          <w:p w:rsidR="001040DB" w:rsidRPr="001B14C3" w:rsidRDefault="001040DB" w:rsidP="001B14C3">
            <w:pPr>
              <w:autoSpaceDE w:val="0"/>
              <w:autoSpaceDN w:val="0"/>
              <w:spacing w:line="360" w:lineRule="auto"/>
              <w:rPr>
                <w:rFonts w:ascii="Times New Roman" w:hAnsi="Times New Roman" w:cs="Times New Roman"/>
                <w:b/>
                <w:sz w:val="24"/>
                <w:szCs w:val="24"/>
                <w:lang w:val="ru-RU"/>
              </w:rPr>
            </w:pPr>
          </w:p>
        </w:tc>
        <w:tc>
          <w:tcPr>
            <w:tcW w:w="3545" w:type="dxa"/>
            <w:gridSpan w:val="2"/>
            <w:vMerge/>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p>
        </w:tc>
        <w:tc>
          <w:tcPr>
            <w:tcW w:w="975" w:type="dxa"/>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 xml:space="preserve">Всего </w:t>
            </w:r>
          </w:p>
        </w:tc>
        <w:tc>
          <w:tcPr>
            <w:tcW w:w="1010" w:type="dxa"/>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Контрольные работы</w:t>
            </w:r>
          </w:p>
        </w:tc>
        <w:tc>
          <w:tcPr>
            <w:tcW w:w="1144" w:type="dxa"/>
            <w:gridSpan w:val="2"/>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Практические работы</w:t>
            </w:r>
          </w:p>
        </w:tc>
        <w:tc>
          <w:tcPr>
            <w:tcW w:w="1124" w:type="dxa"/>
            <w:vMerge/>
          </w:tcPr>
          <w:p w:rsidR="001040DB" w:rsidRPr="001B14C3" w:rsidRDefault="001040DB" w:rsidP="001B14C3">
            <w:pPr>
              <w:autoSpaceDE w:val="0"/>
              <w:autoSpaceDN w:val="0"/>
              <w:spacing w:line="360" w:lineRule="auto"/>
              <w:rPr>
                <w:rFonts w:ascii="Times New Roman" w:hAnsi="Times New Roman" w:cs="Times New Roman"/>
                <w:b/>
                <w:sz w:val="24"/>
                <w:szCs w:val="24"/>
                <w:lang w:val="ru-RU"/>
              </w:rPr>
            </w:pPr>
          </w:p>
        </w:tc>
        <w:tc>
          <w:tcPr>
            <w:tcW w:w="3975" w:type="dxa"/>
            <w:vMerge/>
          </w:tcPr>
          <w:p w:rsidR="001040DB" w:rsidRPr="001B14C3" w:rsidRDefault="001040DB" w:rsidP="001B14C3">
            <w:pPr>
              <w:autoSpaceDE w:val="0"/>
              <w:autoSpaceDN w:val="0"/>
              <w:spacing w:line="360" w:lineRule="auto"/>
              <w:rPr>
                <w:rFonts w:ascii="Times New Roman" w:hAnsi="Times New Roman" w:cs="Times New Roman"/>
                <w:b/>
                <w:sz w:val="24"/>
                <w:szCs w:val="24"/>
                <w:lang w:val="ru-RU"/>
              </w:rPr>
            </w:pPr>
          </w:p>
        </w:tc>
        <w:tc>
          <w:tcPr>
            <w:tcW w:w="2026" w:type="dxa"/>
            <w:gridSpan w:val="2"/>
            <w:vMerge/>
          </w:tcPr>
          <w:p w:rsidR="001040DB" w:rsidRPr="001B14C3" w:rsidRDefault="001040DB" w:rsidP="001B14C3">
            <w:pPr>
              <w:autoSpaceDE w:val="0"/>
              <w:autoSpaceDN w:val="0"/>
              <w:spacing w:line="360" w:lineRule="auto"/>
              <w:rPr>
                <w:rFonts w:ascii="Times New Roman" w:hAnsi="Times New Roman" w:cs="Times New Roman"/>
                <w:b/>
                <w:sz w:val="24"/>
                <w:szCs w:val="24"/>
                <w:lang w:val="ru-RU"/>
              </w:rPr>
            </w:pPr>
          </w:p>
        </w:tc>
      </w:tr>
      <w:tr w:rsidR="001040DB" w:rsidRPr="00923ED0" w:rsidTr="001040DB">
        <w:trPr>
          <w:gridAfter w:val="1"/>
          <w:wAfter w:w="6" w:type="dxa"/>
          <w:trHeight w:val="549"/>
        </w:trPr>
        <w:tc>
          <w:tcPr>
            <w:tcW w:w="12300" w:type="dxa"/>
            <w:gridSpan w:val="10"/>
          </w:tcPr>
          <w:p w:rsidR="001040DB" w:rsidRPr="001B14C3" w:rsidRDefault="001040DB" w:rsidP="001B14C3">
            <w:pPr>
              <w:autoSpaceDE w:val="0"/>
              <w:autoSpaceDN w:val="0"/>
              <w:spacing w:line="360" w:lineRule="auto"/>
              <w:rPr>
                <w:rFonts w:ascii="Times New Roman" w:hAnsi="Times New Roman" w:cs="Times New Roman"/>
                <w:sz w:val="24"/>
                <w:szCs w:val="24"/>
                <w:lang w:val="ru-RU"/>
              </w:rPr>
            </w:pPr>
            <w:r w:rsidRPr="001B14C3">
              <w:rPr>
                <w:rFonts w:ascii="Times New Roman" w:eastAsia="Times New Roman" w:hAnsi="Times New Roman" w:cs="Times New Roman"/>
                <w:b/>
                <w:color w:val="000000"/>
                <w:w w:val="97"/>
                <w:sz w:val="24"/>
                <w:szCs w:val="24"/>
                <w:lang w:val="ru-RU"/>
              </w:rPr>
              <w:t xml:space="preserve">Раздел 1. </w:t>
            </w:r>
            <w:r w:rsidRPr="001B14C3">
              <w:rPr>
                <w:rFonts w:ascii="Times New Roman" w:hAnsi="Times New Roman" w:cs="Times New Roman"/>
                <w:b/>
                <w:sz w:val="24"/>
                <w:szCs w:val="24"/>
                <w:lang w:val="ru-RU"/>
              </w:rPr>
              <w:t>«Россия</w:t>
            </w:r>
            <w:r w:rsidRPr="001B14C3">
              <w:rPr>
                <w:rFonts w:ascii="Times New Roman" w:hAnsi="Times New Roman" w:cs="Times New Roman"/>
                <w:b/>
                <w:sz w:val="24"/>
                <w:szCs w:val="24"/>
              </w:rPr>
              <w:t> </w:t>
            </w:r>
            <w:r w:rsidRPr="001B14C3">
              <w:rPr>
                <w:rFonts w:ascii="Times New Roman" w:hAnsi="Times New Roman" w:cs="Times New Roman"/>
                <w:b/>
                <w:sz w:val="24"/>
                <w:szCs w:val="24"/>
                <w:lang w:val="ru-RU"/>
              </w:rPr>
              <w:t>— наш общий дом»</w:t>
            </w:r>
          </w:p>
          <w:p w:rsidR="001040DB" w:rsidRPr="001B14C3" w:rsidRDefault="001040DB" w:rsidP="001B14C3">
            <w:pPr>
              <w:autoSpaceDE w:val="0"/>
              <w:autoSpaceDN w:val="0"/>
              <w:spacing w:line="360" w:lineRule="auto"/>
              <w:rPr>
                <w:rFonts w:ascii="Times New Roman" w:hAnsi="Times New Roman" w:cs="Times New Roman"/>
                <w:b/>
                <w:sz w:val="24"/>
                <w:szCs w:val="24"/>
                <w:lang w:val="ru-RU"/>
              </w:rPr>
            </w:pPr>
          </w:p>
        </w:tc>
        <w:tc>
          <w:tcPr>
            <w:tcW w:w="2020" w:type="dxa"/>
          </w:tcPr>
          <w:p w:rsidR="001040DB" w:rsidRDefault="001040DB">
            <w:pPr>
              <w:rPr>
                <w:rFonts w:ascii="Times New Roman" w:hAnsi="Times New Roman" w:cs="Times New Roman"/>
                <w:b/>
                <w:sz w:val="24"/>
                <w:szCs w:val="24"/>
                <w:lang w:val="ru-RU"/>
              </w:rPr>
            </w:pPr>
          </w:p>
          <w:p w:rsidR="001040DB" w:rsidRPr="001B14C3" w:rsidRDefault="001040DB" w:rsidP="001040DB">
            <w:pPr>
              <w:autoSpaceDE w:val="0"/>
              <w:autoSpaceDN w:val="0"/>
              <w:spacing w:line="360" w:lineRule="auto"/>
              <w:rPr>
                <w:rFonts w:ascii="Times New Roman" w:hAnsi="Times New Roman" w:cs="Times New Roman"/>
                <w:b/>
                <w:sz w:val="24"/>
                <w:szCs w:val="24"/>
                <w:lang w:val="ru-RU"/>
              </w:rPr>
            </w:pPr>
          </w:p>
        </w:tc>
      </w:tr>
      <w:tr w:rsidR="001040DB" w:rsidRPr="001B14C3" w:rsidTr="001040DB">
        <w:trPr>
          <w:trHeight w:val="557"/>
        </w:trPr>
        <w:tc>
          <w:tcPr>
            <w:tcW w:w="527" w:type="dxa"/>
            <w:gridSpan w:val="2"/>
          </w:tcPr>
          <w:p w:rsidR="001040DB" w:rsidRPr="001B14C3" w:rsidRDefault="001040DB" w:rsidP="001B14C3">
            <w:pPr>
              <w:autoSpaceDE w:val="0"/>
              <w:autoSpaceDN w:val="0"/>
              <w:spacing w:line="360" w:lineRule="auto"/>
              <w:rPr>
                <w:rFonts w:ascii="Times New Roman" w:hAnsi="Times New Roman" w:cs="Times New Roman"/>
                <w:sz w:val="24"/>
                <w:szCs w:val="24"/>
                <w:lang w:val="ru-RU"/>
              </w:rPr>
            </w:pPr>
            <w:r w:rsidRPr="001B14C3">
              <w:rPr>
                <w:rFonts w:ascii="Times New Roman" w:hAnsi="Times New Roman" w:cs="Times New Roman"/>
                <w:sz w:val="24"/>
                <w:szCs w:val="24"/>
                <w:lang w:val="ru-RU"/>
              </w:rPr>
              <w:t>1.1</w:t>
            </w:r>
          </w:p>
        </w:tc>
        <w:tc>
          <w:tcPr>
            <w:tcW w:w="3545" w:type="dxa"/>
            <w:gridSpan w:val="2"/>
          </w:tcPr>
          <w:p w:rsidR="001040DB" w:rsidRPr="001B14C3" w:rsidRDefault="001040DB" w:rsidP="001B14C3">
            <w:pPr>
              <w:autoSpaceDE w:val="0"/>
              <w:autoSpaceDN w:val="0"/>
              <w:spacing w:line="360" w:lineRule="auto"/>
              <w:jc w:val="center"/>
              <w:rPr>
                <w:rFonts w:ascii="Times New Roman" w:hAnsi="Times New Roman" w:cs="Times New Roman"/>
                <w:sz w:val="24"/>
                <w:szCs w:val="24"/>
                <w:lang w:val="ru-RU"/>
              </w:rPr>
            </w:pPr>
            <w:r w:rsidRPr="001B14C3">
              <w:rPr>
                <w:rFonts w:ascii="Times New Roman" w:hAnsi="Times New Roman" w:cs="Times New Roman"/>
                <w:b/>
                <w:sz w:val="24"/>
                <w:szCs w:val="24"/>
                <w:lang w:val="ru-RU"/>
              </w:rPr>
              <w:t>«Россия</w:t>
            </w:r>
            <w:r w:rsidRPr="001B14C3">
              <w:rPr>
                <w:rFonts w:ascii="Times New Roman" w:hAnsi="Times New Roman" w:cs="Times New Roman"/>
                <w:b/>
                <w:sz w:val="24"/>
                <w:szCs w:val="24"/>
              </w:rPr>
              <w:t> </w:t>
            </w:r>
            <w:r w:rsidRPr="001B14C3">
              <w:rPr>
                <w:rFonts w:ascii="Times New Roman" w:hAnsi="Times New Roman" w:cs="Times New Roman"/>
                <w:b/>
                <w:sz w:val="24"/>
                <w:szCs w:val="24"/>
                <w:lang w:val="ru-RU"/>
              </w:rPr>
              <w:t>— наш общий дом»</w:t>
            </w:r>
          </w:p>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p>
        </w:tc>
        <w:tc>
          <w:tcPr>
            <w:tcW w:w="975" w:type="dxa"/>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10</w:t>
            </w:r>
          </w:p>
        </w:tc>
        <w:tc>
          <w:tcPr>
            <w:tcW w:w="1010" w:type="dxa"/>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0</w:t>
            </w:r>
          </w:p>
        </w:tc>
        <w:tc>
          <w:tcPr>
            <w:tcW w:w="1144" w:type="dxa"/>
            <w:gridSpan w:val="2"/>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0.5</w:t>
            </w:r>
          </w:p>
        </w:tc>
        <w:tc>
          <w:tcPr>
            <w:tcW w:w="1124" w:type="dxa"/>
          </w:tcPr>
          <w:p w:rsidR="001040DB" w:rsidRPr="001B14C3" w:rsidRDefault="001040DB" w:rsidP="001B14C3">
            <w:pPr>
              <w:autoSpaceDE w:val="0"/>
              <w:autoSpaceDN w:val="0"/>
              <w:spacing w:line="360" w:lineRule="auto"/>
              <w:rPr>
                <w:rFonts w:ascii="Times New Roman" w:hAnsi="Times New Roman" w:cs="Times New Roman"/>
                <w:b/>
                <w:sz w:val="24"/>
                <w:szCs w:val="24"/>
                <w:lang w:val="ru-RU"/>
              </w:rPr>
            </w:pPr>
          </w:p>
        </w:tc>
        <w:tc>
          <w:tcPr>
            <w:tcW w:w="3975" w:type="dxa"/>
          </w:tcPr>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 </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1040DB" w:rsidRPr="001B14C3" w:rsidRDefault="001040DB" w:rsidP="001B14C3">
            <w:pPr>
              <w:tabs>
                <w:tab w:val="left" w:pos="10348"/>
              </w:tabs>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понимать взаимосвязь между </w:t>
            </w:r>
            <w:r w:rsidRPr="001B14C3">
              <w:rPr>
                <w:rFonts w:ascii="Times New Roman" w:hAnsi="Times New Roman" w:cs="Times New Roman"/>
                <w:sz w:val="24"/>
                <w:szCs w:val="24"/>
                <w:lang w:val="ru-RU"/>
              </w:rPr>
              <w:lastRenderedPageBreak/>
              <w:t>языком и культурой, духовно-нравственным развитием личности и социальным поведением.</w:t>
            </w:r>
          </w:p>
          <w:p w:rsidR="001040DB" w:rsidRPr="001B14C3" w:rsidRDefault="001040DB" w:rsidP="001B14C3">
            <w:pPr>
              <w:tabs>
                <w:tab w:val="left" w:pos="10348"/>
              </w:tabs>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1040DB" w:rsidRPr="001B14C3" w:rsidRDefault="001040DB" w:rsidP="001B14C3">
            <w:pPr>
              <w:tabs>
                <w:tab w:val="left" w:pos="10348"/>
              </w:tabs>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знать о современном состоянии культурного и религиозного разнообразия народов Российской Федерации, причинах культурных различий;</w:t>
            </w:r>
          </w:p>
          <w:p w:rsidR="001040DB" w:rsidRPr="001B14C3" w:rsidRDefault="001040DB" w:rsidP="001B14C3">
            <w:pPr>
              <w:tabs>
                <w:tab w:val="left" w:pos="10348"/>
              </w:tabs>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p>
          <w:p w:rsidR="001040DB" w:rsidRPr="001B14C3" w:rsidRDefault="001040DB" w:rsidP="001B14C3">
            <w:pPr>
              <w:autoSpaceDE w:val="0"/>
              <w:autoSpaceDN w:val="0"/>
              <w:spacing w:line="360" w:lineRule="auto"/>
              <w:rPr>
                <w:rFonts w:ascii="Times New Roman" w:hAnsi="Times New Roman" w:cs="Times New Roman"/>
                <w:b/>
                <w:sz w:val="24"/>
                <w:szCs w:val="24"/>
                <w:lang w:val="ru-RU"/>
              </w:rPr>
            </w:pPr>
          </w:p>
        </w:tc>
        <w:tc>
          <w:tcPr>
            <w:tcW w:w="2026" w:type="dxa"/>
            <w:gridSpan w:val="2"/>
          </w:tcPr>
          <w:p w:rsidR="001040DB" w:rsidRPr="001B14C3" w:rsidRDefault="001F4597" w:rsidP="001B14C3">
            <w:pPr>
              <w:spacing w:line="360" w:lineRule="auto"/>
              <w:rPr>
                <w:rFonts w:ascii="Times New Roman" w:hAnsi="Times New Roman" w:cs="Times New Roman"/>
                <w:sz w:val="24"/>
                <w:szCs w:val="24"/>
                <w:lang w:val="ru-RU"/>
              </w:rPr>
            </w:pPr>
            <w:hyperlink r:id="rId7" w:history="1">
              <w:r w:rsidR="001040DB" w:rsidRPr="001B14C3">
                <w:rPr>
                  <w:rStyle w:val="aff1"/>
                  <w:rFonts w:ascii="Times New Roman" w:eastAsia="Times New Roman" w:hAnsi="Times New Roman" w:cs="Times New Roman"/>
                  <w:sz w:val="24"/>
                  <w:szCs w:val="24"/>
                  <w:lang w:eastAsia="ru-RU"/>
                </w:rPr>
                <w:t>http</w:t>
              </w:r>
              <w:r w:rsidR="001040DB" w:rsidRPr="001B14C3">
                <w:rPr>
                  <w:rStyle w:val="aff1"/>
                  <w:rFonts w:ascii="Times New Roman" w:eastAsia="Times New Roman" w:hAnsi="Times New Roman" w:cs="Times New Roman"/>
                  <w:sz w:val="24"/>
                  <w:szCs w:val="24"/>
                  <w:lang w:val="ru-RU" w:eastAsia="ru-RU"/>
                </w:rPr>
                <w:t>://</w:t>
              </w:r>
              <w:r w:rsidR="001040DB" w:rsidRPr="001B14C3">
                <w:rPr>
                  <w:rStyle w:val="aff1"/>
                  <w:rFonts w:ascii="Times New Roman" w:eastAsia="Times New Roman" w:hAnsi="Times New Roman" w:cs="Times New Roman"/>
                  <w:sz w:val="24"/>
                  <w:szCs w:val="24"/>
                  <w:lang w:eastAsia="ru-RU"/>
                </w:rPr>
                <w:t>scool</w:t>
              </w:r>
              <w:r w:rsidR="001040DB" w:rsidRPr="001B14C3">
                <w:rPr>
                  <w:rStyle w:val="aff1"/>
                  <w:rFonts w:ascii="Times New Roman" w:eastAsia="Times New Roman" w:hAnsi="Times New Roman" w:cs="Times New Roman"/>
                  <w:sz w:val="24"/>
                  <w:szCs w:val="24"/>
                  <w:lang w:val="ru-RU" w:eastAsia="ru-RU"/>
                </w:rPr>
                <w:t>-</w:t>
              </w:r>
              <w:r w:rsidR="001040DB" w:rsidRPr="001B14C3">
                <w:rPr>
                  <w:rStyle w:val="aff1"/>
                  <w:rFonts w:ascii="Times New Roman" w:eastAsia="Times New Roman" w:hAnsi="Times New Roman" w:cs="Times New Roman"/>
                  <w:sz w:val="24"/>
                  <w:szCs w:val="24"/>
                  <w:lang w:eastAsia="ru-RU"/>
                </w:rPr>
                <w:t>collection</w:t>
              </w:r>
              <w:r w:rsidR="001040DB" w:rsidRPr="001B14C3">
                <w:rPr>
                  <w:rStyle w:val="aff1"/>
                  <w:rFonts w:ascii="Times New Roman" w:eastAsia="Times New Roman" w:hAnsi="Times New Roman" w:cs="Times New Roman"/>
                  <w:sz w:val="24"/>
                  <w:szCs w:val="24"/>
                  <w:lang w:val="ru-RU" w:eastAsia="ru-RU"/>
                </w:rPr>
                <w:t>.</w:t>
              </w:r>
              <w:r w:rsidR="001040DB" w:rsidRPr="001B14C3">
                <w:rPr>
                  <w:rStyle w:val="aff1"/>
                  <w:rFonts w:ascii="Times New Roman" w:eastAsia="Times New Roman" w:hAnsi="Times New Roman" w:cs="Times New Roman"/>
                  <w:sz w:val="24"/>
                  <w:szCs w:val="24"/>
                  <w:lang w:eastAsia="ru-RU"/>
                </w:rPr>
                <w:t>edu</w:t>
              </w:r>
              <w:r w:rsidR="001040DB" w:rsidRPr="001B14C3">
                <w:rPr>
                  <w:rStyle w:val="aff1"/>
                  <w:rFonts w:ascii="Times New Roman" w:eastAsia="Times New Roman" w:hAnsi="Times New Roman" w:cs="Times New Roman"/>
                  <w:sz w:val="24"/>
                  <w:szCs w:val="24"/>
                  <w:lang w:val="ru-RU" w:eastAsia="ru-RU"/>
                </w:rPr>
                <w:t>.</w:t>
              </w:r>
              <w:r w:rsidR="001040DB" w:rsidRPr="001B14C3">
                <w:rPr>
                  <w:rStyle w:val="aff1"/>
                  <w:rFonts w:ascii="Times New Roman" w:eastAsia="Times New Roman" w:hAnsi="Times New Roman" w:cs="Times New Roman"/>
                  <w:sz w:val="24"/>
                  <w:szCs w:val="24"/>
                  <w:lang w:eastAsia="ru-RU"/>
                </w:rPr>
                <w:t>ru</w:t>
              </w:r>
            </w:hyperlink>
          </w:p>
          <w:p w:rsidR="001040DB" w:rsidRPr="001B14C3" w:rsidRDefault="001040DB" w:rsidP="001B14C3">
            <w:pPr>
              <w:spacing w:line="360" w:lineRule="auto"/>
              <w:rPr>
                <w:rFonts w:ascii="Times New Roman" w:hAnsi="Times New Roman" w:cs="Times New Roman"/>
                <w:sz w:val="24"/>
                <w:szCs w:val="24"/>
                <w:lang w:val="ru-RU"/>
              </w:rPr>
            </w:pPr>
          </w:p>
          <w:p w:rsidR="001040DB" w:rsidRPr="001B14C3" w:rsidRDefault="001F4597" w:rsidP="001B14C3">
            <w:pPr>
              <w:autoSpaceDE w:val="0"/>
              <w:autoSpaceDN w:val="0"/>
              <w:spacing w:line="360" w:lineRule="auto"/>
              <w:rPr>
                <w:rFonts w:ascii="Times New Roman" w:hAnsi="Times New Roman" w:cs="Times New Roman"/>
                <w:b/>
                <w:sz w:val="24"/>
                <w:szCs w:val="24"/>
                <w:lang w:val="ru-RU"/>
              </w:rPr>
            </w:pPr>
            <w:hyperlink r:id="rId8" w:history="1">
              <w:r w:rsidR="001040DB" w:rsidRPr="001B14C3">
                <w:rPr>
                  <w:rStyle w:val="aff1"/>
                  <w:rFonts w:ascii="Times New Roman" w:hAnsi="Times New Roman" w:cs="Times New Roman"/>
                  <w:b/>
                  <w:sz w:val="24"/>
                  <w:szCs w:val="24"/>
                  <w:lang w:val="ru-RU"/>
                </w:rPr>
                <w:t>https://resh.edu.ru/subject/3/</w:t>
              </w:r>
            </w:hyperlink>
          </w:p>
          <w:p w:rsidR="001040DB" w:rsidRPr="001B14C3" w:rsidRDefault="001040DB" w:rsidP="001B14C3">
            <w:pPr>
              <w:autoSpaceDE w:val="0"/>
              <w:autoSpaceDN w:val="0"/>
              <w:spacing w:line="360" w:lineRule="auto"/>
              <w:rPr>
                <w:rFonts w:ascii="Times New Roman" w:hAnsi="Times New Roman" w:cs="Times New Roman"/>
                <w:b/>
                <w:sz w:val="24"/>
                <w:szCs w:val="24"/>
                <w:lang w:val="ru-RU"/>
              </w:rPr>
            </w:pPr>
          </w:p>
          <w:p w:rsidR="001040DB" w:rsidRPr="001B14C3" w:rsidRDefault="001F4597" w:rsidP="001B14C3">
            <w:pPr>
              <w:spacing w:line="360" w:lineRule="auto"/>
              <w:rPr>
                <w:rFonts w:ascii="Times New Roman" w:hAnsi="Times New Roman" w:cs="Times New Roman"/>
                <w:sz w:val="24"/>
                <w:szCs w:val="24"/>
                <w:lang w:val="ru-RU"/>
              </w:rPr>
            </w:pPr>
            <w:hyperlink r:id="rId9" w:history="1">
              <w:r w:rsidR="001040DB" w:rsidRPr="001B14C3">
                <w:rPr>
                  <w:rStyle w:val="aff1"/>
                  <w:rFonts w:ascii="Times New Roman" w:hAnsi="Times New Roman" w:cs="Times New Roman"/>
                  <w:sz w:val="24"/>
                  <w:szCs w:val="24"/>
                  <w:lang w:val="ru-RU"/>
                </w:rPr>
                <w:t>https://uchi.ru/</w:t>
              </w:r>
            </w:hyperlink>
          </w:p>
          <w:p w:rsidR="001040DB" w:rsidRPr="001B14C3" w:rsidRDefault="001040DB" w:rsidP="001B14C3">
            <w:pPr>
              <w:spacing w:line="360" w:lineRule="auto"/>
              <w:rPr>
                <w:rFonts w:ascii="Times New Roman" w:hAnsi="Times New Roman" w:cs="Times New Roman"/>
                <w:sz w:val="24"/>
                <w:szCs w:val="24"/>
                <w:lang w:val="ru-RU"/>
              </w:rPr>
            </w:pPr>
          </w:p>
        </w:tc>
      </w:tr>
      <w:tr w:rsidR="001040DB" w:rsidRPr="001B14C3" w:rsidTr="001040DB">
        <w:trPr>
          <w:gridAfter w:val="7"/>
          <w:wAfter w:w="9279" w:type="dxa"/>
          <w:trHeight w:val="557"/>
        </w:trPr>
        <w:tc>
          <w:tcPr>
            <w:tcW w:w="4072" w:type="dxa"/>
            <w:gridSpan w:val="4"/>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color w:val="000000"/>
                <w:w w:val="97"/>
                <w:sz w:val="24"/>
                <w:szCs w:val="24"/>
              </w:rPr>
              <w:lastRenderedPageBreak/>
              <w:t>Итого по разделу</w:t>
            </w:r>
            <w:r w:rsidRPr="001B14C3">
              <w:rPr>
                <w:rFonts w:ascii="Times New Roman" w:eastAsia="Times New Roman" w:hAnsi="Times New Roman" w:cs="Times New Roman"/>
                <w:color w:val="000000"/>
                <w:w w:val="97"/>
                <w:sz w:val="24"/>
                <w:szCs w:val="24"/>
                <w:lang w:val="ru-RU"/>
              </w:rPr>
              <w:t>:</w:t>
            </w:r>
          </w:p>
        </w:tc>
        <w:tc>
          <w:tcPr>
            <w:tcW w:w="975" w:type="dxa"/>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10</w:t>
            </w:r>
          </w:p>
        </w:tc>
      </w:tr>
      <w:tr w:rsidR="001040DB" w:rsidRPr="00923ED0" w:rsidTr="001040DB">
        <w:trPr>
          <w:gridAfter w:val="1"/>
          <w:wAfter w:w="6" w:type="dxa"/>
          <w:trHeight w:val="557"/>
        </w:trPr>
        <w:tc>
          <w:tcPr>
            <w:tcW w:w="12300" w:type="dxa"/>
            <w:gridSpan w:val="10"/>
          </w:tcPr>
          <w:p w:rsidR="001040DB" w:rsidRPr="001B14C3" w:rsidRDefault="001040DB" w:rsidP="001B14C3">
            <w:pPr>
              <w:autoSpaceDE w:val="0"/>
              <w:autoSpaceDN w:val="0"/>
              <w:spacing w:line="360" w:lineRule="auto"/>
              <w:rPr>
                <w:rFonts w:ascii="Times New Roman" w:hAnsi="Times New Roman" w:cs="Times New Roman"/>
                <w:b/>
                <w:sz w:val="24"/>
                <w:szCs w:val="24"/>
                <w:lang w:val="ru-RU"/>
              </w:rPr>
            </w:pPr>
            <w:r w:rsidRPr="001B14C3">
              <w:rPr>
                <w:rFonts w:ascii="Times New Roman" w:eastAsia="Times New Roman" w:hAnsi="Times New Roman" w:cs="Times New Roman"/>
                <w:b/>
                <w:color w:val="000000"/>
                <w:w w:val="97"/>
                <w:sz w:val="24"/>
                <w:szCs w:val="24"/>
                <w:lang w:val="ru-RU"/>
              </w:rPr>
              <w:t xml:space="preserve">Раздел2. </w:t>
            </w:r>
            <w:r w:rsidRPr="001B14C3">
              <w:rPr>
                <w:rFonts w:ascii="Times New Roman" w:hAnsi="Times New Roman" w:cs="Times New Roman"/>
                <w:b/>
                <w:sz w:val="24"/>
                <w:szCs w:val="24"/>
                <w:lang w:val="ru-RU"/>
              </w:rPr>
              <w:t>Семья и духовно-нравственные ценности»</w:t>
            </w:r>
          </w:p>
        </w:tc>
        <w:tc>
          <w:tcPr>
            <w:tcW w:w="2020" w:type="dxa"/>
          </w:tcPr>
          <w:p w:rsidR="001040DB" w:rsidRPr="001B14C3" w:rsidRDefault="001040DB" w:rsidP="001040DB">
            <w:pPr>
              <w:autoSpaceDE w:val="0"/>
              <w:autoSpaceDN w:val="0"/>
              <w:spacing w:line="360" w:lineRule="auto"/>
              <w:rPr>
                <w:rFonts w:ascii="Times New Roman" w:hAnsi="Times New Roman" w:cs="Times New Roman"/>
                <w:b/>
                <w:sz w:val="24"/>
                <w:szCs w:val="24"/>
                <w:lang w:val="ru-RU"/>
              </w:rPr>
            </w:pPr>
          </w:p>
        </w:tc>
      </w:tr>
      <w:tr w:rsidR="001040DB" w:rsidRPr="001B14C3" w:rsidTr="001040DB">
        <w:trPr>
          <w:trHeight w:val="557"/>
        </w:trPr>
        <w:tc>
          <w:tcPr>
            <w:tcW w:w="536" w:type="dxa"/>
            <w:gridSpan w:val="3"/>
          </w:tcPr>
          <w:p w:rsidR="001040DB" w:rsidRPr="001B14C3" w:rsidRDefault="001040DB" w:rsidP="001B14C3">
            <w:pPr>
              <w:autoSpaceDE w:val="0"/>
              <w:autoSpaceDN w:val="0"/>
              <w:spacing w:line="360" w:lineRule="auto"/>
              <w:rPr>
                <w:rFonts w:ascii="Times New Roman" w:eastAsia="Times New Roman" w:hAnsi="Times New Roman" w:cs="Times New Roman"/>
                <w:color w:val="000000"/>
                <w:w w:val="97"/>
                <w:sz w:val="24"/>
                <w:szCs w:val="24"/>
                <w:lang w:val="ru-RU"/>
              </w:rPr>
            </w:pPr>
            <w:r w:rsidRPr="001B14C3">
              <w:rPr>
                <w:rFonts w:ascii="Times New Roman" w:eastAsia="Times New Roman" w:hAnsi="Times New Roman" w:cs="Times New Roman"/>
                <w:color w:val="000000"/>
                <w:w w:val="97"/>
                <w:sz w:val="24"/>
                <w:szCs w:val="24"/>
                <w:lang w:val="ru-RU"/>
              </w:rPr>
              <w:t>2.1</w:t>
            </w:r>
          </w:p>
        </w:tc>
        <w:tc>
          <w:tcPr>
            <w:tcW w:w="3536" w:type="dxa"/>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hAnsi="Times New Roman" w:cs="Times New Roman"/>
                <w:b/>
                <w:sz w:val="24"/>
                <w:szCs w:val="24"/>
                <w:lang w:val="ru-RU"/>
              </w:rPr>
              <w:t>«Семья и духовно-нравственные ценности»</w:t>
            </w:r>
          </w:p>
        </w:tc>
        <w:tc>
          <w:tcPr>
            <w:tcW w:w="975" w:type="dxa"/>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6</w:t>
            </w:r>
          </w:p>
        </w:tc>
        <w:tc>
          <w:tcPr>
            <w:tcW w:w="1010" w:type="dxa"/>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0</w:t>
            </w:r>
          </w:p>
        </w:tc>
        <w:tc>
          <w:tcPr>
            <w:tcW w:w="1144" w:type="dxa"/>
            <w:gridSpan w:val="2"/>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0.5</w:t>
            </w:r>
          </w:p>
        </w:tc>
        <w:tc>
          <w:tcPr>
            <w:tcW w:w="1124" w:type="dxa"/>
          </w:tcPr>
          <w:p w:rsidR="001040DB" w:rsidRPr="001B14C3" w:rsidRDefault="001040DB" w:rsidP="001B14C3">
            <w:pPr>
              <w:autoSpaceDE w:val="0"/>
              <w:autoSpaceDN w:val="0"/>
              <w:spacing w:line="360" w:lineRule="auto"/>
              <w:rPr>
                <w:rFonts w:ascii="Times New Roman" w:hAnsi="Times New Roman" w:cs="Times New Roman"/>
                <w:b/>
                <w:sz w:val="24"/>
                <w:szCs w:val="24"/>
                <w:lang w:val="ru-RU"/>
              </w:rPr>
            </w:pPr>
          </w:p>
        </w:tc>
        <w:tc>
          <w:tcPr>
            <w:tcW w:w="3975" w:type="dxa"/>
          </w:tcPr>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знать и понимать смысл термина «семья»;</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иметь представление о взаимосвязях между типом культуры и особенностями семейного быта и отношений в семье;</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осознавать значение термина «поколение» и его взаимосвязь с культурными особенностями своего времени;</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уметь составить рассказ о своей семье в соответствии с культурно-историческими условиями её существования;</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понимать и обосновывать такие понятия, как «счастливая семья», «семейное счастье»;</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осознавать и уметь доказывать важность семьи как хранителя традиций и её воспитательную </w:t>
            </w:r>
            <w:r w:rsidRPr="001B14C3">
              <w:rPr>
                <w:rFonts w:ascii="Times New Roman" w:hAnsi="Times New Roman" w:cs="Times New Roman"/>
                <w:sz w:val="24"/>
                <w:szCs w:val="24"/>
                <w:lang w:val="ru-RU"/>
              </w:rPr>
              <w:lastRenderedPageBreak/>
              <w:t>роль;</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знать и уметь объяснить понятие «Родина»;</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осознавать взаимосвязь и различия между концептами «Отечество» и «Родина»; 6 понимать, что такое история семьи, каковы формы её выражения и сохранения; </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-обосновывать и доказывать взаимосвязь истории семьи и истории народа, государства, человечества. </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иметь представление о семейных традициях и обосновывать их важность как ключевых элементах семейных отношений;</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знать и понимать взаимосвязь </w:t>
            </w:r>
            <w:r w:rsidRPr="001B14C3">
              <w:rPr>
                <w:rFonts w:ascii="Times New Roman" w:hAnsi="Times New Roman" w:cs="Times New Roman"/>
                <w:sz w:val="24"/>
                <w:szCs w:val="24"/>
                <w:lang w:val="ru-RU"/>
              </w:rPr>
              <w:lastRenderedPageBreak/>
              <w:t>семейных традиций и культуры собственного этноса;</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уметь рассказывать о семейных традициях своего народа и народов России, собственной семьи; </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-осознавать роль семейных традиций в культуре общества, трансляции ценностей, духовно-нравственных идеалов. </w:t>
            </w:r>
          </w:p>
          <w:p w:rsidR="001040DB" w:rsidRPr="001B14C3" w:rsidRDefault="001040DB" w:rsidP="001B14C3">
            <w:pPr>
              <w:autoSpaceDE w:val="0"/>
              <w:autoSpaceDN w:val="0"/>
              <w:spacing w:line="360" w:lineRule="auto"/>
              <w:rPr>
                <w:rFonts w:ascii="Times New Roman" w:hAnsi="Times New Roman" w:cs="Times New Roman"/>
                <w:b/>
                <w:sz w:val="24"/>
                <w:szCs w:val="24"/>
                <w:lang w:val="ru-RU"/>
              </w:rPr>
            </w:pPr>
          </w:p>
        </w:tc>
        <w:tc>
          <w:tcPr>
            <w:tcW w:w="2026" w:type="dxa"/>
            <w:gridSpan w:val="2"/>
          </w:tcPr>
          <w:p w:rsidR="001040DB" w:rsidRPr="001B14C3" w:rsidRDefault="001F4597" w:rsidP="001B14C3">
            <w:pPr>
              <w:spacing w:line="360" w:lineRule="auto"/>
              <w:rPr>
                <w:rFonts w:ascii="Times New Roman" w:hAnsi="Times New Roman" w:cs="Times New Roman"/>
                <w:sz w:val="24"/>
                <w:szCs w:val="24"/>
                <w:lang w:val="ru-RU"/>
              </w:rPr>
            </w:pPr>
            <w:hyperlink r:id="rId10" w:history="1">
              <w:r w:rsidR="001040DB" w:rsidRPr="001B14C3">
                <w:rPr>
                  <w:rStyle w:val="aff1"/>
                  <w:rFonts w:ascii="Times New Roman" w:eastAsia="Times New Roman" w:hAnsi="Times New Roman" w:cs="Times New Roman"/>
                  <w:sz w:val="24"/>
                  <w:szCs w:val="24"/>
                  <w:lang w:eastAsia="ru-RU"/>
                </w:rPr>
                <w:t>http</w:t>
              </w:r>
              <w:r w:rsidR="001040DB" w:rsidRPr="001B14C3">
                <w:rPr>
                  <w:rStyle w:val="aff1"/>
                  <w:rFonts w:ascii="Times New Roman" w:eastAsia="Times New Roman" w:hAnsi="Times New Roman" w:cs="Times New Roman"/>
                  <w:sz w:val="24"/>
                  <w:szCs w:val="24"/>
                  <w:lang w:val="ru-RU" w:eastAsia="ru-RU"/>
                </w:rPr>
                <w:t>://</w:t>
              </w:r>
              <w:r w:rsidR="001040DB" w:rsidRPr="001B14C3">
                <w:rPr>
                  <w:rStyle w:val="aff1"/>
                  <w:rFonts w:ascii="Times New Roman" w:eastAsia="Times New Roman" w:hAnsi="Times New Roman" w:cs="Times New Roman"/>
                  <w:sz w:val="24"/>
                  <w:szCs w:val="24"/>
                  <w:lang w:eastAsia="ru-RU"/>
                </w:rPr>
                <w:t>scool</w:t>
              </w:r>
              <w:r w:rsidR="001040DB" w:rsidRPr="001B14C3">
                <w:rPr>
                  <w:rStyle w:val="aff1"/>
                  <w:rFonts w:ascii="Times New Roman" w:eastAsia="Times New Roman" w:hAnsi="Times New Roman" w:cs="Times New Roman"/>
                  <w:sz w:val="24"/>
                  <w:szCs w:val="24"/>
                  <w:lang w:val="ru-RU" w:eastAsia="ru-RU"/>
                </w:rPr>
                <w:t>-</w:t>
              </w:r>
              <w:r w:rsidR="001040DB" w:rsidRPr="001B14C3">
                <w:rPr>
                  <w:rStyle w:val="aff1"/>
                  <w:rFonts w:ascii="Times New Roman" w:eastAsia="Times New Roman" w:hAnsi="Times New Roman" w:cs="Times New Roman"/>
                  <w:sz w:val="24"/>
                  <w:szCs w:val="24"/>
                  <w:lang w:eastAsia="ru-RU"/>
                </w:rPr>
                <w:t>collection</w:t>
              </w:r>
              <w:r w:rsidR="001040DB" w:rsidRPr="001B14C3">
                <w:rPr>
                  <w:rStyle w:val="aff1"/>
                  <w:rFonts w:ascii="Times New Roman" w:eastAsia="Times New Roman" w:hAnsi="Times New Roman" w:cs="Times New Roman"/>
                  <w:sz w:val="24"/>
                  <w:szCs w:val="24"/>
                  <w:lang w:val="ru-RU" w:eastAsia="ru-RU"/>
                </w:rPr>
                <w:t>.</w:t>
              </w:r>
              <w:r w:rsidR="001040DB" w:rsidRPr="001B14C3">
                <w:rPr>
                  <w:rStyle w:val="aff1"/>
                  <w:rFonts w:ascii="Times New Roman" w:eastAsia="Times New Roman" w:hAnsi="Times New Roman" w:cs="Times New Roman"/>
                  <w:sz w:val="24"/>
                  <w:szCs w:val="24"/>
                  <w:lang w:eastAsia="ru-RU"/>
                </w:rPr>
                <w:t>edu</w:t>
              </w:r>
              <w:r w:rsidR="001040DB" w:rsidRPr="001B14C3">
                <w:rPr>
                  <w:rStyle w:val="aff1"/>
                  <w:rFonts w:ascii="Times New Roman" w:eastAsia="Times New Roman" w:hAnsi="Times New Roman" w:cs="Times New Roman"/>
                  <w:sz w:val="24"/>
                  <w:szCs w:val="24"/>
                  <w:lang w:val="ru-RU" w:eastAsia="ru-RU"/>
                </w:rPr>
                <w:t>.</w:t>
              </w:r>
              <w:r w:rsidR="001040DB" w:rsidRPr="001B14C3">
                <w:rPr>
                  <w:rStyle w:val="aff1"/>
                  <w:rFonts w:ascii="Times New Roman" w:eastAsia="Times New Roman" w:hAnsi="Times New Roman" w:cs="Times New Roman"/>
                  <w:sz w:val="24"/>
                  <w:szCs w:val="24"/>
                  <w:lang w:eastAsia="ru-RU"/>
                </w:rPr>
                <w:t>ru</w:t>
              </w:r>
            </w:hyperlink>
          </w:p>
          <w:p w:rsidR="001040DB" w:rsidRPr="001B14C3" w:rsidRDefault="001040DB" w:rsidP="001B14C3">
            <w:pPr>
              <w:spacing w:line="360" w:lineRule="auto"/>
              <w:rPr>
                <w:rFonts w:ascii="Times New Roman" w:hAnsi="Times New Roman" w:cs="Times New Roman"/>
                <w:sz w:val="24"/>
                <w:szCs w:val="24"/>
                <w:lang w:val="ru-RU"/>
              </w:rPr>
            </w:pPr>
          </w:p>
          <w:p w:rsidR="001040DB" w:rsidRPr="001B14C3" w:rsidRDefault="001F4597" w:rsidP="001B14C3">
            <w:pPr>
              <w:autoSpaceDE w:val="0"/>
              <w:autoSpaceDN w:val="0"/>
              <w:spacing w:line="360" w:lineRule="auto"/>
              <w:rPr>
                <w:rFonts w:ascii="Times New Roman" w:hAnsi="Times New Roman" w:cs="Times New Roman"/>
                <w:b/>
                <w:sz w:val="24"/>
                <w:szCs w:val="24"/>
                <w:lang w:val="ru-RU"/>
              </w:rPr>
            </w:pPr>
            <w:hyperlink r:id="rId11" w:history="1">
              <w:r w:rsidR="001040DB" w:rsidRPr="001B14C3">
                <w:rPr>
                  <w:rStyle w:val="aff1"/>
                  <w:rFonts w:ascii="Times New Roman" w:hAnsi="Times New Roman" w:cs="Times New Roman"/>
                  <w:b/>
                  <w:sz w:val="24"/>
                  <w:szCs w:val="24"/>
                  <w:lang w:val="ru-RU"/>
                </w:rPr>
                <w:t>https://resh.edu.ru/subject/3/</w:t>
              </w:r>
            </w:hyperlink>
          </w:p>
          <w:p w:rsidR="001040DB" w:rsidRPr="001B14C3" w:rsidRDefault="001040DB" w:rsidP="001B14C3">
            <w:pPr>
              <w:autoSpaceDE w:val="0"/>
              <w:autoSpaceDN w:val="0"/>
              <w:spacing w:line="360" w:lineRule="auto"/>
              <w:rPr>
                <w:rFonts w:ascii="Times New Roman" w:hAnsi="Times New Roman" w:cs="Times New Roman"/>
                <w:b/>
                <w:sz w:val="24"/>
                <w:szCs w:val="24"/>
                <w:lang w:val="ru-RU"/>
              </w:rPr>
            </w:pPr>
          </w:p>
          <w:p w:rsidR="001040DB" w:rsidRPr="001B14C3" w:rsidRDefault="001F4597" w:rsidP="001B14C3">
            <w:pPr>
              <w:spacing w:line="360" w:lineRule="auto"/>
              <w:rPr>
                <w:rFonts w:ascii="Times New Roman" w:hAnsi="Times New Roman" w:cs="Times New Roman"/>
                <w:sz w:val="24"/>
                <w:szCs w:val="24"/>
                <w:lang w:val="ru-RU"/>
              </w:rPr>
            </w:pPr>
            <w:hyperlink r:id="rId12" w:history="1">
              <w:r w:rsidR="001040DB" w:rsidRPr="001B14C3">
                <w:rPr>
                  <w:rStyle w:val="aff1"/>
                  <w:rFonts w:ascii="Times New Roman" w:hAnsi="Times New Roman" w:cs="Times New Roman"/>
                  <w:sz w:val="24"/>
                  <w:szCs w:val="24"/>
                  <w:lang w:val="ru-RU"/>
                </w:rPr>
                <w:t>https://uchi.ru/</w:t>
              </w:r>
            </w:hyperlink>
          </w:p>
          <w:p w:rsidR="001040DB" w:rsidRPr="001B14C3" w:rsidRDefault="001040DB" w:rsidP="001B14C3">
            <w:pPr>
              <w:spacing w:line="360" w:lineRule="auto"/>
              <w:rPr>
                <w:rFonts w:ascii="Times New Roman" w:hAnsi="Times New Roman" w:cs="Times New Roman"/>
                <w:sz w:val="24"/>
                <w:szCs w:val="24"/>
                <w:lang w:val="ru-RU"/>
              </w:rPr>
            </w:pPr>
          </w:p>
        </w:tc>
      </w:tr>
      <w:tr w:rsidR="001040DB" w:rsidRPr="001B14C3" w:rsidTr="001040DB">
        <w:trPr>
          <w:gridAfter w:val="7"/>
          <w:wAfter w:w="9279" w:type="dxa"/>
          <w:trHeight w:val="557"/>
        </w:trPr>
        <w:tc>
          <w:tcPr>
            <w:tcW w:w="4072" w:type="dxa"/>
            <w:gridSpan w:val="4"/>
          </w:tcPr>
          <w:p w:rsidR="001040DB" w:rsidRPr="001B14C3" w:rsidRDefault="001040DB" w:rsidP="001B14C3">
            <w:pPr>
              <w:autoSpaceDE w:val="0"/>
              <w:autoSpaceDN w:val="0"/>
              <w:spacing w:line="360" w:lineRule="auto"/>
              <w:rPr>
                <w:rFonts w:ascii="Times New Roman" w:eastAsia="Times New Roman" w:hAnsi="Times New Roman" w:cs="Times New Roman"/>
                <w:color w:val="000000"/>
                <w:w w:val="97"/>
                <w:sz w:val="24"/>
                <w:szCs w:val="24"/>
                <w:lang w:val="ru-RU"/>
              </w:rPr>
            </w:pPr>
            <w:r w:rsidRPr="001B14C3">
              <w:rPr>
                <w:rFonts w:ascii="Times New Roman" w:eastAsia="Times New Roman" w:hAnsi="Times New Roman" w:cs="Times New Roman"/>
                <w:color w:val="000000"/>
                <w:w w:val="97"/>
                <w:sz w:val="24"/>
                <w:szCs w:val="24"/>
              </w:rPr>
              <w:lastRenderedPageBreak/>
              <w:t>Итого по разделу</w:t>
            </w:r>
            <w:r w:rsidRPr="001B14C3">
              <w:rPr>
                <w:rFonts w:ascii="Times New Roman" w:eastAsia="Times New Roman" w:hAnsi="Times New Roman" w:cs="Times New Roman"/>
                <w:color w:val="000000"/>
                <w:w w:val="97"/>
                <w:sz w:val="24"/>
                <w:szCs w:val="24"/>
                <w:lang w:val="ru-RU"/>
              </w:rPr>
              <w:t>:</w:t>
            </w:r>
          </w:p>
        </w:tc>
        <w:tc>
          <w:tcPr>
            <w:tcW w:w="975" w:type="dxa"/>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6</w:t>
            </w:r>
          </w:p>
        </w:tc>
      </w:tr>
      <w:tr w:rsidR="001040DB" w:rsidRPr="00923ED0" w:rsidTr="001040DB">
        <w:trPr>
          <w:gridAfter w:val="8"/>
          <w:wAfter w:w="10254" w:type="dxa"/>
          <w:trHeight w:val="557"/>
        </w:trPr>
        <w:tc>
          <w:tcPr>
            <w:tcW w:w="4072" w:type="dxa"/>
            <w:gridSpan w:val="4"/>
          </w:tcPr>
          <w:p w:rsidR="001040DB" w:rsidRPr="001B14C3" w:rsidRDefault="001040DB" w:rsidP="001B14C3">
            <w:pPr>
              <w:autoSpaceDE w:val="0"/>
              <w:autoSpaceDN w:val="0"/>
              <w:spacing w:line="360" w:lineRule="auto"/>
              <w:jc w:val="center"/>
              <w:rPr>
                <w:rFonts w:ascii="Times New Roman" w:hAnsi="Times New Roman" w:cs="Times New Roman"/>
                <w:sz w:val="24"/>
                <w:szCs w:val="24"/>
                <w:lang w:val="ru-RU"/>
              </w:rPr>
            </w:pPr>
            <w:r w:rsidRPr="001B14C3">
              <w:rPr>
                <w:rFonts w:ascii="Times New Roman" w:eastAsia="Times New Roman" w:hAnsi="Times New Roman" w:cs="Times New Roman"/>
                <w:b/>
                <w:color w:val="000000"/>
                <w:w w:val="97"/>
                <w:sz w:val="24"/>
                <w:szCs w:val="24"/>
                <w:lang w:val="ru-RU"/>
              </w:rPr>
              <w:t xml:space="preserve">Раздел 3. </w:t>
            </w:r>
            <w:r w:rsidRPr="001B14C3">
              <w:rPr>
                <w:rFonts w:ascii="Times New Roman" w:hAnsi="Times New Roman" w:cs="Times New Roman"/>
                <w:b/>
                <w:sz w:val="24"/>
                <w:szCs w:val="24"/>
                <w:lang w:val="ru-RU"/>
              </w:rPr>
              <w:t>«Духовно-нравственное богатство личности»</w:t>
            </w:r>
          </w:p>
          <w:p w:rsidR="001040DB" w:rsidRPr="001B14C3" w:rsidRDefault="001040DB" w:rsidP="001B14C3">
            <w:pPr>
              <w:autoSpaceDE w:val="0"/>
              <w:autoSpaceDN w:val="0"/>
              <w:spacing w:line="360" w:lineRule="auto"/>
              <w:rPr>
                <w:rFonts w:ascii="Times New Roman" w:eastAsia="Times New Roman" w:hAnsi="Times New Roman" w:cs="Times New Roman"/>
                <w:color w:val="000000"/>
                <w:w w:val="97"/>
                <w:sz w:val="24"/>
                <w:szCs w:val="24"/>
                <w:lang w:val="ru-RU"/>
              </w:rPr>
            </w:pPr>
          </w:p>
        </w:tc>
      </w:tr>
      <w:tr w:rsidR="001040DB" w:rsidRPr="001B14C3" w:rsidTr="001040DB">
        <w:trPr>
          <w:trHeight w:val="3247"/>
        </w:trPr>
        <w:tc>
          <w:tcPr>
            <w:tcW w:w="521" w:type="dxa"/>
          </w:tcPr>
          <w:p w:rsidR="001040DB" w:rsidRPr="001B14C3" w:rsidRDefault="001040DB" w:rsidP="001B14C3">
            <w:pPr>
              <w:autoSpaceDE w:val="0"/>
              <w:autoSpaceDN w:val="0"/>
              <w:spacing w:line="360" w:lineRule="auto"/>
              <w:rPr>
                <w:rFonts w:ascii="Times New Roman" w:eastAsia="Times New Roman" w:hAnsi="Times New Roman" w:cs="Times New Roman"/>
                <w:color w:val="000000"/>
                <w:w w:val="97"/>
                <w:sz w:val="24"/>
                <w:szCs w:val="24"/>
                <w:lang w:val="ru-RU"/>
              </w:rPr>
            </w:pPr>
            <w:r w:rsidRPr="001B14C3">
              <w:rPr>
                <w:rFonts w:ascii="Times New Roman" w:eastAsia="Times New Roman" w:hAnsi="Times New Roman" w:cs="Times New Roman"/>
                <w:color w:val="000000"/>
                <w:w w:val="97"/>
                <w:sz w:val="24"/>
                <w:szCs w:val="24"/>
                <w:lang w:val="ru-RU"/>
              </w:rPr>
              <w:t>3.1</w:t>
            </w:r>
          </w:p>
        </w:tc>
        <w:tc>
          <w:tcPr>
            <w:tcW w:w="3551" w:type="dxa"/>
            <w:gridSpan w:val="3"/>
          </w:tcPr>
          <w:p w:rsidR="001040DB" w:rsidRPr="001B14C3" w:rsidRDefault="001040DB" w:rsidP="001B14C3">
            <w:pPr>
              <w:autoSpaceDE w:val="0"/>
              <w:autoSpaceDN w:val="0"/>
              <w:spacing w:line="360" w:lineRule="auto"/>
              <w:rPr>
                <w:rFonts w:ascii="Times New Roman" w:hAnsi="Times New Roman" w:cs="Times New Roman"/>
                <w:sz w:val="24"/>
                <w:szCs w:val="24"/>
                <w:lang w:val="ru-RU"/>
              </w:rPr>
            </w:pPr>
            <w:r w:rsidRPr="001B14C3">
              <w:rPr>
                <w:rFonts w:ascii="Times New Roman" w:hAnsi="Times New Roman" w:cs="Times New Roman"/>
                <w:b/>
                <w:sz w:val="24"/>
                <w:szCs w:val="24"/>
                <w:lang w:val="ru-RU"/>
              </w:rPr>
              <w:t>«Духовно-нравственное богатство личности»</w:t>
            </w:r>
          </w:p>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p>
        </w:tc>
        <w:tc>
          <w:tcPr>
            <w:tcW w:w="975" w:type="dxa"/>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3</w:t>
            </w:r>
          </w:p>
        </w:tc>
        <w:tc>
          <w:tcPr>
            <w:tcW w:w="1010" w:type="dxa"/>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0</w:t>
            </w:r>
          </w:p>
        </w:tc>
        <w:tc>
          <w:tcPr>
            <w:tcW w:w="1144" w:type="dxa"/>
            <w:gridSpan w:val="2"/>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0.5</w:t>
            </w:r>
          </w:p>
        </w:tc>
        <w:tc>
          <w:tcPr>
            <w:tcW w:w="1124" w:type="dxa"/>
          </w:tcPr>
          <w:p w:rsidR="001040DB" w:rsidRPr="001B14C3" w:rsidRDefault="001040DB" w:rsidP="001B14C3">
            <w:pPr>
              <w:autoSpaceDE w:val="0"/>
              <w:autoSpaceDN w:val="0"/>
              <w:spacing w:line="360" w:lineRule="auto"/>
              <w:rPr>
                <w:rFonts w:ascii="Times New Roman" w:hAnsi="Times New Roman" w:cs="Times New Roman"/>
                <w:b/>
                <w:sz w:val="24"/>
                <w:szCs w:val="24"/>
                <w:lang w:val="ru-RU"/>
              </w:rPr>
            </w:pPr>
          </w:p>
        </w:tc>
        <w:tc>
          <w:tcPr>
            <w:tcW w:w="3975" w:type="dxa"/>
          </w:tcPr>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знать и понимать значение термина «человек» в контексте духовно-нравственной культуры;</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уметь обосновать взаимосвязь и взаимообусловленность человека и общества, человека и культуры;</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понимать и объяснять различия между обоснованием термина «личность» в быту, в контексте </w:t>
            </w:r>
            <w:r w:rsidRPr="001B14C3">
              <w:rPr>
                <w:rFonts w:ascii="Times New Roman" w:hAnsi="Times New Roman" w:cs="Times New Roman"/>
                <w:sz w:val="24"/>
                <w:szCs w:val="24"/>
                <w:lang w:val="ru-RU"/>
              </w:rPr>
              <w:lastRenderedPageBreak/>
              <w:t>культуры и творчества;</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знать, что такое гуманизм, иметь представление о его источниках в культуре. </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знать значение термина «творчество» в нескольких аспектах и понимать границы их применимости;</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осознавать и доказывать важность морально- нравственных ограничений в творчестве;</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обосновывать важность творчества как реализацию духовно-нравственных ценностей человека;</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доказывать детерминированность творчества культурой своего этноса;</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знать и уметь объяснить взаимосвязь труда и творчества.</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знать и уметь объяснить значение и роль морали и нравственности в жизни человека;</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обосновывать происхождение </w:t>
            </w:r>
            <w:r w:rsidRPr="001B14C3">
              <w:rPr>
                <w:rFonts w:ascii="Times New Roman" w:hAnsi="Times New Roman" w:cs="Times New Roman"/>
                <w:sz w:val="24"/>
                <w:szCs w:val="24"/>
                <w:lang w:val="ru-RU"/>
              </w:rPr>
              <w:lastRenderedPageBreak/>
              <w:t>духовных ценностей, понимание идеалов добра и зла;</w:t>
            </w:r>
          </w:p>
          <w:p w:rsidR="001040DB" w:rsidRPr="001B14C3" w:rsidRDefault="001040DB" w:rsidP="001B14C3">
            <w:pPr>
              <w:autoSpaceDE w:val="0"/>
              <w:autoSpaceDN w:val="0"/>
              <w:spacing w:line="360" w:lineRule="auto"/>
              <w:ind w:left="180" w:right="-14"/>
              <w:jc w:val="both"/>
              <w:rPr>
                <w:rFonts w:ascii="Times New Roman" w:hAnsi="Times New Roman" w:cs="Times New Roman"/>
                <w:b/>
                <w:sz w:val="24"/>
                <w:szCs w:val="24"/>
                <w:lang w:val="ru-RU"/>
              </w:rPr>
            </w:pPr>
            <w:r w:rsidRPr="001B14C3">
              <w:rPr>
                <w:rFonts w:ascii="Times New Roman" w:hAnsi="Times New Roman" w:cs="Times New Roman"/>
                <w:sz w:val="24"/>
                <w:szCs w:val="24"/>
                <w:lang w:val="ru-RU"/>
              </w:rPr>
              <w:t xml:space="preserve">- 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w:t>
            </w:r>
          </w:p>
        </w:tc>
        <w:tc>
          <w:tcPr>
            <w:tcW w:w="2026" w:type="dxa"/>
            <w:gridSpan w:val="2"/>
          </w:tcPr>
          <w:p w:rsidR="001040DB" w:rsidRPr="001B14C3" w:rsidRDefault="001F4597" w:rsidP="001B14C3">
            <w:pPr>
              <w:spacing w:line="360" w:lineRule="auto"/>
              <w:rPr>
                <w:rFonts w:ascii="Times New Roman" w:hAnsi="Times New Roman" w:cs="Times New Roman"/>
                <w:sz w:val="24"/>
                <w:szCs w:val="24"/>
                <w:lang w:val="ru-RU"/>
              </w:rPr>
            </w:pPr>
            <w:hyperlink r:id="rId13" w:history="1">
              <w:r w:rsidR="001040DB" w:rsidRPr="001B14C3">
                <w:rPr>
                  <w:rStyle w:val="aff1"/>
                  <w:rFonts w:ascii="Times New Roman" w:eastAsia="Times New Roman" w:hAnsi="Times New Roman" w:cs="Times New Roman"/>
                  <w:sz w:val="24"/>
                  <w:szCs w:val="24"/>
                  <w:lang w:eastAsia="ru-RU"/>
                </w:rPr>
                <w:t>http</w:t>
              </w:r>
              <w:r w:rsidR="001040DB" w:rsidRPr="001B14C3">
                <w:rPr>
                  <w:rStyle w:val="aff1"/>
                  <w:rFonts w:ascii="Times New Roman" w:eastAsia="Times New Roman" w:hAnsi="Times New Roman" w:cs="Times New Roman"/>
                  <w:sz w:val="24"/>
                  <w:szCs w:val="24"/>
                  <w:lang w:val="ru-RU" w:eastAsia="ru-RU"/>
                </w:rPr>
                <w:t>://</w:t>
              </w:r>
              <w:r w:rsidR="001040DB" w:rsidRPr="001B14C3">
                <w:rPr>
                  <w:rStyle w:val="aff1"/>
                  <w:rFonts w:ascii="Times New Roman" w:eastAsia="Times New Roman" w:hAnsi="Times New Roman" w:cs="Times New Roman"/>
                  <w:sz w:val="24"/>
                  <w:szCs w:val="24"/>
                  <w:lang w:eastAsia="ru-RU"/>
                </w:rPr>
                <w:t>scool</w:t>
              </w:r>
              <w:r w:rsidR="001040DB" w:rsidRPr="001B14C3">
                <w:rPr>
                  <w:rStyle w:val="aff1"/>
                  <w:rFonts w:ascii="Times New Roman" w:eastAsia="Times New Roman" w:hAnsi="Times New Roman" w:cs="Times New Roman"/>
                  <w:sz w:val="24"/>
                  <w:szCs w:val="24"/>
                  <w:lang w:val="ru-RU" w:eastAsia="ru-RU"/>
                </w:rPr>
                <w:t>-</w:t>
              </w:r>
              <w:r w:rsidR="001040DB" w:rsidRPr="001B14C3">
                <w:rPr>
                  <w:rStyle w:val="aff1"/>
                  <w:rFonts w:ascii="Times New Roman" w:eastAsia="Times New Roman" w:hAnsi="Times New Roman" w:cs="Times New Roman"/>
                  <w:sz w:val="24"/>
                  <w:szCs w:val="24"/>
                  <w:lang w:eastAsia="ru-RU"/>
                </w:rPr>
                <w:t>collection</w:t>
              </w:r>
              <w:r w:rsidR="001040DB" w:rsidRPr="001B14C3">
                <w:rPr>
                  <w:rStyle w:val="aff1"/>
                  <w:rFonts w:ascii="Times New Roman" w:eastAsia="Times New Roman" w:hAnsi="Times New Roman" w:cs="Times New Roman"/>
                  <w:sz w:val="24"/>
                  <w:szCs w:val="24"/>
                  <w:lang w:val="ru-RU" w:eastAsia="ru-RU"/>
                </w:rPr>
                <w:t>.</w:t>
              </w:r>
              <w:r w:rsidR="001040DB" w:rsidRPr="001B14C3">
                <w:rPr>
                  <w:rStyle w:val="aff1"/>
                  <w:rFonts w:ascii="Times New Roman" w:eastAsia="Times New Roman" w:hAnsi="Times New Roman" w:cs="Times New Roman"/>
                  <w:sz w:val="24"/>
                  <w:szCs w:val="24"/>
                  <w:lang w:eastAsia="ru-RU"/>
                </w:rPr>
                <w:t>edu</w:t>
              </w:r>
              <w:r w:rsidR="001040DB" w:rsidRPr="001B14C3">
                <w:rPr>
                  <w:rStyle w:val="aff1"/>
                  <w:rFonts w:ascii="Times New Roman" w:eastAsia="Times New Roman" w:hAnsi="Times New Roman" w:cs="Times New Roman"/>
                  <w:sz w:val="24"/>
                  <w:szCs w:val="24"/>
                  <w:lang w:val="ru-RU" w:eastAsia="ru-RU"/>
                </w:rPr>
                <w:t>.</w:t>
              </w:r>
              <w:r w:rsidR="001040DB" w:rsidRPr="001B14C3">
                <w:rPr>
                  <w:rStyle w:val="aff1"/>
                  <w:rFonts w:ascii="Times New Roman" w:eastAsia="Times New Roman" w:hAnsi="Times New Roman" w:cs="Times New Roman"/>
                  <w:sz w:val="24"/>
                  <w:szCs w:val="24"/>
                  <w:lang w:eastAsia="ru-RU"/>
                </w:rPr>
                <w:t>ru</w:t>
              </w:r>
            </w:hyperlink>
          </w:p>
          <w:p w:rsidR="001040DB" w:rsidRPr="001B14C3" w:rsidRDefault="001040DB" w:rsidP="001B14C3">
            <w:pPr>
              <w:spacing w:line="360" w:lineRule="auto"/>
              <w:rPr>
                <w:rFonts w:ascii="Times New Roman" w:hAnsi="Times New Roman" w:cs="Times New Roman"/>
                <w:sz w:val="24"/>
                <w:szCs w:val="24"/>
                <w:lang w:val="ru-RU"/>
              </w:rPr>
            </w:pPr>
          </w:p>
          <w:p w:rsidR="001040DB" w:rsidRPr="001B14C3" w:rsidRDefault="001F4597" w:rsidP="001B14C3">
            <w:pPr>
              <w:autoSpaceDE w:val="0"/>
              <w:autoSpaceDN w:val="0"/>
              <w:spacing w:line="360" w:lineRule="auto"/>
              <w:rPr>
                <w:rFonts w:ascii="Times New Roman" w:hAnsi="Times New Roman" w:cs="Times New Roman"/>
                <w:b/>
                <w:sz w:val="24"/>
                <w:szCs w:val="24"/>
                <w:lang w:val="ru-RU"/>
              </w:rPr>
            </w:pPr>
            <w:hyperlink r:id="rId14" w:history="1">
              <w:r w:rsidR="001040DB" w:rsidRPr="001B14C3">
                <w:rPr>
                  <w:rStyle w:val="aff1"/>
                  <w:rFonts w:ascii="Times New Roman" w:hAnsi="Times New Roman" w:cs="Times New Roman"/>
                  <w:b/>
                  <w:sz w:val="24"/>
                  <w:szCs w:val="24"/>
                  <w:lang w:val="ru-RU"/>
                </w:rPr>
                <w:t>https://resh.edu.ru/subject/3/</w:t>
              </w:r>
            </w:hyperlink>
          </w:p>
          <w:p w:rsidR="001040DB" w:rsidRPr="001B14C3" w:rsidRDefault="001040DB" w:rsidP="001B14C3">
            <w:pPr>
              <w:autoSpaceDE w:val="0"/>
              <w:autoSpaceDN w:val="0"/>
              <w:spacing w:line="360" w:lineRule="auto"/>
              <w:rPr>
                <w:rFonts w:ascii="Times New Roman" w:hAnsi="Times New Roman" w:cs="Times New Roman"/>
                <w:b/>
                <w:sz w:val="24"/>
                <w:szCs w:val="24"/>
                <w:lang w:val="ru-RU"/>
              </w:rPr>
            </w:pPr>
          </w:p>
          <w:p w:rsidR="001040DB" w:rsidRPr="001B14C3" w:rsidRDefault="001F4597" w:rsidP="001B14C3">
            <w:pPr>
              <w:spacing w:line="360" w:lineRule="auto"/>
              <w:rPr>
                <w:rFonts w:ascii="Times New Roman" w:hAnsi="Times New Roman" w:cs="Times New Roman"/>
                <w:sz w:val="24"/>
                <w:szCs w:val="24"/>
                <w:lang w:val="ru-RU"/>
              </w:rPr>
            </w:pPr>
            <w:hyperlink r:id="rId15" w:history="1">
              <w:r w:rsidR="001040DB" w:rsidRPr="001B14C3">
                <w:rPr>
                  <w:rStyle w:val="aff1"/>
                  <w:rFonts w:ascii="Times New Roman" w:hAnsi="Times New Roman" w:cs="Times New Roman"/>
                  <w:sz w:val="24"/>
                  <w:szCs w:val="24"/>
                  <w:lang w:val="ru-RU"/>
                </w:rPr>
                <w:t>https://uchi.ru/</w:t>
              </w:r>
            </w:hyperlink>
          </w:p>
          <w:p w:rsidR="001040DB" w:rsidRPr="001B14C3" w:rsidRDefault="001040DB" w:rsidP="001B14C3">
            <w:pPr>
              <w:spacing w:line="360" w:lineRule="auto"/>
              <w:rPr>
                <w:rFonts w:ascii="Times New Roman" w:hAnsi="Times New Roman" w:cs="Times New Roman"/>
                <w:sz w:val="24"/>
                <w:szCs w:val="24"/>
                <w:lang w:val="ru-RU"/>
              </w:rPr>
            </w:pPr>
          </w:p>
        </w:tc>
      </w:tr>
      <w:tr w:rsidR="001040DB" w:rsidRPr="001B14C3" w:rsidTr="001040DB">
        <w:trPr>
          <w:gridAfter w:val="7"/>
          <w:wAfter w:w="9279" w:type="dxa"/>
          <w:trHeight w:val="557"/>
        </w:trPr>
        <w:tc>
          <w:tcPr>
            <w:tcW w:w="4072" w:type="dxa"/>
            <w:gridSpan w:val="4"/>
          </w:tcPr>
          <w:p w:rsidR="001040DB" w:rsidRPr="001B14C3" w:rsidRDefault="001040DB" w:rsidP="001B14C3">
            <w:pPr>
              <w:autoSpaceDE w:val="0"/>
              <w:autoSpaceDN w:val="0"/>
              <w:spacing w:line="360" w:lineRule="auto"/>
              <w:ind w:left="72"/>
              <w:rPr>
                <w:rFonts w:ascii="Times New Roman" w:eastAsia="Times New Roman" w:hAnsi="Times New Roman" w:cs="Times New Roman"/>
                <w:color w:val="000000"/>
                <w:w w:val="97"/>
                <w:sz w:val="24"/>
                <w:szCs w:val="24"/>
                <w:lang w:val="ru-RU"/>
              </w:rPr>
            </w:pPr>
            <w:r w:rsidRPr="001B14C3">
              <w:rPr>
                <w:rFonts w:ascii="Times New Roman" w:eastAsia="Times New Roman" w:hAnsi="Times New Roman" w:cs="Times New Roman"/>
                <w:color w:val="000000"/>
                <w:w w:val="97"/>
                <w:sz w:val="24"/>
                <w:szCs w:val="24"/>
                <w:lang w:val="ru-RU"/>
              </w:rPr>
              <w:lastRenderedPageBreak/>
              <w:t xml:space="preserve">Итого по разделу: </w:t>
            </w:r>
          </w:p>
        </w:tc>
        <w:tc>
          <w:tcPr>
            <w:tcW w:w="975" w:type="dxa"/>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3</w:t>
            </w:r>
          </w:p>
        </w:tc>
      </w:tr>
      <w:tr w:rsidR="001040DB" w:rsidRPr="001B14C3" w:rsidTr="001040DB">
        <w:trPr>
          <w:trHeight w:val="557"/>
        </w:trPr>
        <w:tc>
          <w:tcPr>
            <w:tcW w:w="521" w:type="dxa"/>
          </w:tcPr>
          <w:p w:rsidR="001040DB" w:rsidRPr="001B14C3" w:rsidRDefault="001040DB" w:rsidP="001B14C3">
            <w:pPr>
              <w:autoSpaceDE w:val="0"/>
              <w:autoSpaceDN w:val="0"/>
              <w:spacing w:line="360" w:lineRule="auto"/>
              <w:rPr>
                <w:rFonts w:ascii="Times New Roman" w:eastAsia="Times New Roman" w:hAnsi="Times New Roman" w:cs="Times New Roman"/>
                <w:color w:val="000000"/>
                <w:w w:val="97"/>
                <w:sz w:val="24"/>
                <w:szCs w:val="24"/>
                <w:lang w:val="ru-RU"/>
              </w:rPr>
            </w:pPr>
            <w:r w:rsidRPr="001B14C3">
              <w:rPr>
                <w:rFonts w:ascii="Times New Roman" w:eastAsia="Times New Roman" w:hAnsi="Times New Roman" w:cs="Times New Roman"/>
                <w:color w:val="000000"/>
                <w:w w:val="97"/>
                <w:sz w:val="24"/>
                <w:szCs w:val="24"/>
                <w:lang w:val="ru-RU"/>
              </w:rPr>
              <w:t>4.1</w:t>
            </w:r>
          </w:p>
        </w:tc>
        <w:tc>
          <w:tcPr>
            <w:tcW w:w="3551" w:type="dxa"/>
            <w:gridSpan w:val="3"/>
          </w:tcPr>
          <w:p w:rsidR="001040DB" w:rsidRPr="001B14C3" w:rsidRDefault="001040DB" w:rsidP="001B14C3">
            <w:pPr>
              <w:autoSpaceDE w:val="0"/>
              <w:autoSpaceDN w:val="0"/>
              <w:spacing w:line="360" w:lineRule="auto"/>
              <w:jc w:val="center"/>
              <w:rPr>
                <w:rFonts w:ascii="Times New Roman" w:hAnsi="Times New Roman" w:cs="Times New Roman"/>
                <w:b/>
                <w:sz w:val="24"/>
                <w:szCs w:val="24"/>
                <w:lang w:val="ru-RU"/>
              </w:rPr>
            </w:pPr>
            <w:r w:rsidRPr="001B14C3">
              <w:rPr>
                <w:rFonts w:ascii="Times New Roman" w:hAnsi="Times New Roman" w:cs="Times New Roman"/>
                <w:b/>
                <w:sz w:val="24"/>
                <w:szCs w:val="24"/>
                <w:lang w:val="ru-RU"/>
              </w:rPr>
              <w:t xml:space="preserve">«Культурное единство России»  </w:t>
            </w:r>
          </w:p>
          <w:p w:rsidR="001040DB" w:rsidRPr="001B14C3" w:rsidRDefault="001040DB" w:rsidP="001B14C3">
            <w:pPr>
              <w:autoSpaceDE w:val="0"/>
              <w:autoSpaceDN w:val="0"/>
              <w:spacing w:line="360" w:lineRule="auto"/>
              <w:ind w:left="72"/>
              <w:rPr>
                <w:rFonts w:ascii="Times New Roman" w:hAnsi="Times New Roman" w:cs="Times New Roman"/>
                <w:sz w:val="24"/>
                <w:szCs w:val="24"/>
              </w:rPr>
            </w:pPr>
          </w:p>
        </w:tc>
        <w:tc>
          <w:tcPr>
            <w:tcW w:w="975" w:type="dxa"/>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13</w:t>
            </w:r>
          </w:p>
        </w:tc>
        <w:tc>
          <w:tcPr>
            <w:tcW w:w="1010" w:type="dxa"/>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0</w:t>
            </w:r>
          </w:p>
        </w:tc>
        <w:tc>
          <w:tcPr>
            <w:tcW w:w="1144" w:type="dxa"/>
            <w:gridSpan w:val="2"/>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1</w:t>
            </w:r>
          </w:p>
        </w:tc>
        <w:tc>
          <w:tcPr>
            <w:tcW w:w="1124" w:type="dxa"/>
          </w:tcPr>
          <w:p w:rsidR="001040DB" w:rsidRPr="001B14C3" w:rsidRDefault="001040DB" w:rsidP="001B14C3">
            <w:pPr>
              <w:autoSpaceDE w:val="0"/>
              <w:autoSpaceDN w:val="0"/>
              <w:spacing w:line="360" w:lineRule="auto"/>
              <w:rPr>
                <w:rFonts w:ascii="Times New Roman" w:hAnsi="Times New Roman" w:cs="Times New Roman"/>
                <w:b/>
                <w:sz w:val="24"/>
                <w:szCs w:val="24"/>
                <w:lang w:val="ru-RU"/>
              </w:rPr>
            </w:pPr>
          </w:p>
        </w:tc>
        <w:tc>
          <w:tcPr>
            <w:tcW w:w="3975" w:type="dxa"/>
          </w:tcPr>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-понимать и уметь объяснять суть термина «история», знать основные исторические периоды и уметь выделять их сущностные черты; </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иметь представление о значении и функциях изучения истории;</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осознавать историю своей семьи и народа как часть мирового исторического процесса.</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знать о существовании связи между историческими событиями и культурой. Обосновывать важность изучения истории как </w:t>
            </w:r>
            <w:r w:rsidRPr="001B14C3">
              <w:rPr>
                <w:rFonts w:ascii="Times New Roman" w:hAnsi="Times New Roman" w:cs="Times New Roman"/>
                <w:sz w:val="24"/>
                <w:szCs w:val="24"/>
                <w:lang w:val="ru-RU"/>
              </w:rPr>
              <w:lastRenderedPageBreak/>
              <w:t xml:space="preserve">духовно- нравственного долга гражданина и патриота. </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-знать и понимать отличия литературы от других видов художественного творчества;</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рассказывать об особенностях литературного повествования, выделять простые выразительные средства литературного языка; </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-обосновывать и доказывать важность литературы как культурного явления, как формы трансляции культурных ценностей;</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находить и обозначать средства выражения морального и нравственного смысла в литературных произведениях. </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lastRenderedPageBreak/>
              <w:t>- понимать и обосновывать важность сохранения культурного наследия;</w:t>
            </w:r>
          </w:p>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1040DB" w:rsidRPr="001B14C3" w:rsidRDefault="001040DB" w:rsidP="001B14C3">
            <w:pPr>
              <w:autoSpaceDE w:val="0"/>
              <w:autoSpaceDN w:val="0"/>
              <w:spacing w:line="360" w:lineRule="auto"/>
              <w:rPr>
                <w:rFonts w:ascii="Times New Roman" w:hAnsi="Times New Roman" w:cs="Times New Roman"/>
                <w:b/>
                <w:sz w:val="24"/>
                <w:szCs w:val="24"/>
                <w:lang w:val="ru-RU"/>
              </w:rPr>
            </w:pPr>
          </w:p>
        </w:tc>
        <w:tc>
          <w:tcPr>
            <w:tcW w:w="2026" w:type="dxa"/>
            <w:gridSpan w:val="2"/>
          </w:tcPr>
          <w:p w:rsidR="001040DB" w:rsidRPr="001B14C3" w:rsidRDefault="001F4597" w:rsidP="001B14C3">
            <w:pPr>
              <w:spacing w:line="360" w:lineRule="auto"/>
              <w:rPr>
                <w:rFonts w:ascii="Times New Roman" w:hAnsi="Times New Roman" w:cs="Times New Roman"/>
                <w:sz w:val="24"/>
                <w:szCs w:val="24"/>
                <w:lang w:val="ru-RU"/>
              </w:rPr>
            </w:pPr>
            <w:hyperlink r:id="rId16" w:history="1">
              <w:r w:rsidR="001040DB" w:rsidRPr="001B14C3">
                <w:rPr>
                  <w:rStyle w:val="aff1"/>
                  <w:rFonts w:ascii="Times New Roman" w:eastAsia="Times New Roman" w:hAnsi="Times New Roman" w:cs="Times New Roman"/>
                  <w:sz w:val="24"/>
                  <w:szCs w:val="24"/>
                  <w:lang w:eastAsia="ru-RU"/>
                </w:rPr>
                <w:t>http</w:t>
              </w:r>
              <w:r w:rsidR="001040DB" w:rsidRPr="001B14C3">
                <w:rPr>
                  <w:rStyle w:val="aff1"/>
                  <w:rFonts w:ascii="Times New Roman" w:eastAsia="Times New Roman" w:hAnsi="Times New Roman" w:cs="Times New Roman"/>
                  <w:sz w:val="24"/>
                  <w:szCs w:val="24"/>
                  <w:lang w:val="ru-RU" w:eastAsia="ru-RU"/>
                </w:rPr>
                <w:t>://</w:t>
              </w:r>
              <w:r w:rsidR="001040DB" w:rsidRPr="001B14C3">
                <w:rPr>
                  <w:rStyle w:val="aff1"/>
                  <w:rFonts w:ascii="Times New Roman" w:eastAsia="Times New Roman" w:hAnsi="Times New Roman" w:cs="Times New Roman"/>
                  <w:sz w:val="24"/>
                  <w:szCs w:val="24"/>
                  <w:lang w:eastAsia="ru-RU"/>
                </w:rPr>
                <w:t>scool</w:t>
              </w:r>
              <w:r w:rsidR="001040DB" w:rsidRPr="001B14C3">
                <w:rPr>
                  <w:rStyle w:val="aff1"/>
                  <w:rFonts w:ascii="Times New Roman" w:eastAsia="Times New Roman" w:hAnsi="Times New Roman" w:cs="Times New Roman"/>
                  <w:sz w:val="24"/>
                  <w:szCs w:val="24"/>
                  <w:lang w:val="ru-RU" w:eastAsia="ru-RU"/>
                </w:rPr>
                <w:t>-</w:t>
              </w:r>
              <w:r w:rsidR="001040DB" w:rsidRPr="001B14C3">
                <w:rPr>
                  <w:rStyle w:val="aff1"/>
                  <w:rFonts w:ascii="Times New Roman" w:eastAsia="Times New Roman" w:hAnsi="Times New Roman" w:cs="Times New Roman"/>
                  <w:sz w:val="24"/>
                  <w:szCs w:val="24"/>
                  <w:lang w:eastAsia="ru-RU"/>
                </w:rPr>
                <w:t>collection</w:t>
              </w:r>
              <w:r w:rsidR="001040DB" w:rsidRPr="001B14C3">
                <w:rPr>
                  <w:rStyle w:val="aff1"/>
                  <w:rFonts w:ascii="Times New Roman" w:eastAsia="Times New Roman" w:hAnsi="Times New Roman" w:cs="Times New Roman"/>
                  <w:sz w:val="24"/>
                  <w:szCs w:val="24"/>
                  <w:lang w:val="ru-RU" w:eastAsia="ru-RU"/>
                </w:rPr>
                <w:t>.</w:t>
              </w:r>
              <w:r w:rsidR="001040DB" w:rsidRPr="001B14C3">
                <w:rPr>
                  <w:rStyle w:val="aff1"/>
                  <w:rFonts w:ascii="Times New Roman" w:eastAsia="Times New Roman" w:hAnsi="Times New Roman" w:cs="Times New Roman"/>
                  <w:sz w:val="24"/>
                  <w:szCs w:val="24"/>
                  <w:lang w:eastAsia="ru-RU"/>
                </w:rPr>
                <w:t>edu</w:t>
              </w:r>
              <w:r w:rsidR="001040DB" w:rsidRPr="001B14C3">
                <w:rPr>
                  <w:rStyle w:val="aff1"/>
                  <w:rFonts w:ascii="Times New Roman" w:eastAsia="Times New Roman" w:hAnsi="Times New Roman" w:cs="Times New Roman"/>
                  <w:sz w:val="24"/>
                  <w:szCs w:val="24"/>
                  <w:lang w:val="ru-RU" w:eastAsia="ru-RU"/>
                </w:rPr>
                <w:t>.</w:t>
              </w:r>
              <w:r w:rsidR="001040DB" w:rsidRPr="001B14C3">
                <w:rPr>
                  <w:rStyle w:val="aff1"/>
                  <w:rFonts w:ascii="Times New Roman" w:eastAsia="Times New Roman" w:hAnsi="Times New Roman" w:cs="Times New Roman"/>
                  <w:sz w:val="24"/>
                  <w:szCs w:val="24"/>
                  <w:lang w:eastAsia="ru-RU"/>
                </w:rPr>
                <w:t>ru</w:t>
              </w:r>
            </w:hyperlink>
          </w:p>
          <w:p w:rsidR="001040DB" w:rsidRPr="001B14C3" w:rsidRDefault="001040DB" w:rsidP="001B14C3">
            <w:pPr>
              <w:spacing w:line="360" w:lineRule="auto"/>
              <w:rPr>
                <w:rFonts w:ascii="Times New Roman" w:hAnsi="Times New Roman" w:cs="Times New Roman"/>
                <w:sz w:val="24"/>
                <w:szCs w:val="24"/>
                <w:lang w:val="ru-RU"/>
              </w:rPr>
            </w:pPr>
          </w:p>
          <w:p w:rsidR="001040DB" w:rsidRPr="001B14C3" w:rsidRDefault="001F4597" w:rsidP="001B14C3">
            <w:pPr>
              <w:autoSpaceDE w:val="0"/>
              <w:autoSpaceDN w:val="0"/>
              <w:spacing w:line="360" w:lineRule="auto"/>
              <w:rPr>
                <w:rFonts w:ascii="Times New Roman" w:hAnsi="Times New Roman" w:cs="Times New Roman"/>
                <w:b/>
                <w:sz w:val="24"/>
                <w:szCs w:val="24"/>
                <w:lang w:val="ru-RU"/>
              </w:rPr>
            </w:pPr>
            <w:hyperlink r:id="rId17" w:history="1">
              <w:r w:rsidR="001040DB" w:rsidRPr="001B14C3">
                <w:rPr>
                  <w:rStyle w:val="aff1"/>
                  <w:rFonts w:ascii="Times New Roman" w:hAnsi="Times New Roman" w:cs="Times New Roman"/>
                  <w:b/>
                  <w:sz w:val="24"/>
                  <w:szCs w:val="24"/>
                  <w:lang w:val="ru-RU"/>
                </w:rPr>
                <w:t>https://resh.edu.ru/subject/3/</w:t>
              </w:r>
            </w:hyperlink>
          </w:p>
          <w:p w:rsidR="001040DB" w:rsidRPr="001B14C3" w:rsidRDefault="001040DB" w:rsidP="001B14C3">
            <w:pPr>
              <w:autoSpaceDE w:val="0"/>
              <w:autoSpaceDN w:val="0"/>
              <w:spacing w:line="360" w:lineRule="auto"/>
              <w:rPr>
                <w:rFonts w:ascii="Times New Roman" w:hAnsi="Times New Roman" w:cs="Times New Roman"/>
                <w:b/>
                <w:sz w:val="24"/>
                <w:szCs w:val="24"/>
                <w:lang w:val="ru-RU"/>
              </w:rPr>
            </w:pPr>
          </w:p>
          <w:p w:rsidR="001040DB" w:rsidRPr="001B14C3" w:rsidRDefault="001F4597" w:rsidP="001B14C3">
            <w:pPr>
              <w:spacing w:line="360" w:lineRule="auto"/>
              <w:rPr>
                <w:rFonts w:ascii="Times New Roman" w:hAnsi="Times New Roman" w:cs="Times New Roman"/>
                <w:sz w:val="24"/>
                <w:szCs w:val="24"/>
                <w:lang w:val="ru-RU"/>
              </w:rPr>
            </w:pPr>
            <w:hyperlink r:id="rId18" w:history="1">
              <w:r w:rsidR="001040DB" w:rsidRPr="001B14C3">
                <w:rPr>
                  <w:rStyle w:val="aff1"/>
                  <w:rFonts w:ascii="Times New Roman" w:hAnsi="Times New Roman" w:cs="Times New Roman"/>
                  <w:sz w:val="24"/>
                  <w:szCs w:val="24"/>
                  <w:lang w:val="ru-RU"/>
                </w:rPr>
                <w:t>https://uchi.ru/</w:t>
              </w:r>
            </w:hyperlink>
          </w:p>
          <w:p w:rsidR="001040DB" w:rsidRPr="001B14C3" w:rsidRDefault="001040DB" w:rsidP="001B14C3">
            <w:pPr>
              <w:spacing w:line="360" w:lineRule="auto"/>
              <w:rPr>
                <w:rFonts w:ascii="Times New Roman" w:hAnsi="Times New Roman" w:cs="Times New Roman"/>
                <w:sz w:val="24"/>
                <w:szCs w:val="24"/>
                <w:lang w:val="ru-RU"/>
              </w:rPr>
            </w:pPr>
          </w:p>
        </w:tc>
      </w:tr>
      <w:tr w:rsidR="001040DB" w:rsidRPr="001B14C3" w:rsidTr="001040DB">
        <w:trPr>
          <w:gridAfter w:val="7"/>
          <w:wAfter w:w="9279" w:type="dxa"/>
          <w:trHeight w:val="557"/>
        </w:trPr>
        <w:tc>
          <w:tcPr>
            <w:tcW w:w="4072" w:type="dxa"/>
            <w:gridSpan w:val="4"/>
          </w:tcPr>
          <w:p w:rsidR="001040DB" w:rsidRPr="001B14C3" w:rsidRDefault="001040DB" w:rsidP="001B14C3">
            <w:pPr>
              <w:autoSpaceDE w:val="0"/>
              <w:autoSpaceDN w:val="0"/>
              <w:spacing w:line="360" w:lineRule="auto"/>
              <w:ind w:left="72"/>
              <w:rPr>
                <w:rFonts w:ascii="Times New Roman" w:eastAsia="Times New Roman" w:hAnsi="Times New Roman" w:cs="Times New Roman"/>
                <w:color w:val="000000"/>
                <w:w w:val="97"/>
                <w:sz w:val="24"/>
                <w:szCs w:val="24"/>
              </w:rPr>
            </w:pPr>
            <w:r w:rsidRPr="001B14C3">
              <w:rPr>
                <w:rFonts w:ascii="Times New Roman" w:eastAsia="Times New Roman" w:hAnsi="Times New Roman" w:cs="Times New Roman"/>
                <w:color w:val="000000"/>
                <w:w w:val="97"/>
                <w:sz w:val="24"/>
                <w:szCs w:val="24"/>
                <w:lang w:val="ru-RU"/>
              </w:rPr>
              <w:lastRenderedPageBreak/>
              <w:t>Итого по разделу:</w:t>
            </w:r>
          </w:p>
        </w:tc>
        <w:tc>
          <w:tcPr>
            <w:tcW w:w="975" w:type="dxa"/>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13</w:t>
            </w:r>
          </w:p>
        </w:tc>
      </w:tr>
      <w:tr w:rsidR="001040DB" w:rsidRPr="001B14C3" w:rsidTr="001040DB">
        <w:trPr>
          <w:trHeight w:val="557"/>
        </w:trPr>
        <w:tc>
          <w:tcPr>
            <w:tcW w:w="521" w:type="dxa"/>
          </w:tcPr>
          <w:p w:rsidR="001040DB" w:rsidRPr="001B14C3" w:rsidRDefault="001040DB" w:rsidP="001B14C3">
            <w:pPr>
              <w:autoSpaceDE w:val="0"/>
              <w:autoSpaceDN w:val="0"/>
              <w:spacing w:line="360" w:lineRule="auto"/>
              <w:rPr>
                <w:rFonts w:ascii="Times New Roman" w:eastAsia="Times New Roman" w:hAnsi="Times New Roman" w:cs="Times New Roman"/>
                <w:color w:val="000000"/>
                <w:w w:val="97"/>
                <w:sz w:val="24"/>
                <w:szCs w:val="24"/>
                <w:lang w:val="ru-RU"/>
              </w:rPr>
            </w:pPr>
            <w:r w:rsidRPr="001B14C3">
              <w:rPr>
                <w:rFonts w:ascii="Times New Roman" w:eastAsia="Times New Roman" w:hAnsi="Times New Roman" w:cs="Times New Roman"/>
                <w:color w:val="000000"/>
                <w:w w:val="97"/>
                <w:sz w:val="24"/>
                <w:szCs w:val="24"/>
                <w:lang w:val="ru-RU"/>
              </w:rPr>
              <w:t>5.1</w:t>
            </w:r>
          </w:p>
        </w:tc>
        <w:tc>
          <w:tcPr>
            <w:tcW w:w="3551" w:type="dxa"/>
            <w:gridSpan w:val="3"/>
          </w:tcPr>
          <w:p w:rsidR="001040DB" w:rsidRPr="001B14C3" w:rsidRDefault="001040DB" w:rsidP="001B14C3">
            <w:pPr>
              <w:autoSpaceDE w:val="0"/>
              <w:autoSpaceDN w:val="0"/>
              <w:spacing w:line="360" w:lineRule="auto"/>
              <w:ind w:left="72"/>
              <w:rPr>
                <w:rFonts w:ascii="Times New Roman" w:eastAsia="Times New Roman" w:hAnsi="Times New Roman" w:cs="Times New Roman"/>
                <w:color w:val="000000"/>
                <w:w w:val="97"/>
                <w:sz w:val="24"/>
                <w:szCs w:val="24"/>
                <w:lang w:val="ru-RU"/>
              </w:rPr>
            </w:pPr>
            <w:r w:rsidRPr="001B14C3">
              <w:rPr>
                <w:rFonts w:ascii="Times New Roman" w:eastAsia="Times New Roman" w:hAnsi="Times New Roman" w:cs="Times New Roman"/>
                <w:b/>
                <w:color w:val="000000"/>
                <w:w w:val="97"/>
                <w:sz w:val="24"/>
                <w:szCs w:val="24"/>
                <w:lang w:val="ru-RU"/>
              </w:rPr>
              <w:t>Повторение по курсу</w:t>
            </w:r>
          </w:p>
        </w:tc>
        <w:tc>
          <w:tcPr>
            <w:tcW w:w="975" w:type="dxa"/>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2</w:t>
            </w:r>
          </w:p>
        </w:tc>
        <w:tc>
          <w:tcPr>
            <w:tcW w:w="1010" w:type="dxa"/>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0</w:t>
            </w:r>
          </w:p>
        </w:tc>
        <w:tc>
          <w:tcPr>
            <w:tcW w:w="1144" w:type="dxa"/>
            <w:gridSpan w:val="2"/>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1</w:t>
            </w:r>
          </w:p>
        </w:tc>
        <w:tc>
          <w:tcPr>
            <w:tcW w:w="1124" w:type="dxa"/>
          </w:tcPr>
          <w:p w:rsidR="001040DB" w:rsidRPr="001B14C3" w:rsidRDefault="001040DB" w:rsidP="001B14C3">
            <w:pPr>
              <w:autoSpaceDE w:val="0"/>
              <w:autoSpaceDN w:val="0"/>
              <w:spacing w:line="360" w:lineRule="auto"/>
              <w:rPr>
                <w:rFonts w:ascii="Times New Roman" w:hAnsi="Times New Roman" w:cs="Times New Roman"/>
                <w:b/>
                <w:sz w:val="24"/>
                <w:szCs w:val="24"/>
                <w:lang w:val="ru-RU"/>
              </w:rPr>
            </w:pPr>
          </w:p>
        </w:tc>
        <w:tc>
          <w:tcPr>
            <w:tcW w:w="3975" w:type="dxa"/>
          </w:tcPr>
          <w:p w:rsidR="001040DB" w:rsidRPr="001B14C3" w:rsidRDefault="001040DB" w:rsidP="001B14C3">
            <w:pPr>
              <w:autoSpaceDE w:val="0"/>
              <w:autoSpaceDN w:val="0"/>
              <w:spacing w:line="360" w:lineRule="auto"/>
              <w:rPr>
                <w:rFonts w:ascii="Times New Roman" w:hAnsi="Times New Roman" w:cs="Times New Roman"/>
                <w:b/>
                <w:sz w:val="24"/>
                <w:szCs w:val="24"/>
                <w:lang w:val="ru-RU"/>
              </w:rPr>
            </w:pPr>
            <w:r w:rsidRPr="001B14C3">
              <w:rPr>
                <w:rFonts w:ascii="Times New Roman" w:hAnsi="Times New Roman" w:cs="Times New Roman"/>
                <w:color w:val="000000"/>
                <w:sz w:val="24"/>
                <w:szCs w:val="24"/>
                <w:shd w:val="clear" w:color="auto" w:fill="FFFFFF"/>
                <w:lang w:val="ru-RU"/>
              </w:rPr>
              <w:t>Виды деятельности по изученным разделам;</w:t>
            </w:r>
          </w:p>
        </w:tc>
        <w:tc>
          <w:tcPr>
            <w:tcW w:w="2026" w:type="dxa"/>
            <w:gridSpan w:val="2"/>
          </w:tcPr>
          <w:p w:rsidR="001040DB" w:rsidRPr="001B14C3" w:rsidRDefault="001F4597" w:rsidP="001B14C3">
            <w:pPr>
              <w:spacing w:line="360" w:lineRule="auto"/>
              <w:rPr>
                <w:rFonts w:ascii="Times New Roman" w:hAnsi="Times New Roman" w:cs="Times New Roman"/>
                <w:sz w:val="24"/>
                <w:szCs w:val="24"/>
                <w:lang w:val="ru-RU"/>
              </w:rPr>
            </w:pPr>
            <w:hyperlink r:id="rId19" w:history="1">
              <w:r w:rsidR="001040DB" w:rsidRPr="001B14C3">
                <w:rPr>
                  <w:rStyle w:val="aff1"/>
                  <w:rFonts w:ascii="Times New Roman" w:eastAsia="Times New Roman" w:hAnsi="Times New Roman" w:cs="Times New Roman"/>
                  <w:sz w:val="24"/>
                  <w:szCs w:val="24"/>
                  <w:lang w:eastAsia="ru-RU"/>
                </w:rPr>
                <w:t>http</w:t>
              </w:r>
              <w:r w:rsidR="001040DB" w:rsidRPr="001B14C3">
                <w:rPr>
                  <w:rStyle w:val="aff1"/>
                  <w:rFonts w:ascii="Times New Roman" w:eastAsia="Times New Roman" w:hAnsi="Times New Roman" w:cs="Times New Roman"/>
                  <w:sz w:val="24"/>
                  <w:szCs w:val="24"/>
                  <w:lang w:val="ru-RU" w:eastAsia="ru-RU"/>
                </w:rPr>
                <w:t>://</w:t>
              </w:r>
              <w:r w:rsidR="001040DB" w:rsidRPr="001B14C3">
                <w:rPr>
                  <w:rStyle w:val="aff1"/>
                  <w:rFonts w:ascii="Times New Roman" w:eastAsia="Times New Roman" w:hAnsi="Times New Roman" w:cs="Times New Roman"/>
                  <w:sz w:val="24"/>
                  <w:szCs w:val="24"/>
                  <w:lang w:eastAsia="ru-RU"/>
                </w:rPr>
                <w:t>scool</w:t>
              </w:r>
              <w:r w:rsidR="001040DB" w:rsidRPr="001B14C3">
                <w:rPr>
                  <w:rStyle w:val="aff1"/>
                  <w:rFonts w:ascii="Times New Roman" w:eastAsia="Times New Roman" w:hAnsi="Times New Roman" w:cs="Times New Roman"/>
                  <w:sz w:val="24"/>
                  <w:szCs w:val="24"/>
                  <w:lang w:val="ru-RU" w:eastAsia="ru-RU"/>
                </w:rPr>
                <w:t>-</w:t>
              </w:r>
              <w:r w:rsidR="001040DB" w:rsidRPr="001B14C3">
                <w:rPr>
                  <w:rStyle w:val="aff1"/>
                  <w:rFonts w:ascii="Times New Roman" w:eastAsia="Times New Roman" w:hAnsi="Times New Roman" w:cs="Times New Roman"/>
                  <w:sz w:val="24"/>
                  <w:szCs w:val="24"/>
                  <w:lang w:eastAsia="ru-RU"/>
                </w:rPr>
                <w:t>collection</w:t>
              </w:r>
              <w:r w:rsidR="001040DB" w:rsidRPr="001B14C3">
                <w:rPr>
                  <w:rStyle w:val="aff1"/>
                  <w:rFonts w:ascii="Times New Roman" w:eastAsia="Times New Roman" w:hAnsi="Times New Roman" w:cs="Times New Roman"/>
                  <w:sz w:val="24"/>
                  <w:szCs w:val="24"/>
                  <w:lang w:val="ru-RU" w:eastAsia="ru-RU"/>
                </w:rPr>
                <w:t>.</w:t>
              </w:r>
              <w:r w:rsidR="001040DB" w:rsidRPr="001B14C3">
                <w:rPr>
                  <w:rStyle w:val="aff1"/>
                  <w:rFonts w:ascii="Times New Roman" w:eastAsia="Times New Roman" w:hAnsi="Times New Roman" w:cs="Times New Roman"/>
                  <w:sz w:val="24"/>
                  <w:szCs w:val="24"/>
                  <w:lang w:eastAsia="ru-RU"/>
                </w:rPr>
                <w:t>edu</w:t>
              </w:r>
              <w:r w:rsidR="001040DB" w:rsidRPr="001B14C3">
                <w:rPr>
                  <w:rStyle w:val="aff1"/>
                  <w:rFonts w:ascii="Times New Roman" w:eastAsia="Times New Roman" w:hAnsi="Times New Roman" w:cs="Times New Roman"/>
                  <w:sz w:val="24"/>
                  <w:szCs w:val="24"/>
                  <w:lang w:val="ru-RU" w:eastAsia="ru-RU"/>
                </w:rPr>
                <w:t>.</w:t>
              </w:r>
              <w:r w:rsidR="001040DB" w:rsidRPr="001B14C3">
                <w:rPr>
                  <w:rStyle w:val="aff1"/>
                  <w:rFonts w:ascii="Times New Roman" w:eastAsia="Times New Roman" w:hAnsi="Times New Roman" w:cs="Times New Roman"/>
                  <w:sz w:val="24"/>
                  <w:szCs w:val="24"/>
                  <w:lang w:eastAsia="ru-RU"/>
                </w:rPr>
                <w:t>ru</w:t>
              </w:r>
            </w:hyperlink>
          </w:p>
          <w:p w:rsidR="001040DB" w:rsidRPr="001B14C3" w:rsidRDefault="001040DB" w:rsidP="001B14C3">
            <w:pPr>
              <w:spacing w:line="360" w:lineRule="auto"/>
              <w:rPr>
                <w:rFonts w:ascii="Times New Roman" w:hAnsi="Times New Roman" w:cs="Times New Roman"/>
                <w:sz w:val="24"/>
                <w:szCs w:val="24"/>
                <w:lang w:val="ru-RU"/>
              </w:rPr>
            </w:pPr>
          </w:p>
          <w:p w:rsidR="001040DB" w:rsidRPr="001B14C3" w:rsidRDefault="001F4597" w:rsidP="001B14C3">
            <w:pPr>
              <w:autoSpaceDE w:val="0"/>
              <w:autoSpaceDN w:val="0"/>
              <w:spacing w:line="360" w:lineRule="auto"/>
              <w:rPr>
                <w:rFonts w:ascii="Times New Roman" w:hAnsi="Times New Roman" w:cs="Times New Roman"/>
                <w:b/>
                <w:sz w:val="24"/>
                <w:szCs w:val="24"/>
                <w:lang w:val="ru-RU"/>
              </w:rPr>
            </w:pPr>
            <w:hyperlink r:id="rId20" w:history="1">
              <w:r w:rsidR="001040DB" w:rsidRPr="001B14C3">
                <w:rPr>
                  <w:rStyle w:val="aff1"/>
                  <w:rFonts w:ascii="Times New Roman" w:hAnsi="Times New Roman" w:cs="Times New Roman"/>
                  <w:b/>
                  <w:sz w:val="24"/>
                  <w:szCs w:val="24"/>
                  <w:lang w:val="ru-RU"/>
                </w:rPr>
                <w:t>https://resh.edu.ru/subject/3/</w:t>
              </w:r>
            </w:hyperlink>
          </w:p>
          <w:p w:rsidR="001040DB" w:rsidRPr="001B14C3" w:rsidRDefault="001040DB" w:rsidP="001B14C3">
            <w:pPr>
              <w:autoSpaceDE w:val="0"/>
              <w:autoSpaceDN w:val="0"/>
              <w:spacing w:line="360" w:lineRule="auto"/>
              <w:rPr>
                <w:rFonts w:ascii="Times New Roman" w:hAnsi="Times New Roman" w:cs="Times New Roman"/>
                <w:b/>
                <w:sz w:val="24"/>
                <w:szCs w:val="24"/>
                <w:lang w:val="ru-RU"/>
              </w:rPr>
            </w:pPr>
          </w:p>
          <w:p w:rsidR="001040DB" w:rsidRPr="001B14C3" w:rsidRDefault="001F4597" w:rsidP="001B14C3">
            <w:pPr>
              <w:spacing w:line="360" w:lineRule="auto"/>
              <w:rPr>
                <w:rFonts w:ascii="Times New Roman" w:hAnsi="Times New Roman" w:cs="Times New Roman"/>
                <w:sz w:val="24"/>
                <w:szCs w:val="24"/>
                <w:lang w:val="ru-RU"/>
              </w:rPr>
            </w:pPr>
            <w:hyperlink r:id="rId21" w:history="1">
              <w:r w:rsidR="001040DB" w:rsidRPr="001B14C3">
                <w:rPr>
                  <w:rStyle w:val="aff1"/>
                  <w:rFonts w:ascii="Times New Roman" w:hAnsi="Times New Roman" w:cs="Times New Roman"/>
                  <w:sz w:val="24"/>
                  <w:szCs w:val="24"/>
                  <w:lang w:val="ru-RU"/>
                </w:rPr>
                <w:t>https://uchi.ru/</w:t>
              </w:r>
            </w:hyperlink>
          </w:p>
          <w:p w:rsidR="001040DB" w:rsidRPr="001B14C3" w:rsidRDefault="001040DB" w:rsidP="001B14C3">
            <w:pPr>
              <w:spacing w:line="360" w:lineRule="auto"/>
              <w:rPr>
                <w:rFonts w:ascii="Times New Roman" w:hAnsi="Times New Roman" w:cs="Times New Roman"/>
                <w:sz w:val="24"/>
                <w:szCs w:val="24"/>
                <w:lang w:val="ru-RU"/>
              </w:rPr>
            </w:pPr>
          </w:p>
        </w:tc>
      </w:tr>
      <w:tr w:rsidR="001040DB" w:rsidRPr="001B14C3" w:rsidTr="001040DB">
        <w:trPr>
          <w:gridAfter w:val="5"/>
          <w:wAfter w:w="7253" w:type="dxa"/>
          <w:trHeight w:val="557"/>
        </w:trPr>
        <w:tc>
          <w:tcPr>
            <w:tcW w:w="4072" w:type="dxa"/>
            <w:gridSpan w:val="4"/>
          </w:tcPr>
          <w:p w:rsidR="001040DB" w:rsidRPr="001B14C3" w:rsidRDefault="001040DB" w:rsidP="001B14C3">
            <w:pPr>
              <w:autoSpaceDE w:val="0"/>
              <w:autoSpaceDN w:val="0"/>
              <w:spacing w:line="360" w:lineRule="auto"/>
              <w:ind w:left="72"/>
              <w:rPr>
                <w:rFonts w:ascii="Times New Roman" w:eastAsia="Times New Roman" w:hAnsi="Times New Roman" w:cs="Times New Roman"/>
                <w:color w:val="000000"/>
                <w:w w:val="97"/>
                <w:sz w:val="24"/>
                <w:szCs w:val="24"/>
                <w:lang w:val="ru-RU"/>
              </w:rPr>
            </w:pPr>
            <w:r w:rsidRPr="001B14C3">
              <w:rPr>
                <w:rFonts w:ascii="Times New Roman" w:eastAsia="Times New Roman" w:hAnsi="Times New Roman" w:cs="Times New Roman"/>
                <w:color w:val="000000"/>
                <w:w w:val="97"/>
                <w:sz w:val="24"/>
                <w:szCs w:val="24"/>
                <w:lang w:val="ru-RU"/>
              </w:rPr>
              <w:t>Итого по разделу:</w:t>
            </w:r>
          </w:p>
        </w:tc>
        <w:tc>
          <w:tcPr>
            <w:tcW w:w="975" w:type="dxa"/>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2</w:t>
            </w:r>
          </w:p>
        </w:tc>
        <w:tc>
          <w:tcPr>
            <w:tcW w:w="2026" w:type="dxa"/>
            <w:gridSpan w:val="2"/>
          </w:tcPr>
          <w:p w:rsidR="001040DB" w:rsidRPr="001B14C3" w:rsidRDefault="001040DB" w:rsidP="001B14C3">
            <w:pPr>
              <w:autoSpaceDE w:val="0"/>
              <w:autoSpaceDN w:val="0"/>
              <w:spacing w:line="360" w:lineRule="auto"/>
              <w:rPr>
                <w:rFonts w:ascii="Times New Roman" w:hAnsi="Times New Roman" w:cs="Times New Roman"/>
                <w:b/>
                <w:sz w:val="24"/>
                <w:szCs w:val="24"/>
                <w:lang w:val="ru-RU"/>
              </w:rPr>
            </w:pPr>
          </w:p>
        </w:tc>
      </w:tr>
      <w:tr w:rsidR="001040DB" w:rsidRPr="001B14C3" w:rsidTr="001040DB">
        <w:trPr>
          <w:trHeight w:val="557"/>
        </w:trPr>
        <w:tc>
          <w:tcPr>
            <w:tcW w:w="4072" w:type="dxa"/>
            <w:gridSpan w:val="4"/>
          </w:tcPr>
          <w:p w:rsidR="001040DB" w:rsidRPr="001B14C3" w:rsidRDefault="001040DB" w:rsidP="001B14C3">
            <w:pPr>
              <w:autoSpaceDE w:val="0"/>
              <w:autoSpaceDN w:val="0"/>
              <w:spacing w:line="360" w:lineRule="auto"/>
              <w:ind w:left="72"/>
              <w:rPr>
                <w:rFonts w:ascii="Times New Roman" w:eastAsia="Times New Roman" w:hAnsi="Times New Roman" w:cs="Times New Roman"/>
                <w:color w:val="000000"/>
                <w:w w:val="97"/>
                <w:sz w:val="24"/>
                <w:szCs w:val="24"/>
                <w:lang w:val="ru-RU"/>
              </w:rPr>
            </w:pPr>
            <w:r w:rsidRPr="001B14C3">
              <w:rPr>
                <w:rFonts w:ascii="Times New Roman" w:eastAsia="Times New Roman" w:hAnsi="Times New Roman" w:cs="Times New Roman"/>
                <w:color w:val="000000"/>
                <w:w w:val="97"/>
                <w:sz w:val="24"/>
                <w:szCs w:val="24"/>
                <w:lang w:val="ru-RU"/>
              </w:rPr>
              <w:t>Общее количество часов:</w:t>
            </w:r>
          </w:p>
        </w:tc>
        <w:tc>
          <w:tcPr>
            <w:tcW w:w="975" w:type="dxa"/>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34</w:t>
            </w:r>
          </w:p>
        </w:tc>
        <w:tc>
          <w:tcPr>
            <w:tcW w:w="1010" w:type="dxa"/>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0</w:t>
            </w:r>
          </w:p>
        </w:tc>
        <w:tc>
          <w:tcPr>
            <w:tcW w:w="1144" w:type="dxa"/>
            <w:gridSpan w:val="2"/>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3,5</w:t>
            </w:r>
          </w:p>
        </w:tc>
        <w:tc>
          <w:tcPr>
            <w:tcW w:w="1124" w:type="dxa"/>
          </w:tcPr>
          <w:p w:rsidR="001040DB" w:rsidRPr="001B14C3" w:rsidRDefault="001040DB" w:rsidP="001B14C3">
            <w:pPr>
              <w:autoSpaceDE w:val="0"/>
              <w:autoSpaceDN w:val="0"/>
              <w:spacing w:line="360" w:lineRule="auto"/>
              <w:rPr>
                <w:rFonts w:ascii="Times New Roman" w:hAnsi="Times New Roman" w:cs="Times New Roman"/>
                <w:b/>
                <w:sz w:val="24"/>
                <w:szCs w:val="24"/>
                <w:lang w:val="ru-RU"/>
              </w:rPr>
            </w:pPr>
          </w:p>
        </w:tc>
        <w:tc>
          <w:tcPr>
            <w:tcW w:w="3975" w:type="dxa"/>
          </w:tcPr>
          <w:p w:rsidR="001040DB" w:rsidRPr="001B14C3" w:rsidRDefault="001040DB" w:rsidP="001B14C3">
            <w:pPr>
              <w:autoSpaceDE w:val="0"/>
              <w:autoSpaceDN w:val="0"/>
              <w:spacing w:line="360" w:lineRule="auto"/>
              <w:rPr>
                <w:rFonts w:ascii="Times New Roman" w:hAnsi="Times New Roman" w:cs="Times New Roman"/>
                <w:b/>
                <w:sz w:val="24"/>
                <w:szCs w:val="24"/>
                <w:lang w:val="ru-RU"/>
              </w:rPr>
            </w:pPr>
          </w:p>
        </w:tc>
        <w:tc>
          <w:tcPr>
            <w:tcW w:w="2026" w:type="dxa"/>
            <w:gridSpan w:val="2"/>
          </w:tcPr>
          <w:p w:rsidR="001040DB" w:rsidRPr="001B14C3" w:rsidRDefault="001040DB" w:rsidP="001B14C3">
            <w:pPr>
              <w:autoSpaceDE w:val="0"/>
              <w:autoSpaceDN w:val="0"/>
              <w:spacing w:line="360" w:lineRule="auto"/>
              <w:rPr>
                <w:rFonts w:ascii="Times New Roman" w:hAnsi="Times New Roman" w:cs="Times New Roman"/>
                <w:b/>
                <w:sz w:val="24"/>
                <w:szCs w:val="24"/>
                <w:lang w:val="ru-RU"/>
              </w:rPr>
            </w:pPr>
          </w:p>
        </w:tc>
      </w:tr>
    </w:tbl>
    <w:p w:rsidR="00CB1789" w:rsidRPr="001B14C3" w:rsidRDefault="00CB1789" w:rsidP="001B14C3">
      <w:pPr>
        <w:autoSpaceDE w:val="0"/>
        <w:autoSpaceDN w:val="0"/>
        <w:spacing w:after="0" w:line="360" w:lineRule="auto"/>
        <w:rPr>
          <w:rFonts w:ascii="Times New Roman" w:hAnsi="Times New Roman" w:cs="Times New Roman"/>
          <w:sz w:val="24"/>
          <w:szCs w:val="24"/>
          <w:lang w:val="ru-RU"/>
        </w:rPr>
      </w:pPr>
    </w:p>
    <w:p w:rsidR="00B73AD3" w:rsidRPr="001B14C3" w:rsidRDefault="00B73AD3" w:rsidP="001B14C3">
      <w:pPr>
        <w:spacing w:after="0" w:line="360" w:lineRule="auto"/>
        <w:rPr>
          <w:rFonts w:ascii="Times New Roman" w:hAnsi="Times New Roman" w:cs="Times New Roman"/>
          <w:sz w:val="24"/>
          <w:szCs w:val="24"/>
        </w:rPr>
      </w:pPr>
    </w:p>
    <w:p w:rsidR="00B73AD3" w:rsidRPr="001B14C3" w:rsidRDefault="00B73AD3" w:rsidP="001B14C3">
      <w:pPr>
        <w:spacing w:after="0" w:line="360" w:lineRule="auto"/>
        <w:rPr>
          <w:rFonts w:ascii="Times New Roman" w:hAnsi="Times New Roman" w:cs="Times New Roman"/>
          <w:sz w:val="24"/>
          <w:szCs w:val="24"/>
          <w:lang w:val="ru-RU"/>
        </w:rPr>
      </w:pPr>
    </w:p>
    <w:p w:rsidR="00B73AD3" w:rsidRPr="001B14C3" w:rsidRDefault="00B73AD3" w:rsidP="001B14C3">
      <w:pPr>
        <w:spacing w:after="0" w:line="360" w:lineRule="auto"/>
        <w:rPr>
          <w:rFonts w:ascii="Times New Roman" w:hAnsi="Times New Roman" w:cs="Times New Roman"/>
          <w:sz w:val="24"/>
          <w:szCs w:val="24"/>
          <w:lang w:val="ru-RU"/>
        </w:rPr>
      </w:pPr>
    </w:p>
    <w:p w:rsidR="00B73AD3" w:rsidRPr="001B14C3" w:rsidRDefault="00B73AD3" w:rsidP="001B14C3">
      <w:pPr>
        <w:spacing w:after="0" w:line="360" w:lineRule="auto"/>
        <w:rPr>
          <w:rFonts w:ascii="Times New Roman" w:hAnsi="Times New Roman" w:cs="Times New Roman"/>
          <w:sz w:val="24"/>
          <w:szCs w:val="24"/>
          <w:lang w:val="ru-RU"/>
        </w:rPr>
      </w:pPr>
    </w:p>
    <w:p w:rsidR="00B73AD3" w:rsidRPr="001B14C3" w:rsidRDefault="00B73AD3" w:rsidP="001B14C3">
      <w:pPr>
        <w:spacing w:after="0" w:line="360" w:lineRule="auto"/>
        <w:rPr>
          <w:rFonts w:ascii="Times New Roman" w:hAnsi="Times New Roman" w:cs="Times New Roman"/>
          <w:sz w:val="24"/>
          <w:szCs w:val="24"/>
          <w:lang w:val="ru-RU"/>
        </w:rPr>
      </w:pPr>
    </w:p>
    <w:p w:rsidR="00B73AD3" w:rsidRPr="001B14C3" w:rsidRDefault="00B73AD3" w:rsidP="001B14C3">
      <w:pPr>
        <w:autoSpaceDE w:val="0"/>
        <w:autoSpaceDN w:val="0"/>
        <w:spacing w:after="0" w:line="360" w:lineRule="auto"/>
        <w:rPr>
          <w:rFonts w:ascii="Times New Roman" w:eastAsia="Times New Roman" w:hAnsi="Times New Roman" w:cs="Times New Roman"/>
          <w:b/>
          <w:color w:val="000000"/>
          <w:w w:val="101"/>
          <w:sz w:val="24"/>
          <w:szCs w:val="24"/>
          <w:lang w:val="ru-RU"/>
        </w:rPr>
      </w:pPr>
      <w:r w:rsidRPr="001B14C3">
        <w:rPr>
          <w:rFonts w:ascii="Times New Roman" w:eastAsia="Times New Roman" w:hAnsi="Times New Roman" w:cs="Times New Roman"/>
          <w:b/>
          <w:color w:val="000000"/>
          <w:w w:val="101"/>
          <w:sz w:val="24"/>
          <w:szCs w:val="24"/>
        </w:rPr>
        <w:t xml:space="preserve">ТЕМАТИЧЕСКОЕ ПЛАНИРОВАНИЕ </w:t>
      </w:r>
      <w:r w:rsidRPr="001B14C3">
        <w:rPr>
          <w:rFonts w:ascii="Times New Roman" w:eastAsia="Times New Roman" w:hAnsi="Times New Roman" w:cs="Times New Roman"/>
          <w:b/>
          <w:color w:val="000000"/>
          <w:w w:val="101"/>
          <w:sz w:val="24"/>
          <w:szCs w:val="24"/>
          <w:lang w:val="ru-RU"/>
        </w:rPr>
        <w:t>6  класс</w:t>
      </w:r>
    </w:p>
    <w:tbl>
      <w:tblPr>
        <w:tblStyle w:val="aff0"/>
        <w:tblW w:w="15984" w:type="dxa"/>
        <w:tblLayout w:type="fixed"/>
        <w:tblLook w:val="04A0" w:firstRow="1" w:lastRow="0" w:firstColumn="1" w:lastColumn="0" w:noHBand="0" w:noVBand="1"/>
      </w:tblPr>
      <w:tblGrid>
        <w:gridCol w:w="526"/>
        <w:gridCol w:w="3536"/>
        <w:gridCol w:w="973"/>
        <w:gridCol w:w="1008"/>
        <w:gridCol w:w="1132"/>
        <w:gridCol w:w="20"/>
        <w:gridCol w:w="1095"/>
        <w:gridCol w:w="32"/>
        <w:gridCol w:w="3948"/>
        <w:gridCol w:w="23"/>
        <w:gridCol w:w="1625"/>
        <w:gridCol w:w="24"/>
        <w:gridCol w:w="2042"/>
      </w:tblGrid>
      <w:tr w:rsidR="00B73AD3" w:rsidRPr="001B14C3" w:rsidTr="00B57328">
        <w:trPr>
          <w:trHeight w:val="510"/>
        </w:trPr>
        <w:tc>
          <w:tcPr>
            <w:tcW w:w="527" w:type="dxa"/>
            <w:vMerge w:val="restart"/>
          </w:tcPr>
          <w:p w:rsidR="00B73AD3" w:rsidRPr="001B14C3" w:rsidRDefault="00B73AD3" w:rsidP="001B14C3">
            <w:pPr>
              <w:autoSpaceDE w:val="0"/>
              <w:autoSpaceDN w:val="0"/>
              <w:spacing w:line="360" w:lineRule="auto"/>
              <w:rPr>
                <w:rFonts w:ascii="Times New Roman" w:hAnsi="Times New Roman" w:cs="Times New Roman"/>
                <w:b/>
                <w:sz w:val="24"/>
                <w:szCs w:val="24"/>
                <w:lang w:val="ru-RU"/>
              </w:rPr>
            </w:pPr>
            <w:r w:rsidRPr="001B14C3">
              <w:rPr>
                <w:rFonts w:ascii="Times New Roman" w:hAnsi="Times New Roman" w:cs="Times New Roman"/>
                <w:b/>
                <w:sz w:val="24"/>
                <w:szCs w:val="24"/>
                <w:lang w:val="ru-RU"/>
              </w:rPr>
              <w:t>№ п/п</w:t>
            </w:r>
          </w:p>
        </w:tc>
        <w:tc>
          <w:tcPr>
            <w:tcW w:w="3536" w:type="dxa"/>
            <w:vMerge w:val="restart"/>
          </w:tcPr>
          <w:p w:rsidR="00B73AD3" w:rsidRPr="001B14C3" w:rsidRDefault="00B73AD3" w:rsidP="001B14C3">
            <w:pPr>
              <w:autoSpaceDE w:val="0"/>
              <w:autoSpaceDN w:val="0"/>
              <w:spacing w:line="360" w:lineRule="auto"/>
              <w:rPr>
                <w:rFonts w:ascii="Times New Roman" w:hAnsi="Times New Roman" w:cs="Times New Roman"/>
                <w:b/>
                <w:sz w:val="24"/>
                <w:szCs w:val="24"/>
                <w:lang w:val="ru-RU"/>
              </w:rPr>
            </w:pPr>
            <w:r w:rsidRPr="001B14C3">
              <w:rPr>
                <w:rFonts w:ascii="Times New Roman" w:eastAsia="Times New Roman" w:hAnsi="Times New Roman" w:cs="Times New Roman"/>
                <w:b/>
                <w:color w:val="000000"/>
                <w:w w:val="97"/>
                <w:sz w:val="24"/>
                <w:szCs w:val="24"/>
                <w:lang w:val="ru-RU"/>
              </w:rPr>
              <w:t>Наименование разделов и тем программы</w:t>
            </w:r>
          </w:p>
        </w:tc>
        <w:tc>
          <w:tcPr>
            <w:tcW w:w="3133" w:type="dxa"/>
            <w:gridSpan w:val="4"/>
          </w:tcPr>
          <w:p w:rsidR="00B73AD3" w:rsidRPr="001B14C3" w:rsidRDefault="00B73AD3" w:rsidP="001B14C3">
            <w:pPr>
              <w:autoSpaceDE w:val="0"/>
              <w:autoSpaceDN w:val="0"/>
              <w:spacing w:line="360" w:lineRule="auto"/>
              <w:rPr>
                <w:rFonts w:ascii="Times New Roman" w:hAnsi="Times New Roman" w:cs="Times New Roman"/>
                <w:b/>
                <w:sz w:val="24"/>
                <w:szCs w:val="24"/>
                <w:lang w:val="ru-RU"/>
              </w:rPr>
            </w:pPr>
            <w:r w:rsidRPr="001B14C3">
              <w:rPr>
                <w:rFonts w:ascii="Times New Roman" w:eastAsia="Times New Roman" w:hAnsi="Times New Roman" w:cs="Times New Roman"/>
                <w:b/>
                <w:color w:val="000000"/>
                <w:w w:val="97"/>
                <w:sz w:val="24"/>
                <w:szCs w:val="24"/>
                <w:lang w:val="ru-RU"/>
              </w:rPr>
              <w:t>Количество часов</w:t>
            </w:r>
          </w:p>
        </w:tc>
        <w:tc>
          <w:tcPr>
            <w:tcW w:w="1127" w:type="dxa"/>
            <w:gridSpan w:val="2"/>
            <w:vMerge w:val="restart"/>
          </w:tcPr>
          <w:p w:rsidR="00B73AD3" w:rsidRPr="001B14C3" w:rsidRDefault="00B73AD3" w:rsidP="001B14C3">
            <w:pPr>
              <w:autoSpaceDE w:val="0"/>
              <w:autoSpaceDN w:val="0"/>
              <w:spacing w:line="360" w:lineRule="auto"/>
              <w:rPr>
                <w:rFonts w:ascii="Times New Roman" w:hAnsi="Times New Roman" w:cs="Times New Roman"/>
                <w:b/>
                <w:sz w:val="24"/>
                <w:szCs w:val="24"/>
                <w:lang w:val="ru-RU"/>
              </w:rPr>
            </w:pPr>
            <w:r w:rsidRPr="001B14C3">
              <w:rPr>
                <w:rFonts w:ascii="Times New Roman" w:hAnsi="Times New Roman" w:cs="Times New Roman"/>
                <w:b/>
                <w:sz w:val="24"/>
                <w:szCs w:val="24"/>
                <w:lang w:val="ru-RU"/>
              </w:rPr>
              <w:t>Дата изучения</w:t>
            </w:r>
          </w:p>
        </w:tc>
        <w:tc>
          <w:tcPr>
            <w:tcW w:w="3970" w:type="dxa"/>
            <w:gridSpan w:val="2"/>
            <w:vMerge w:val="restart"/>
          </w:tcPr>
          <w:p w:rsidR="00B73AD3" w:rsidRPr="001B14C3" w:rsidRDefault="00B73AD3" w:rsidP="001B14C3">
            <w:pPr>
              <w:autoSpaceDE w:val="0"/>
              <w:autoSpaceDN w:val="0"/>
              <w:spacing w:line="360" w:lineRule="auto"/>
              <w:rPr>
                <w:rFonts w:ascii="Times New Roman" w:hAnsi="Times New Roman" w:cs="Times New Roman"/>
                <w:b/>
                <w:sz w:val="24"/>
                <w:szCs w:val="24"/>
                <w:lang w:val="ru-RU"/>
              </w:rPr>
            </w:pPr>
            <w:r w:rsidRPr="001B14C3">
              <w:rPr>
                <w:rFonts w:ascii="Times New Roman" w:hAnsi="Times New Roman" w:cs="Times New Roman"/>
                <w:b/>
                <w:sz w:val="24"/>
                <w:szCs w:val="24"/>
                <w:lang w:val="ru-RU"/>
              </w:rPr>
              <w:t xml:space="preserve">Вид </w:t>
            </w:r>
            <w:r w:rsidR="001D440E">
              <w:rPr>
                <w:rFonts w:ascii="Times New Roman" w:hAnsi="Times New Roman" w:cs="Times New Roman"/>
                <w:b/>
                <w:sz w:val="24"/>
                <w:szCs w:val="24"/>
                <w:lang w:val="ru-RU"/>
              </w:rPr>
              <w:t xml:space="preserve">воспитательной </w:t>
            </w:r>
            <w:r w:rsidRPr="001B14C3">
              <w:rPr>
                <w:rFonts w:ascii="Times New Roman" w:hAnsi="Times New Roman" w:cs="Times New Roman"/>
                <w:b/>
                <w:sz w:val="24"/>
                <w:szCs w:val="24"/>
                <w:lang w:val="ru-RU"/>
              </w:rPr>
              <w:t>деятельности</w:t>
            </w:r>
          </w:p>
        </w:tc>
        <w:tc>
          <w:tcPr>
            <w:tcW w:w="1649" w:type="dxa"/>
            <w:gridSpan w:val="2"/>
            <w:vMerge w:val="restart"/>
          </w:tcPr>
          <w:p w:rsidR="00B73AD3" w:rsidRPr="001B14C3" w:rsidRDefault="00B73AD3" w:rsidP="001B14C3">
            <w:pPr>
              <w:autoSpaceDE w:val="0"/>
              <w:autoSpaceDN w:val="0"/>
              <w:spacing w:line="360" w:lineRule="auto"/>
              <w:rPr>
                <w:rFonts w:ascii="Times New Roman" w:hAnsi="Times New Roman" w:cs="Times New Roman"/>
                <w:b/>
                <w:sz w:val="24"/>
                <w:szCs w:val="24"/>
                <w:lang w:val="ru-RU"/>
              </w:rPr>
            </w:pPr>
            <w:r w:rsidRPr="001B14C3">
              <w:rPr>
                <w:rFonts w:ascii="Times New Roman" w:hAnsi="Times New Roman" w:cs="Times New Roman"/>
                <w:b/>
                <w:sz w:val="24"/>
                <w:szCs w:val="24"/>
                <w:lang w:val="ru-RU"/>
              </w:rPr>
              <w:t>Виды, формы контроля</w:t>
            </w:r>
          </w:p>
        </w:tc>
        <w:tc>
          <w:tcPr>
            <w:tcW w:w="2042" w:type="dxa"/>
            <w:vMerge w:val="restart"/>
          </w:tcPr>
          <w:p w:rsidR="00B73AD3" w:rsidRPr="001B14C3" w:rsidRDefault="00B73AD3" w:rsidP="001B14C3">
            <w:pPr>
              <w:autoSpaceDE w:val="0"/>
              <w:autoSpaceDN w:val="0"/>
              <w:spacing w:line="360" w:lineRule="auto"/>
              <w:rPr>
                <w:rFonts w:ascii="Times New Roman" w:hAnsi="Times New Roman" w:cs="Times New Roman"/>
                <w:b/>
                <w:sz w:val="24"/>
                <w:szCs w:val="24"/>
                <w:lang w:val="ru-RU"/>
              </w:rPr>
            </w:pPr>
            <w:r w:rsidRPr="001B14C3">
              <w:rPr>
                <w:rFonts w:ascii="Times New Roman" w:hAnsi="Times New Roman" w:cs="Times New Roman"/>
                <w:b/>
                <w:sz w:val="24"/>
                <w:szCs w:val="24"/>
                <w:lang w:val="ru-RU"/>
              </w:rPr>
              <w:t>Электронные (цифровые образовательные ресурсы)</w:t>
            </w:r>
          </w:p>
        </w:tc>
      </w:tr>
      <w:tr w:rsidR="00B73AD3" w:rsidRPr="001B14C3" w:rsidTr="00B57328">
        <w:trPr>
          <w:trHeight w:val="868"/>
        </w:trPr>
        <w:tc>
          <w:tcPr>
            <w:tcW w:w="527" w:type="dxa"/>
            <w:vMerge/>
          </w:tcPr>
          <w:p w:rsidR="00B73AD3" w:rsidRPr="001B14C3" w:rsidRDefault="00B73AD3" w:rsidP="001B14C3">
            <w:pPr>
              <w:autoSpaceDE w:val="0"/>
              <w:autoSpaceDN w:val="0"/>
              <w:spacing w:line="360" w:lineRule="auto"/>
              <w:rPr>
                <w:rFonts w:ascii="Times New Roman" w:hAnsi="Times New Roman" w:cs="Times New Roman"/>
                <w:b/>
                <w:sz w:val="24"/>
                <w:szCs w:val="24"/>
                <w:lang w:val="ru-RU"/>
              </w:rPr>
            </w:pPr>
          </w:p>
        </w:tc>
        <w:tc>
          <w:tcPr>
            <w:tcW w:w="3536" w:type="dxa"/>
            <w:vMerge/>
          </w:tcPr>
          <w:p w:rsidR="00B73AD3" w:rsidRPr="001B14C3" w:rsidRDefault="00B73AD3" w:rsidP="001B14C3">
            <w:pPr>
              <w:autoSpaceDE w:val="0"/>
              <w:autoSpaceDN w:val="0"/>
              <w:spacing w:line="360" w:lineRule="auto"/>
              <w:rPr>
                <w:rFonts w:ascii="Times New Roman" w:eastAsia="Times New Roman" w:hAnsi="Times New Roman" w:cs="Times New Roman"/>
                <w:b/>
                <w:color w:val="000000"/>
                <w:w w:val="97"/>
                <w:sz w:val="24"/>
                <w:szCs w:val="24"/>
                <w:lang w:val="ru-RU"/>
              </w:rPr>
            </w:pPr>
          </w:p>
        </w:tc>
        <w:tc>
          <w:tcPr>
            <w:tcW w:w="973" w:type="dxa"/>
          </w:tcPr>
          <w:p w:rsidR="00B73AD3" w:rsidRPr="001B14C3" w:rsidRDefault="00B73AD3"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 xml:space="preserve">Всего </w:t>
            </w:r>
          </w:p>
        </w:tc>
        <w:tc>
          <w:tcPr>
            <w:tcW w:w="1008" w:type="dxa"/>
          </w:tcPr>
          <w:p w:rsidR="00B73AD3" w:rsidRPr="001B14C3" w:rsidRDefault="00B73AD3"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Контрольные работы</w:t>
            </w:r>
          </w:p>
        </w:tc>
        <w:tc>
          <w:tcPr>
            <w:tcW w:w="1152" w:type="dxa"/>
            <w:gridSpan w:val="2"/>
          </w:tcPr>
          <w:p w:rsidR="00B73AD3" w:rsidRPr="001B14C3" w:rsidRDefault="00B73AD3"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Практические работы</w:t>
            </w:r>
          </w:p>
        </w:tc>
        <w:tc>
          <w:tcPr>
            <w:tcW w:w="1127" w:type="dxa"/>
            <w:gridSpan w:val="2"/>
            <w:vMerge/>
          </w:tcPr>
          <w:p w:rsidR="00B73AD3" w:rsidRPr="001B14C3" w:rsidRDefault="00B73AD3" w:rsidP="001B14C3">
            <w:pPr>
              <w:autoSpaceDE w:val="0"/>
              <w:autoSpaceDN w:val="0"/>
              <w:spacing w:line="360" w:lineRule="auto"/>
              <w:rPr>
                <w:rFonts w:ascii="Times New Roman" w:hAnsi="Times New Roman" w:cs="Times New Roman"/>
                <w:b/>
                <w:sz w:val="24"/>
                <w:szCs w:val="24"/>
                <w:lang w:val="ru-RU"/>
              </w:rPr>
            </w:pPr>
          </w:p>
        </w:tc>
        <w:tc>
          <w:tcPr>
            <w:tcW w:w="3970" w:type="dxa"/>
            <w:gridSpan w:val="2"/>
            <w:vMerge/>
          </w:tcPr>
          <w:p w:rsidR="00B73AD3" w:rsidRPr="001B14C3" w:rsidRDefault="00B73AD3" w:rsidP="001B14C3">
            <w:pPr>
              <w:autoSpaceDE w:val="0"/>
              <w:autoSpaceDN w:val="0"/>
              <w:spacing w:line="360" w:lineRule="auto"/>
              <w:rPr>
                <w:rFonts w:ascii="Times New Roman" w:hAnsi="Times New Roman" w:cs="Times New Roman"/>
                <w:b/>
                <w:sz w:val="24"/>
                <w:szCs w:val="24"/>
                <w:lang w:val="ru-RU"/>
              </w:rPr>
            </w:pPr>
          </w:p>
        </w:tc>
        <w:tc>
          <w:tcPr>
            <w:tcW w:w="1649" w:type="dxa"/>
            <w:gridSpan w:val="2"/>
            <w:vMerge/>
          </w:tcPr>
          <w:p w:rsidR="00B73AD3" w:rsidRPr="001B14C3" w:rsidRDefault="00B73AD3" w:rsidP="001B14C3">
            <w:pPr>
              <w:autoSpaceDE w:val="0"/>
              <w:autoSpaceDN w:val="0"/>
              <w:spacing w:line="360" w:lineRule="auto"/>
              <w:rPr>
                <w:rFonts w:ascii="Times New Roman" w:hAnsi="Times New Roman" w:cs="Times New Roman"/>
                <w:b/>
                <w:sz w:val="24"/>
                <w:szCs w:val="24"/>
                <w:lang w:val="ru-RU"/>
              </w:rPr>
            </w:pPr>
          </w:p>
        </w:tc>
        <w:tc>
          <w:tcPr>
            <w:tcW w:w="2042" w:type="dxa"/>
            <w:vMerge/>
          </w:tcPr>
          <w:p w:rsidR="00B73AD3" w:rsidRPr="001B14C3" w:rsidRDefault="00B73AD3" w:rsidP="001B14C3">
            <w:pPr>
              <w:autoSpaceDE w:val="0"/>
              <w:autoSpaceDN w:val="0"/>
              <w:spacing w:line="360" w:lineRule="auto"/>
              <w:rPr>
                <w:rFonts w:ascii="Times New Roman" w:hAnsi="Times New Roman" w:cs="Times New Roman"/>
                <w:b/>
                <w:sz w:val="24"/>
                <w:szCs w:val="24"/>
                <w:lang w:val="ru-RU"/>
              </w:rPr>
            </w:pPr>
          </w:p>
        </w:tc>
      </w:tr>
      <w:tr w:rsidR="00B57328" w:rsidRPr="001B14C3" w:rsidTr="00B57328">
        <w:trPr>
          <w:trHeight w:val="549"/>
        </w:trPr>
        <w:tc>
          <w:tcPr>
            <w:tcW w:w="7196" w:type="dxa"/>
            <w:gridSpan w:val="6"/>
          </w:tcPr>
          <w:p w:rsidR="00B57328" w:rsidRPr="001B14C3" w:rsidRDefault="00B57328" w:rsidP="001B14C3">
            <w:pPr>
              <w:autoSpaceDE w:val="0"/>
              <w:autoSpaceDN w:val="0"/>
              <w:spacing w:line="360" w:lineRule="auto"/>
              <w:ind w:left="180" w:right="-14"/>
              <w:jc w:val="both"/>
              <w:rPr>
                <w:rFonts w:ascii="Times New Roman" w:hAnsi="Times New Roman" w:cs="Times New Roman"/>
                <w:b/>
                <w:sz w:val="24"/>
                <w:szCs w:val="24"/>
                <w:lang w:val="ru-RU"/>
              </w:rPr>
            </w:pPr>
            <w:r w:rsidRPr="001B14C3">
              <w:rPr>
                <w:rFonts w:ascii="Times New Roman" w:eastAsia="Times New Roman" w:hAnsi="Times New Roman" w:cs="Times New Roman"/>
                <w:b/>
                <w:color w:val="000000"/>
                <w:w w:val="97"/>
                <w:sz w:val="24"/>
                <w:szCs w:val="24"/>
                <w:lang w:val="ru-RU"/>
              </w:rPr>
              <w:t xml:space="preserve">Раздел 1. </w:t>
            </w:r>
            <w:r w:rsidRPr="001B14C3">
              <w:rPr>
                <w:rFonts w:ascii="Times New Roman" w:hAnsi="Times New Roman" w:cs="Times New Roman"/>
                <w:b/>
                <w:sz w:val="24"/>
                <w:szCs w:val="24"/>
                <w:lang w:val="ru-RU"/>
              </w:rPr>
              <w:t>. «Культура как социальность»</w:t>
            </w:r>
          </w:p>
          <w:p w:rsidR="00B57328" w:rsidRPr="001B14C3" w:rsidRDefault="00B57328" w:rsidP="001B14C3">
            <w:pPr>
              <w:autoSpaceDE w:val="0"/>
              <w:autoSpaceDN w:val="0"/>
              <w:spacing w:line="360" w:lineRule="auto"/>
              <w:rPr>
                <w:rFonts w:ascii="Times New Roman" w:hAnsi="Times New Roman" w:cs="Times New Roman"/>
                <w:b/>
                <w:sz w:val="24"/>
                <w:szCs w:val="24"/>
                <w:lang w:val="ru-RU"/>
              </w:rPr>
            </w:pPr>
          </w:p>
        </w:tc>
        <w:tc>
          <w:tcPr>
            <w:tcW w:w="1127" w:type="dxa"/>
            <w:gridSpan w:val="2"/>
          </w:tcPr>
          <w:p w:rsidR="00B57328" w:rsidRDefault="00B57328">
            <w:pPr>
              <w:rPr>
                <w:rFonts w:ascii="Times New Roman" w:hAnsi="Times New Roman" w:cs="Times New Roman"/>
                <w:b/>
                <w:sz w:val="24"/>
                <w:szCs w:val="24"/>
                <w:lang w:val="ru-RU"/>
              </w:rPr>
            </w:pPr>
          </w:p>
          <w:p w:rsidR="00B57328" w:rsidRPr="001B14C3" w:rsidRDefault="00B57328" w:rsidP="00B57328">
            <w:pPr>
              <w:autoSpaceDE w:val="0"/>
              <w:autoSpaceDN w:val="0"/>
              <w:spacing w:line="360" w:lineRule="auto"/>
              <w:rPr>
                <w:rFonts w:ascii="Times New Roman" w:hAnsi="Times New Roman" w:cs="Times New Roman"/>
                <w:b/>
                <w:sz w:val="24"/>
                <w:szCs w:val="24"/>
                <w:lang w:val="ru-RU"/>
              </w:rPr>
            </w:pPr>
          </w:p>
        </w:tc>
        <w:tc>
          <w:tcPr>
            <w:tcW w:w="3970" w:type="dxa"/>
            <w:gridSpan w:val="2"/>
          </w:tcPr>
          <w:p w:rsidR="00B57328" w:rsidRDefault="00B57328">
            <w:pPr>
              <w:rPr>
                <w:rFonts w:ascii="Times New Roman" w:hAnsi="Times New Roman" w:cs="Times New Roman"/>
                <w:b/>
                <w:sz w:val="24"/>
                <w:szCs w:val="24"/>
                <w:lang w:val="ru-RU"/>
              </w:rPr>
            </w:pPr>
          </w:p>
          <w:p w:rsidR="00B57328" w:rsidRPr="001B14C3" w:rsidRDefault="00B57328" w:rsidP="00B57328">
            <w:pPr>
              <w:autoSpaceDE w:val="0"/>
              <w:autoSpaceDN w:val="0"/>
              <w:spacing w:line="360" w:lineRule="auto"/>
              <w:rPr>
                <w:rFonts w:ascii="Times New Roman" w:hAnsi="Times New Roman" w:cs="Times New Roman"/>
                <w:b/>
                <w:sz w:val="24"/>
                <w:szCs w:val="24"/>
                <w:lang w:val="ru-RU"/>
              </w:rPr>
            </w:pPr>
          </w:p>
        </w:tc>
        <w:tc>
          <w:tcPr>
            <w:tcW w:w="1649" w:type="dxa"/>
            <w:gridSpan w:val="2"/>
          </w:tcPr>
          <w:p w:rsidR="00B57328" w:rsidRDefault="00B57328">
            <w:pPr>
              <w:rPr>
                <w:rFonts w:ascii="Times New Roman" w:hAnsi="Times New Roman" w:cs="Times New Roman"/>
                <w:b/>
                <w:sz w:val="24"/>
                <w:szCs w:val="24"/>
                <w:lang w:val="ru-RU"/>
              </w:rPr>
            </w:pPr>
          </w:p>
          <w:p w:rsidR="00B57328" w:rsidRPr="001B14C3" w:rsidRDefault="00B57328" w:rsidP="001040DB">
            <w:pPr>
              <w:autoSpaceDE w:val="0"/>
              <w:autoSpaceDN w:val="0"/>
              <w:spacing w:line="360" w:lineRule="auto"/>
              <w:rPr>
                <w:rFonts w:ascii="Times New Roman" w:hAnsi="Times New Roman" w:cs="Times New Roman"/>
                <w:b/>
                <w:sz w:val="24"/>
                <w:szCs w:val="24"/>
                <w:lang w:val="ru-RU"/>
              </w:rPr>
            </w:pPr>
          </w:p>
        </w:tc>
        <w:tc>
          <w:tcPr>
            <w:tcW w:w="2042" w:type="dxa"/>
          </w:tcPr>
          <w:p w:rsidR="00B57328" w:rsidRDefault="00B57328">
            <w:pPr>
              <w:rPr>
                <w:rFonts w:ascii="Times New Roman" w:hAnsi="Times New Roman" w:cs="Times New Roman"/>
                <w:b/>
                <w:sz w:val="24"/>
                <w:szCs w:val="24"/>
                <w:lang w:val="ru-RU"/>
              </w:rPr>
            </w:pPr>
          </w:p>
          <w:p w:rsidR="00B57328" w:rsidRPr="001B14C3" w:rsidRDefault="00B57328" w:rsidP="001040DB">
            <w:pPr>
              <w:autoSpaceDE w:val="0"/>
              <w:autoSpaceDN w:val="0"/>
              <w:spacing w:line="360" w:lineRule="auto"/>
              <w:rPr>
                <w:rFonts w:ascii="Times New Roman" w:hAnsi="Times New Roman" w:cs="Times New Roman"/>
                <w:b/>
                <w:sz w:val="24"/>
                <w:szCs w:val="24"/>
                <w:lang w:val="ru-RU"/>
              </w:rPr>
            </w:pPr>
          </w:p>
        </w:tc>
      </w:tr>
      <w:tr w:rsidR="006150A6" w:rsidRPr="001B14C3" w:rsidTr="00B57328">
        <w:trPr>
          <w:trHeight w:val="557"/>
        </w:trPr>
        <w:tc>
          <w:tcPr>
            <w:tcW w:w="527" w:type="dxa"/>
          </w:tcPr>
          <w:p w:rsidR="006150A6" w:rsidRPr="001B14C3" w:rsidRDefault="006150A6" w:rsidP="001B14C3">
            <w:pPr>
              <w:autoSpaceDE w:val="0"/>
              <w:autoSpaceDN w:val="0"/>
              <w:spacing w:line="360" w:lineRule="auto"/>
              <w:rPr>
                <w:rFonts w:ascii="Times New Roman" w:hAnsi="Times New Roman" w:cs="Times New Roman"/>
                <w:sz w:val="24"/>
                <w:szCs w:val="24"/>
                <w:lang w:val="ru-RU"/>
              </w:rPr>
            </w:pPr>
            <w:r w:rsidRPr="001B14C3">
              <w:rPr>
                <w:rFonts w:ascii="Times New Roman" w:hAnsi="Times New Roman" w:cs="Times New Roman"/>
                <w:sz w:val="24"/>
                <w:szCs w:val="24"/>
                <w:lang w:val="ru-RU"/>
              </w:rPr>
              <w:t>1.1</w:t>
            </w:r>
          </w:p>
        </w:tc>
        <w:tc>
          <w:tcPr>
            <w:tcW w:w="3536" w:type="dxa"/>
          </w:tcPr>
          <w:p w:rsidR="006150A6" w:rsidRPr="001B14C3" w:rsidRDefault="006150A6" w:rsidP="001B14C3">
            <w:pPr>
              <w:autoSpaceDE w:val="0"/>
              <w:autoSpaceDN w:val="0"/>
              <w:spacing w:line="360" w:lineRule="auto"/>
              <w:ind w:left="180" w:right="-14"/>
              <w:jc w:val="both"/>
              <w:rPr>
                <w:rFonts w:ascii="Times New Roman" w:hAnsi="Times New Roman" w:cs="Times New Roman"/>
                <w:b/>
                <w:sz w:val="24"/>
                <w:szCs w:val="24"/>
                <w:lang w:val="ru-RU"/>
              </w:rPr>
            </w:pPr>
            <w:r w:rsidRPr="001B14C3">
              <w:rPr>
                <w:rFonts w:ascii="Times New Roman" w:hAnsi="Times New Roman" w:cs="Times New Roman"/>
                <w:b/>
                <w:sz w:val="24"/>
                <w:szCs w:val="24"/>
                <w:lang w:val="ru-RU"/>
              </w:rPr>
              <w:t>«Культура как социальность»</w:t>
            </w:r>
          </w:p>
          <w:p w:rsidR="006150A6" w:rsidRPr="001B14C3" w:rsidRDefault="006150A6" w:rsidP="001B14C3">
            <w:pPr>
              <w:autoSpaceDE w:val="0"/>
              <w:autoSpaceDN w:val="0"/>
              <w:spacing w:line="360" w:lineRule="auto"/>
              <w:jc w:val="center"/>
              <w:rPr>
                <w:rFonts w:ascii="Times New Roman" w:eastAsia="Times New Roman" w:hAnsi="Times New Roman" w:cs="Times New Roman"/>
                <w:b/>
                <w:color w:val="000000"/>
                <w:w w:val="97"/>
                <w:sz w:val="24"/>
                <w:szCs w:val="24"/>
                <w:lang w:val="ru-RU"/>
              </w:rPr>
            </w:pPr>
          </w:p>
        </w:tc>
        <w:tc>
          <w:tcPr>
            <w:tcW w:w="973" w:type="dxa"/>
          </w:tcPr>
          <w:p w:rsidR="006150A6" w:rsidRPr="001B14C3" w:rsidRDefault="006150A6"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8</w:t>
            </w:r>
          </w:p>
        </w:tc>
        <w:tc>
          <w:tcPr>
            <w:tcW w:w="1008" w:type="dxa"/>
          </w:tcPr>
          <w:p w:rsidR="006150A6" w:rsidRPr="001B14C3" w:rsidRDefault="006150A6"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0</w:t>
            </w:r>
          </w:p>
        </w:tc>
        <w:tc>
          <w:tcPr>
            <w:tcW w:w="1152" w:type="dxa"/>
            <w:gridSpan w:val="2"/>
          </w:tcPr>
          <w:p w:rsidR="006150A6" w:rsidRPr="001B14C3" w:rsidRDefault="006150A6"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0.5</w:t>
            </w:r>
          </w:p>
        </w:tc>
        <w:tc>
          <w:tcPr>
            <w:tcW w:w="1127" w:type="dxa"/>
            <w:gridSpan w:val="2"/>
          </w:tcPr>
          <w:p w:rsidR="006150A6" w:rsidRPr="001B14C3" w:rsidRDefault="006150A6" w:rsidP="001B14C3">
            <w:pPr>
              <w:autoSpaceDE w:val="0"/>
              <w:autoSpaceDN w:val="0"/>
              <w:spacing w:line="360" w:lineRule="auto"/>
              <w:rPr>
                <w:rFonts w:ascii="Times New Roman" w:hAnsi="Times New Roman" w:cs="Times New Roman"/>
                <w:b/>
                <w:sz w:val="24"/>
                <w:szCs w:val="24"/>
                <w:lang w:val="ru-RU"/>
              </w:rPr>
            </w:pPr>
          </w:p>
        </w:tc>
        <w:tc>
          <w:tcPr>
            <w:tcW w:w="3970" w:type="dxa"/>
            <w:gridSpan w:val="2"/>
          </w:tcPr>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знать и уметь объяснить структуру культуры как социального явления;</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понимать специфику социальных явлений, их ключевые отличия от природных явлений;</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уметь доказывать связь между этапом развития материальной культуры и социальной структурой общества, их взаимосвязь с духовно- нравственным состоянием общества;</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понимать зависимость </w:t>
            </w:r>
            <w:r w:rsidRPr="001B14C3">
              <w:rPr>
                <w:rFonts w:ascii="Times New Roman" w:hAnsi="Times New Roman" w:cs="Times New Roman"/>
                <w:sz w:val="24"/>
                <w:szCs w:val="24"/>
                <w:lang w:val="ru-RU"/>
              </w:rPr>
              <w:lastRenderedPageBreak/>
              <w:t>социальных процессов от культурноисторических процессов;</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уметь объяснить взаимосвязь между научно-техническим прогрессом и этапами развития социума. -  характеризовать административно-территориальное деление России;</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 знать количество регионов, различать субъекты и федеральные округа, уметь показать их на административной карте России;</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объяснять принцип равенства прав каждого человека, вне зависимости от его принадлежности к тому или </w:t>
            </w:r>
            <w:r w:rsidRPr="001B14C3">
              <w:rPr>
                <w:rFonts w:ascii="Times New Roman" w:hAnsi="Times New Roman" w:cs="Times New Roman"/>
                <w:sz w:val="24"/>
                <w:szCs w:val="24"/>
                <w:lang w:val="ru-RU"/>
              </w:rPr>
              <w:lastRenderedPageBreak/>
              <w:t>иному народу;</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понимать ценность многообразия культурных укладов народов Российской Федерации; </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-демонстрировать готовность к сохранению межнационального и межрелигиозного согласия в России; </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-характеризовать духовную культуру всех народов России как общее достояние и богатство нашей многонациональной Родины.</w:t>
            </w:r>
          </w:p>
          <w:p w:rsidR="006150A6" w:rsidRPr="001B14C3" w:rsidRDefault="006150A6" w:rsidP="001B14C3">
            <w:pPr>
              <w:autoSpaceDE w:val="0"/>
              <w:autoSpaceDN w:val="0"/>
              <w:spacing w:line="360" w:lineRule="auto"/>
              <w:ind w:left="180" w:right="-14"/>
              <w:jc w:val="both"/>
              <w:rPr>
                <w:rFonts w:ascii="Times New Roman" w:hAnsi="Times New Roman" w:cs="Times New Roman"/>
                <w:b/>
                <w:sz w:val="24"/>
                <w:szCs w:val="24"/>
                <w:lang w:val="ru-RU"/>
              </w:rPr>
            </w:pPr>
          </w:p>
        </w:tc>
        <w:tc>
          <w:tcPr>
            <w:tcW w:w="1649" w:type="dxa"/>
            <w:gridSpan w:val="2"/>
          </w:tcPr>
          <w:p w:rsidR="006150A6" w:rsidRPr="001B14C3" w:rsidRDefault="006150A6" w:rsidP="001B14C3">
            <w:pPr>
              <w:autoSpaceDE w:val="0"/>
              <w:autoSpaceDN w:val="0"/>
              <w:spacing w:line="360" w:lineRule="auto"/>
              <w:rPr>
                <w:rFonts w:ascii="Times New Roman" w:hAnsi="Times New Roman" w:cs="Times New Roman"/>
                <w:sz w:val="24"/>
                <w:szCs w:val="24"/>
                <w:lang w:val="ru-RU"/>
              </w:rPr>
            </w:pPr>
            <w:r w:rsidRPr="001B14C3">
              <w:rPr>
                <w:rFonts w:ascii="Times New Roman" w:hAnsi="Times New Roman" w:cs="Times New Roman"/>
                <w:sz w:val="24"/>
                <w:szCs w:val="24"/>
                <w:lang w:val="ru-RU"/>
              </w:rPr>
              <w:lastRenderedPageBreak/>
              <w:t>устный опрос,</w:t>
            </w:r>
          </w:p>
          <w:p w:rsidR="006150A6" w:rsidRPr="001B14C3" w:rsidRDefault="006150A6" w:rsidP="001B14C3">
            <w:pPr>
              <w:autoSpaceDE w:val="0"/>
              <w:autoSpaceDN w:val="0"/>
              <w:spacing w:line="360" w:lineRule="auto"/>
              <w:rPr>
                <w:rFonts w:ascii="Times New Roman" w:hAnsi="Times New Roman" w:cs="Times New Roman"/>
                <w:sz w:val="24"/>
                <w:szCs w:val="24"/>
                <w:lang w:val="ru-RU"/>
              </w:rPr>
            </w:pPr>
            <w:r w:rsidRPr="001B14C3">
              <w:rPr>
                <w:rFonts w:ascii="Times New Roman" w:hAnsi="Times New Roman" w:cs="Times New Roman"/>
                <w:sz w:val="24"/>
                <w:szCs w:val="24"/>
                <w:lang w:val="ru-RU"/>
              </w:rPr>
              <w:t>практическая работа, письменный контроль</w:t>
            </w:r>
          </w:p>
        </w:tc>
        <w:tc>
          <w:tcPr>
            <w:tcW w:w="2042" w:type="dxa"/>
          </w:tcPr>
          <w:p w:rsidR="006150A6" w:rsidRPr="001B14C3" w:rsidRDefault="001F4597" w:rsidP="001B14C3">
            <w:pPr>
              <w:spacing w:line="360" w:lineRule="auto"/>
              <w:rPr>
                <w:rFonts w:ascii="Times New Roman" w:hAnsi="Times New Roman" w:cs="Times New Roman"/>
                <w:sz w:val="24"/>
                <w:szCs w:val="24"/>
                <w:lang w:val="ru-RU"/>
              </w:rPr>
            </w:pPr>
            <w:hyperlink r:id="rId22" w:history="1">
              <w:r w:rsidR="006150A6" w:rsidRPr="001B14C3">
                <w:rPr>
                  <w:rStyle w:val="aff1"/>
                  <w:rFonts w:ascii="Times New Roman" w:eastAsia="Times New Roman" w:hAnsi="Times New Roman" w:cs="Times New Roman"/>
                  <w:sz w:val="24"/>
                  <w:szCs w:val="24"/>
                  <w:lang w:eastAsia="ru-RU"/>
                </w:rPr>
                <w:t>http</w:t>
              </w:r>
              <w:r w:rsidR="006150A6" w:rsidRPr="001B14C3">
                <w:rPr>
                  <w:rStyle w:val="aff1"/>
                  <w:rFonts w:ascii="Times New Roman" w:eastAsia="Times New Roman" w:hAnsi="Times New Roman" w:cs="Times New Roman"/>
                  <w:sz w:val="24"/>
                  <w:szCs w:val="24"/>
                  <w:lang w:val="ru-RU" w:eastAsia="ru-RU"/>
                </w:rPr>
                <w:t>://</w:t>
              </w:r>
              <w:r w:rsidR="006150A6" w:rsidRPr="001B14C3">
                <w:rPr>
                  <w:rStyle w:val="aff1"/>
                  <w:rFonts w:ascii="Times New Roman" w:eastAsia="Times New Roman" w:hAnsi="Times New Roman" w:cs="Times New Roman"/>
                  <w:sz w:val="24"/>
                  <w:szCs w:val="24"/>
                  <w:lang w:eastAsia="ru-RU"/>
                </w:rPr>
                <w:t>scool</w:t>
              </w:r>
              <w:r w:rsidR="006150A6" w:rsidRPr="001B14C3">
                <w:rPr>
                  <w:rStyle w:val="aff1"/>
                  <w:rFonts w:ascii="Times New Roman" w:eastAsia="Times New Roman" w:hAnsi="Times New Roman" w:cs="Times New Roman"/>
                  <w:sz w:val="24"/>
                  <w:szCs w:val="24"/>
                  <w:lang w:val="ru-RU" w:eastAsia="ru-RU"/>
                </w:rPr>
                <w:t>-</w:t>
              </w:r>
              <w:r w:rsidR="006150A6" w:rsidRPr="001B14C3">
                <w:rPr>
                  <w:rStyle w:val="aff1"/>
                  <w:rFonts w:ascii="Times New Roman" w:eastAsia="Times New Roman" w:hAnsi="Times New Roman" w:cs="Times New Roman"/>
                  <w:sz w:val="24"/>
                  <w:szCs w:val="24"/>
                  <w:lang w:eastAsia="ru-RU"/>
                </w:rPr>
                <w:t>collection</w:t>
              </w:r>
              <w:r w:rsidR="006150A6" w:rsidRPr="001B14C3">
                <w:rPr>
                  <w:rStyle w:val="aff1"/>
                  <w:rFonts w:ascii="Times New Roman" w:eastAsia="Times New Roman" w:hAnsi="Times New Roman" w:cs="Times New Roman"/>
                  <w:sz w:val="24"/>
                  <w:szCs w:val="24"/>
                  <w:lang w:val="ru-RU" w:eastAsia="ru-RU"/>
                </w:rPr>
                <w:t>.</w:t>
              </w:r>
              <w:r w:rsidR="006150A6" w:rsidRPr="001B14C3">
                <w:rPr>
                  <w:rStyle w:val="aff1"/>
                  <w:rFonts w:ascii="Times New Roman" w:eastAsia="Times New Roman" w:hAnsi="Times New Roman" w:cs="Times New Roman"/>
                  <w:sz w:val="24"/>
                  <w:szCs w:val="24"/>
                  <w:lang w:eastAsia="ru-RU"/>
                </w:rPr>
                <w:t>edu</w:t>
              </w:r>
              <w:r w:rsidR="006150A6" w:rsidRPr="001B14C3">
                <w:rPr>
                  <w:rStyle w:val="aff1"/>
                  <w:rFonts w:ascii="Times New Roman" w:eastAsia="Times New Roman" w:hAnsi="Times New Roman" w:cs="Times New Roman"/>
                  <w:sz w:val="24"/>
                  <w:szCs w:val="24"/>
                  <w:lang w:val="ru-RU" w:eastAsia="ru-RU"/>
                </w:rPr>
                <w:t>.</w:t>
              </w:r>
              <w:r w:rsidR="006150A6" w:rsidRPr="001B14C3">
                <w:rPr>
                  <w:rStyle w:val="aff1"/>
                  <w:rFonts w:ascii="Times New Roman" w:eastAsia="Times New Roman" w:hAnsi="Times New Roman" w:cs="Times New Roman"/>
                  <w:sz w:val="24"/>
                  <w:szCs w:val="24"/>
                  <w:lang w:eastAsia="ru-RU"/>
                </w:rPr>
                <w:t>ru</w:t>
              </w:r>
            </w:hyperlink>
          </w:p>
          <w:p w:rsidR="006150A6" w:rsidRPr="001B14C3" w:rsidRDefault="006150A6" w:rsidP="001B14C3">
            <w:pPr>
              <w:spacing w:line="360" w:lineRule="auto"/>
              <w:rPr>
                <w:rFonts w:ascii="Times New Roman" w:hAnsi="Times New Roman" w:cs="Times New Roman"/>
                <w:sz w:val="24"/>
                <w:szCs w:val="24"/>
                <w:lang w:val="ru-RU"/>
              </w:rPr>
            </w:pPr>
          </w:p>
          <w:p w:rsidR="006150A6" w:rsidRPr="001B14C3" w:rsidRDefault="001F4597" w:rsidP="001B14C3">
            <w:pPr>
              <w:autoSpaceDE w:val="0"/>
              <w:autoSpaceDN w:val="0"/>
              <w:spacing w:line="360" w:lineRule="auto"/>
              <w:rPr>
                <w:rFonts w:ascii="Times New Roman" w:hAnsi="Times New Roman" w:cs="Times New Roman"/>
                <w:b/>
                <w:sz w:val="24"/>
                <w:szCs w:val="24"/>
                <w:lang w:val="ru-RU"/>
              </w:rPr>
            </w:pPr>
            <w:hyperlink r:id="rId23" w:history="1">
              <w:r w:rsidR="006150A6" w:rsidRPr="001B14C3">
                <w:rPr>
                  <w:rStyle w:val="aff1"/>
                  <w:rFonts w:ascii="Times New Roman" w:hAnsi="Times New Roman" w:cs="Times New Roman"/>
                  <w:b/>
                  <w:sz w:val="24"/>
                  <w:szCs w:val="24"/>
                  <w:lang w:val="ru-RU"/>
                </w:rPr>
                <w:t>https://resh.edu.ru/subject/3/</w:t>
              </w:r>
            </w:hyperlink>
          </w:p>
          <w:p w:rsidR="006150A6" w:rsidRPr="001B14C3" w:rsidRDefault="006150A6" w:rsidP="001B14C3">
            <w:pPr>
              <w:autoSpaceDE w:val="0"/>
              <w:autoSpaceDN w:val="0"/>
              <w:spacing w:line="360" w:lineRule="auto"/>
              <w:rPr>
                <w:rFonts w:ascii="Times New Roman" w:hAnsi="Times New Roman" w:cs="Times New Roman"/>
                <w:b/>
                <w:sz w:val="24"/>
                <w:szCs w:val="24"/>
                <w:lang w:val="ru-RU"/>
              </w:rPr>
            </w:pPr>
          </w:p>
          <w:p w:rsidR="006150A6" w:rsidRPr="001B14C3" w:rsidRDefault="001F4597" w:rsidP="001B14C3">
            <w:pPr>
              <w:spacing w:line="360" w:lineRule="auto"/>
              <w:rPr>
                <w:rFonts w:ascii="Times New Roman" w:hAnsi="Times New Roman" w:cs="Times New Roman"/>
                <w:sz w:val="24"/>
                <w:szCs w:val="24"/>
                <w:lang w:val="ru-RU"/>
              </w:rPr>
            </w:pPr>
            <w:hyperlink r:id="rId24" w:history="1">
              <w:r w:rsidR="006150A6" w:rsidRPr="001B14C3">
                <w:rPr>
                  <w:rStyle w:val="aff1"/>
                  <w:rFonts w:ascii="Times New Roman" w:hAnsi="Times New Roman" w:cs="Times New Roman"/>
                  <w:sz w:val="24"/>
                  <w:szCs w:val="24"/>
                  <w:lang w:val="ru-RU"/>
                </w:rPr>
                <w:t>https://uchi.ru/</w:t>
              </w:r>
            </w:hyperlink>
          </w:p>
          <w:p w:rsidR="006150A6" w:rsidRPr="001B14C3" w:rsidRDefault="006150A6" w:rsidP="001B14C3">
            <w:pPr>
              <w:spacing w:line="360" w:lineRule="auto"/>
              <w:rPr>
                <w:rFonts w:ascii="Times New Roman" w:hAnsi="Times New Roman" w:cs="Times New Roman"/>
                <w:sz w:val="24"/>
                <w:szCs w:val="24"/>
                <w:lang w:val="ru-RU"/>
              </w:rPr>
            </w:pPr>
          </w:p>
        </w:tc>
      </w:tr>
      <w:tr w:rsidR="00B57328" w:rsidRPr="001B14C3" w:rsidTr="00B57328">
        <w:trPr>
          <w:trHeight w:val="557"/>
        </w:trPr>
        <w:tc>
          <w:tcPr>
            <w:tcW w:w="527" w:type="dxa"/>
          </w:tcPr>
          <w:p w:rsidR="00B57328" w:rsidRPr="001B14C3" w:rsidRDefault="00B57328" w:rsidP="001B14C3">
            <w:pPr>
              <w:autoSpaceDE w:val="0"/>
              <w:autoSpaceDN w:val="0"/>
              <w:spacing w:line="360" w:lineRule="auto"/>
              <w:rPr>
                <w:rFonts w:ascii="Times New Roman" w:hAnsi="Times New Roman" w:cs="Times New Roman"/>
                <w:sz w:val="24"/>
                <w:szCs w:val="24"/>
                <w:lang w:val="ru-RU"/>
              </w:rPr>
            </w:pPr>
          </w:p>
        </w:tc>
        <w:tc>
          <w:tcPr>
            <w:tcW w:w="3536" w:type="dxa"/>
          </w:tcPr>
          <w:p w:rsidR="00B57328" w:rsidRPr="001B14C3" w:rsidRDefault="00B57328" w:rsidP="001B14C3">
            <w:pPr>
              <w:autoSpaceDE w:val="0"/>
              <w:autoSpaceDN w:val="0"/>
              <w:spacing w:line="360" w:lineRule="auto"/>
              <w:ind w:left="180" w:right="-14"/>
              <w:jc w:val="both"/>
              <w:rPr>
                <w:rFonts w:ascii="Times New Roman" w:hAnsi="Times New Roman" w:cs="Times New Roman"/>
                <w:b/>
                <w:sz w:val="24"/>
                <w:szCs w:val="24"/>
                <w:lang w:val="ru-RU"/>
              </w:rPr>
            </w:pPr>
            <w:r w:rsidRPr="001B14C3">
              <w:rPr>
                <w:rFonts w:ascii="Times New Roman" w:eastAsia="Times New Roman" w:hAnsi="Times New Roman" w:cs="Times New Roman"/>
                <w:color w:val="000000"/>
                <w:w w:val="97"/>
                <w:sz w:val="24"/>
                <w:szCs w:val="24"/>
                <w:lang w:val="ru-RU"/>
              </w:rPr>
              <w:t>Итого по разделу:</w:t>
            </w:r>
          </w:p>
        </w:tc>
        <w:tc>
          <w:tcPr>
            <w:tcW w:w="973" w:type="dxa"/>
          </w:tcPr>
          <w:p w:rsidR="00B57328" w:rsidRPr="001B14C3" w:rsidRDefault="00B57328"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8</w:t>
            </w:r>
          </w:p>
        </w:tc>
        <w:tc>
          <w:tcPr>
            <w:tcW w:w="2160" w:type="dxa"/>
            <w:gridSpan w:val="3"/>
          </w:tcPr>
          <w:p w:rsidR="00B57328" w:rsidRPr="001B14C3" w:rsidRDefault="00B57328" w:rsidP="001B14C3">
            <w:pPr>
              <w:spacing w:line="360" w:lineRule="auto"/>
              <w:rPr>
                <w:rFonts w:ascii="Times New Roman" w:hAnsi="Times New Roman" w:cs="Times New Roman"/>
                <w:sz w:val="24"/>
                <w:szCs w:val="24"/>
                <w:lang w:val="ru-RU"/>
              </w:rPr>
            </w:pPr>
          </w:p>
        </w:tc>
        <w:tc>
          <w:tcPr>
            <w:tcW w:w="1095" w:type="dxa"/>
          </w:tcPr>
          <w:p w:rsidR="00B57328" w:rsidRPr="001B14C3" w:rsidRDefault="00B57328" w:rsidP="001B14C3">
            <w:pPr>
              <w:spacing w:line="360" w:lineRule="auto"/>
              <w:rPr>
                <w:rFonts w:ascii="Times New Roman" w:hAnsi="Times New Roman" w:cs="Times New Roman"/>
                <w:sz w:val="24"/>
                <w:szCs w:val="24"/>
                <w:lang w:val="ru-RU"/>
              </w:rPr>
            </w:pPr>
          </w:p>
        </w:tc>
        <w:tc>
          <w:tcPr>
            <w:tcW w:w="4002" w:type="dxa"/>
            <w:gridSpan w:val="3"/>
          </w:tcPr>
          <w:p w:rsidR="00B57328" w:rsidRPr="001B14C3" w:rsidRDefault="00B57328" w:rsidP="001B14C3">
            <w:pPr>
              <w:spacing w:line="360" w:lineRule="auto"/>
              <w:rPr>
                <w:rFonts w:ascii="Times New Roman" w:hAnsi="Times New Roman" w:cs="Times New Roman"/>
                <w:sz w:val="24"/>
                <w:szCs w:val="24"/>
                <w:lang w:val="ru-RU"/>
              </w:rPr>
            </w:pPr>
          </w:p>
        </w:tc>
        <w:tc>
          <w:tcPr>
            <w:tcW w:w="1649" w:type="dxa"/>
            <w:gridSpan w:val="2"/>
          </w:tcPr>
          <w:p w:rsidR="00B57328" w:rsidRPr="001B14C3" w:rsidRDefault="00B57328" w:rsidP="001B14C3">
            <w:pPr>
              <w:spacing w:line="360" w:lineRule="auto"/>
              <w:rPr>
                <w:rFonts w:ascii="Times New Roman" w:hAnsi="Times New Roman" w:cs="Times New Roman"/>
                <w:sz w:val="24"/>
                <w:szCs w:val="24"/>
                <w:lang w:val="ru-RU"/>
              </w:rPr>
            </w:pPr>
          </w:p>
        </w:tc>
        <w:tc>
          <w:tcPr>
            <w:tcW w:w="2042" w:type="dxa"/>
          </w:tcPr>
          <w:p w:rsidR="00B57328" w:rsidRPr="001B14C3" w:rsidRDefault="00B57328" w:rsidP="001B14C3">
            <w:pPr>
              <w:spacing w:line="360" w:lineRule="auto"/>
              <w:rPr>
                <w:rFonts w:ascii="Times New Roman" w:hAnsi="Times New Roman" w:cs="Times New Roman"/>
                <w:sz w:val="24"/>
                <w:szCs w:val="24"/>
                <w:lang w:val="ru-RU"/>
              </w:rPr>
            </w:pPr>
          </w:p>
        </w:tc>
      </w:tr>
      <w:tr w:rsidR="00B57328" w:rsidRPr="00923ED0" w:rsidTr="00B57328">
        <w:trPr>
          <w:trHeight w:val="557"/>
        </w:trPr>
        <w:tc>
          <w:tcPr>
            <w:tcW w:w="7196" w:type="dxa"/>
            <w:gridSpan w:val="6"/>
          </w:tcPr>
          <w:p w:rsidR="00B57328" w:rsidRPr="001B14C3" w:rsidRDefault="00B57328"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eastAsia="Times New Roman" w:hAnsi="Times New Roman" w:cs="Times New Roman"/>
                <w:b/>
                <w:color w:val="000000"/>
                <w:w w:val="97"/>
                <w:sz w:val="24"/>
                <w:szCs w:val="24"/>
                <w:lang w:val="ru-RU"/>
              </w:rPr>
              <w:t xml:space="preserve">Раздел 2. </w:t>
            </w:r>
            <w:r w:rsidRPr="001B14C3">
              <w:rPr>
                <w:rFonts w:ascii="Times New Roman" w:hAnsi="Times New Roman" w:cs="Times New Roman"/>
                <w:b/>
                <w:sz w:val="24"/>
                <w:szCs w:val="24"/>
                <w:lang w:val="ru-RU"/>
              </w:rPr>
              <w:t>. «Человек и его отражение в культуре»</w:t>
            </w:r>
            <w:r w:rsidRPr="001B14C3">
              <w:rPr>
                <w:rFonts w:ascii="Times New Roman" w:hAnsi="Times New Roman" w:cs="Times New Roman"/>
                <w:sz w:val="24"/>
                <w:szCs w:val="24"/>
                <w:lang w:val="ru-RU"/>
              </w:rPr>
              <w:t xml:space="preserve"> </w:t>
            </w:r>
          </w:p>
          <w:p w:rsidR="00B57328" w:rsidRPr="001B14C3" w:rsidRDefault="00B57328" w:rsidP="001B14C3">
            <w:pPr>
              <w:spacing w:line="360" w:lineRule="auto"/>
              <w:rPr>
                <w:rFonts w:ascii="Times New Roman" w:hAnsi="Times New Roman" w:cs="Times New Roman"/>
                <w:sz w:val="24"/>
                <w:szCs w:val="24"/>
                <w:lang w:val="ru-RU"/>
              </w:rPr>
            </w:pPr>
          </w:p>
        </w:tc>
        <w:tc>
          <w:tcPr>
            <w:tcW w:w="1125" w:type="dxa"/>
            <w:gridSpan w:val="2"/>
          </w:tcPr>
          <w:p w:rsidR="00B57328" w:rsidRDefault="00B57328">
            <w:pPr>
              <w:rPr>
                <w:rFonts w:ascii="Times New Roman" w:hAnsi="Times New Roman" w:cs="Times New Roman"/>
                <w:sz w:val="24"/>
                <w:szCs w:val="24"/>
                <w:lang w:val="ru-RU"/>
              </w:rPr>
            </w:pPr>
          </w:p>
          <w:p w:rsidR="00B57328" w:rsidRPr="001B14C3" w:rsidRDefault="00B57328" w:rsidP="00B57328">
            <w:pPr>
              <w:spacing w:line="360" w:lineRule="auto"/>
              <w:rPr>
                <w:rFonts w:ascii="Times New Roman" w:hAnsi="Times New Roman" w:cs="Times New Roman"/>
                <w:sz w:val="24"/>
                <w:szCs w:val="24"/>
                <w:lang w:val="ru-RU"/>
              </w:rPr>
            </w:pPr>
          </w:p>
        </w:tc>
        <w:tc>
          <w:tcPr>
            <w:tcW w:w="3972" w:type="dxa"/>
            <w:gridSpan w:val="2"/>
          </w:tcPr>
          <w:p w:rsidR="00B57328" w:rsidRDefault="00B57328">
            <w:pPr>
              <w:rPr>
                <w:rFonts w:ascii="Times New Roman" w:hAnsi="Times New Roman" w:cs="Times New Roman"/>
                <w:sz w:val="24"/>
                <w:szCs w:val="24"/>
                <w:lang w:val="ru-RU"/>
              </w:rPr>
            </w:pPr>
          </w:p>
          <w:p w:rsidR="00B57328" w:rsidRPr="001B14C3" w:rsidRDefault="00B57328" w:rsidP="00B57328">
            <w:pPr>
              <w:spacing w:line="360" w:lineRule="auto"/>
              <w:rPr>
                <w:rFonts w:ascii="Times New Roman" w:hAnsi="Times New Roman" w:cs="Times New Roman"/>
                <w:sz w:val="24"/>
                <w:szCs w:val="24"/>
                <w:lang w:val="ru-RU"/>
              </w:rPr>
            </w:pPr>
          </w:p>
        </w:tc>
        <w:tc>
          <w:tcPr>
            <w:tcW w:w="1649" w:type="dxa"/>
            <w:gridSpan w:val="2"/>
          </w:tcPr>
          <w:p w:rsidR="00B57328" w:rsidRDefault="00B57328">
            <w:pPr>
              <w:rPr>
                <w:rFonts w:ascii="Times New Roman" w:hAnsi="Times New Roman" w:cs="Times New Roman"/>
                <w:sz w:val="24"/>
                <w:szCs w:val="24"/>
                <w:lang w:val="ru-RU"/>
              </w:rPr>
            </w:pPr>
          </w:p>
          <w:p w:rsidR="00B57328" w:rsidRPr="001B14C3" w:rsidRDefault="00B57328" w:rsidP="001040DB">
            <w:pPr>
              <w:spacing w:line="360" w:lineRule="auto"/>
              <w:rPr>
                <w:rFonts w:ascii="Times New Roman" w:hAnsi="Times New Roman" w:cs="Times New Roman"/>
                <w:sz w:val="24"/>
                <w:szCs w:val="24"/>
                <w:lang w:val="ru-RU"/>
              </w:rPr>
            </w:pPr>
          </w:p>
        </w:tc>
        <w:tc>
          <w:tcPr>
            <w:tcW w:w="2042" w:type="dxa"/>
          </w:tcPr>
          <w:p w:rsidR="00B57328" w:rsidRDefault="00B57328">
            <w:pPr>
              <w:rPr>
                <w:rFonts w:ascii="Times New Roman" w:hAnsi="Times New Roman" w:cs="Times New Roman"/>
                <w:sz w:val="24"/>
                <w:szCs w:val="24"/>
                <w:lang w:val="ru-RU"/>
              </w:rPr>
            </w:pPr>
          </w:p>
          <w:p w:rsidR="00B57328" w:rsidRPr="001B14C3" w:rsidRDefault="00B57328" w:rsidP="001040DB">
            <w:pPr>
              <w:spacing w:line="360" w:lineRule="auto"/>
              <w:rPr>
                <w:rFonts w:ascii="Times New Roman" w:hAnsi="Times New Roman" w:cs="Times New Roman"/>
                <w:sz w:val="24"/>
                <w:szCs w:val="24"/>
                <w:lang w:val="ru-RU"/>
              </w:rPr>
            </w:pPr>
          </w:p>
        </w:tc>
      </w:tr>
      <w:tr w:rsidR="006150A6" w:rsidRPr="001B14C3" w:rsidTr="00B57328">
        <w:trPr>
          <w:trHeight w:val="557"/>
        </w:trPr>
        <w:tc>
          <w:tcPr>
            <w:tcW w:w="527" w:type="dxa"/>
          </w:tcPr>
          <w:p w:rsidR="006150A6" w:rsidRPr="001B14C3" w:rsidRDefault="006150A6" w:rsidP="001B14C3">
            <w:pPr>
              <w:autoSpaceDE w:val="0"/>
              <w:autoSpaceDN w:val="0"/>
              <w:spacing w:line="360" w:lineRule="auto"/>
              <w:rPr>
                <w:rFonts w:ascii="Times New Roman" w:hAnsi="Times New Roman" w:cs="Times New Roman"/>
                <w:sz w:val="24"/>
                <w:szCs w:val="24"/>
                <w:lang w:val="ru-RU"/>
              </w:rPr>
            </w:pPr>
            <w:r w:rsidRPr="001B14C3">
              <w:rPr>
                <w:rFonts w:ascii="Times New Roman" w:hAnsi="Times New Roman" w:cs="Times New Roman"/>
                <w:sz w:val="24"/>
                <w:szCs w:val="24"/>
                <w:lang w:val="ru-RU"/>
              </w:rPr>
              <w:t>2.1</w:t>
            </w:r>
          </w:p>
        </w:tc>
        <w:tc>
          <w:tcPr>
            <w:tcW w:w="3536" w:type="dxa"/>
          </w:tcPr>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b/>
                <w:sz w:val="24"/>
                <w:szCs w:val="24"/>
                <w:lang w:val="ru-RU"/>
              </w:rPr>
              <w:t>«Человек и его отражение в культуре»</w:t>
            </w:r>
            <w:r w:rsidRPr="001B14C3">
              <w:rPr>
                <w:rFonts w:ascii="Times New Roman" w:hAnsi="Times New Roman" w:cs="Times New Roman"/>
                <w:sz w:val="24"/>
                <w:szCs w:val="24"/>
                <w:lang w:val="ru-RU"/>
              </w:rPr>
              <w:t xml:space="preserve"> </w:t>
            </w:r>
          </w:p>
          <w:p w:rsidR="006150A6" w:rsidRPr="001B14C3" w:rsidRDefault="006150A6" w:rsidP="001B14C3">
            <w:pPr>
              <w:autoSpaceDE w:val="0"/>
              <w:autoSpaceDN w:val="0"/>
              <w:spacing w:line="360" w:lineRule="auto"/>
              <w:ind w:left="180" w:right="-14"/>
              <w:jc w:val="both"/>
              <w:rPr>
                <w:rFonts w:ascii="Times New Roman" w:eastAsia="Times New Roman" w:hAnsi="Times New Roman" w:cs="Times New Roman"/>
                <w:color w:val="000000"/>
                <w:w w:val="97"/>
                <w:sz w:val="24"/>
                <w:szCs w:val="24"/>
                <w:lang w:val="ru-RU"/>
              </w:rPr>
            </w:pPr>
          </w:p>
        </w:tc>
        <w:tc>
          <w:tcPr>
            <w:tcW w:w="973" w:type="dxa"/>
          </w:tcPr>
          <w:p w:rsidR="006150A6" w:rsidRPr="001B14C3" w:rsidRDefault="006150A6"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6</w:t>
            </w:r>
          </w:p>
        </w:tc>
        <w:tc>
          <w:tcPr>
            <w:tcW w:w="1008" w:type="dxa"/>
          </w:tcPr>
          <w:p w:rsidR="006150A6" w:rsidRPr="001B14C3" w:rsidRDefault="006150A6"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0</w:t>
            </w:r>
          </w:p>
        </w:tc>
        <w:tc>
          <w:tcPr>
            <w:tcW w:w="1152" w:type="dxa"/>
            <w:gridSpan w:val="2"/>
          </w:tcPr>
          <w:p w:rsidR="006150A6" w:rsidRPr="001B14C3" w:rsidRDefault="006150A6"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0,5</w:t>
            </w:r>
          </w:p>
        </w:tc>
        <w:tc>
          <w:tcPr>
            <w:tcW w:w="1127" w:type="dxa"/>
            <w:gridSpan w:val="2"/>
          </w:tcPr>
          <w:p w:rsidR="006150A6" w:rsidRPr="001B14C3" w:rsidRDefault="006150A6" w:rsidP="001B14C3">
            <w:pPr>
              <w:autoSpaceDE w:val="0"/>
              <w:autoSpaceDN w:val="0"/>
              <w:spacing w:line="360" w:lineRule="auto"/>
              <w:rPr>
                <w:rFonts w:ascii="Times New Roman" w:hAnsi="Times New Roman" w:cs="Times New Roman"/>
                <w:b/>
                <w:sz w:val="24"/>
                <w:szCs w:val="24"/>
                <w:lang w:val="ru-RU"/>
              </w:rPr>
            </w:pPr>
          </w:p>
        </w:tc>
        <w:tc>
          <w:tcPr>
            <w:tcW w:w="3970" w:type="dxa"/>
            <w:gridSpan w:val="2"/>
          </w:tcPr>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объяснять, как проявляется мораль и нравственность через описание личных качеств человека;</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-осознавать, какие личностные качества соотносятся с теми или иными моральными и </w:t>
            </w:r>
            <w:r w:rsidRPr="001B14C3">
              <w:rPr>
                <w:rFonts w:ascii="Times New Roman" w:hAnsi="Times New Roman" w:cs="Times New Roman"/>
                <w:sz w:val="24"/>
                <w:szCs w:val="24"/>
                <w:lang w:val="ru-RU"/>
              </w:rPr>
              <w:lastRenderedPageBreak/>
              <w:t xml:space="preserve">нравственными ценностями; </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-понимать различия между этикой и этикетом и их взаимосвязь;</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 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характеризовать взаимосвязь таких понятий как «свобода», «ответственность», «право» и «долг»;</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понимать важность коллективизма как ценности современной России и его приоритет перед идеологией индивидуализма; </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приводить примеры идеалов человека в историко-культурном пространстве современной России. - понимать различие между процессами антропогенеза и антропосоциогенеза;</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характеризовать процесс </w:t>
            </w:r>
            <w:r w:rsidRPr="001B14C3">
              <w:rPr>
                <w:rFonts w:ascii="Times New Roman" w:hAnsi="Times New Roman" w:cs="Times New Roman"/>
                <w:sz w:val="24"/>
                <w:szCs w:val="24"/>
                <w:lang w:val="ru-RU"/>
              </w:rPr>
              <w:lastRenderedPageBreak/>
              <w:t>взросления человека и его основные этапы, а также потребности человека для гармоничного развития и существования на каждом из этапов;</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обосновывать важность взаимодействия человека и общества, характеризовать негативные эффекты социальной изоляции;</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-знать и уметь демонстрировать своё понимание самостоятельности, её роли в развитии личности, во взаимодействии с другими людьми.</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характеризовать нравственный потенциал религии;</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знать и уметь излагать нравственные принципы государствообразующих конфессий России;</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знать основные требования к </w:t>
            </w:r>
            <w:r w:rsidRPr="001B14C3">
              <w:rPr>
                <w:rFonts w:ascii="Times New Roman" w:hAnsi="Times New Roman" w:cs="Times New Roman"/>
                <w:sz w:val="24"/>
                <w:szCs w:val="24"/>
                <w:lang w:val="ru-RU"/>
              </w:rPr>
              <w:lastRenderedPageBreak/>
              <w:t xml:space="preserve">нравственному идеалу человека в государствообразующих религиях современной России; </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-уметь обосновывать важность религиозных моральных и нравственных ценностей для современного общества.</w:t>
            </w:r>
          </w:p>
          <w:p w:rsidR="006150A6" w:rsidRPr="001B14C3" w:rsidRDefault="006150A6" w:rsidP="001B14C3">
            <w:pPr>
              <w:autoSpaceDE w:val="0"/>
              <w:autoSpaceDN w:val="0"/>
              <w:spacing w:line="360" w:lineRule="auto"/>
              <w:ind w:left="180" w:right="-14"/>
              <w:jc w:val="both"/>
              <w:rPr>
                <w:rFonts w:ascii="Times New Roman" w:hAnsi="Times New Roman" w:cs="Times New Roman"/>
                <w:b/>
                <w:sz w:val="24"/>
                <w:szCs w:val="24"/>
                <w:lang w:val="ru-RU"/>
              </w:rPr>
            </w:pPr>
          </w:p>
        </w:tc>
        <w:tc>
          <w:tcPr>
            <w:tcW w:w="1649" w:type="dxa"/>
            <w:gridSpan w:val="2"/>
          </w:tcPr>
          <w:p w:rsidR="006150A6" w:rsidRPr="001B14C3" w:rsidRDefault="006150A6" w:rsidP="001B14C3">
            <w:pPr>
              <w:autoSpaceDE w:val="0"/>
              <w:autoSpaceDN w:val="0"/>
              <w:spacing w:line="360" w:lineRule="auto"/>
              <w:rPr>
                <w:rFonts w:ascii="Times New Roman" w:hAnsi="Times New Roman" w:cs="Times New Roman"/>
                <w:sz w:val="24"/>
                <w:szCs w:val="24"/>
                <w:lang w:val="ru-RU"/>
              </w:rPr>
            </w:pPr>
            <w:r w:rsidRPr="001B14C3">
              <w:rPr>
                <w:rFonts w:ascii="Times New Roman" w:hAnsi="Times New Roman" w:cs="Times New Roman"/>
                <w:sz w:val="24"/>
                <w:szCs w:val="24"/>
                <w:lang w:val="ru-RU"/>
              </w:rPr>
              <w:lastRenderedPageBreak/>
              <w:t>устный опрос,</w:t>
            </w:r>
          </w:p>
          <w:p w:rsidR="006150A6" w:rsidRPr="001B14C3" w:rsidRDefault="006150A6" w:rsidP="001B14C3">
            <w:pPr>
              <w:autoSpaceDE w:val="0"/>
              <w:autoSpaceDN w:val="0"/>
              <w:spacing w:line="360" w:lineRule="auto"/>
              <w:rPr>
                <w:rFonts w:ascii="Times New Roman" w:hAnsi="Times New Roman" w:cs="Times New Roman"/>
                <w:sz w:val="24"/>
                <w:szCs w:val="24"/>
                <w:lang w:val="ru-RU"/>
              </w:rPr>
            </w:pPr>
            <w:r w:rsidRPr="001B14C3">
              <w:rPr>
                <w:rFonts w:ascii="Times New Roman" w:hAnsi="Times New Roman" w:cs="Times New Roman"/>
                <w:sz w:val="24"/>
                <w:szCs w:val="24"/>
                <w:lang w:val="ru-RU"/>
              </w:rPr>
              <w:t>практическая работа, письменный контроль</w:t>
            </w:r>
          </w:p>
        </w:tc>
        <w:tc>
          <w:tcPr>
            <w:tcW w:w="2042" w:type="dxa"/>
          </w:tcPr>
          <w:p w:rsidR="006150A6" w:rsidRPr="001B14C3" w:rsidRDefault="001F4597" w:rsidP="001B14C3">
            <w:pPr>
              <w:spacing w:line="360" w:lineRule="auto"/>
              <w:rPr>
                <w:rFonts w:ascii="Times New Roman" w:hAnsi="Times New Roman" w:cs="Times New Roman"/>
                <w:sz w:val="24"/>
                <w:szCs w:val="24"/>
                <w:lang w:val="ru-RU"/>
              </w:rPr>
            </w:pPr>
            <w:hyperlink r:id="rId25" w:history="1">
              <w:r w:rsidR="006150A6" w:rsidRPr="001B14C3">
                <w:rPr>
                  <w:rStyle w:val="aff1"/>
                  <w:rFonts w:ascii="Times New Roman" w:eastAsia="Times New Roman" w:hAnsi="Times New Roman" w:cs="Times New Roman"/>
                  <w:sz w:val="24"/>
                  <w:szCs w:val="24"/>
                  <w:lang w:eastAsia="ru-RU"/>
                </w:rPr>
                <w:t>http</w:t>
              </w:r>
              <w:r w:rsidR="006150A6" w:rsidRPr="001B14C3">
                <w:rPr>
                  <w:rStyle w:val="aff1"/>
                  <w:rFonts w:ascii="Times New Roman" w:eastAsia="Times New Roman" w:hAnsi="Times New Roman" w:cs="Times New Roman"/>
                  <w:sz w:val="24"/>
                  <w:szCs w:val="24"/>
                  <w:lang w:val="ru-RU" w:eastAsia="ru-RU"/>
                </w:rPr>
                <w:t>://</w:t>
              </w:r>
              <w:r w:rsidR="006150A6" w:rsidRPr="001B14C3">
                <w:rPr>
                  <w:rStyle w:val="aff1"/>
                  <w:rFonts w:ascii="Times New Roman" w:eastAsia="Times New Roman" w:hAnsi="Times New Roman" w:cs="Times New Roman"/>
                  <w:sz w:val="24"/>
                  <w:szCs w:val="24"/>
                  <w:lang w:eastAsia="ru-RU"/>
                </w:rPr>
                <w:t>scool</w:t>
              </w:r>
              <w:r w:rsidR="006150A6" w:rsidRPr="001B14C3">
                <w:rPr>
                  <w:rStyle w:val="aff1"/>
                  <w:rFonts w:ascii="Times New Roman" w:eastAsia="Times New Roman" w:hAnsi="Times New Roman" w:cs="Times New Roman"/>
                  <w:sz w:val="24"/>
                  <w:szCs w:val="24"/>
                  <w:lang w:val="ru-RU" w:eastAsia="ru-RU"/>
                </w:rPr>
                <w:t>-</w:t>
              </w:r>
              <w:r w:rsidR="006150A6" w:rsidRPr="001B14C3">
                <w:rPr>
                  <w:rStyle w:val="aff1"/>
                  <w:rFonts w:ascii="Times New Roman" w:eastAsia="Times New Roman" w:hAnsi="Times New Roman" w:cs="Times New Roman"/>
                  <w:sz w:val="24"/>
                  <w:szCs w:val="24"/>
                  <w:lang w:eastAsia="ru-RU"/>
                </w:rPr>
                <w:t>collection</w:t>
              </w:r>
              <w:r w:rsidR="006150A6" w:rsidRPr="001B14C3">
                <w:rPr>
                  <w:rStyle w:val="aff1"/>
                  <w:rFonts w:ascii="Times New Roman" w:eastAsia="Times New Roman" w:hAnsi="Times New Roman" w:cs="Times New Roman"/>
                  <w:sz w:val="24"/>
                  <w:szCs w:val="24"/>
                  <w:lang w:val="ru-RU" w:eastAsia="ru-RU"/>
                </w:rPr>
                <w:t>.</w:t>
              </w:r>
              <w:r w:rsidR="006150A6" w:rsidRPr="001B14C3">
                <w:rPr>
                  <w:rStyle w:val="aff1"/>
                  <w:rFonts w:ascii="Times New Roman" w:eastAsia="Times New Roman" w:hAnsi="Times New Roman" w:cs="Times New Roman"/>
                  <w:sz w:val="24"/>
                  <w:szCs w:val="24"/>
                  <w:lang w:eastAsia="ru-RU"/>
                </w:rPr>
                <w:t>edu</w:t>
              </w:r>
              <w:r w:rsidR="006150A6" w:rsidRPr="001B14C3">
                <w:rPr>
                  <w:rStyle w:val="aff1"/>
                  <w:rFonts w:ascii="Times New Roman" w:eastAsia="Times New Roman" w:hAnsi="Times New Roman" w:cs="Times New Roman"/>
                  <w:sz w:val="24"/>
                  <w:szCs w:val="24"/>
                  <w:lang w:val="ru-RU" w:eastAsia="ru-RU"/>
                </w:rPr>
                <w:t>.</w:t>
              </w:r>
              <w:r w:rsidR="006150A6" w:rsidRPr="001B14C3">
                <w:rPr>
                  <w:rStyle w:val="aff1"/>
                  <w:rFonts w:ascii="Times New Roman" w:eastAsia="Times New Roman" w:hAnsi="Times New Roman" w:cs="Times New Roman"/>
                  <w:sz w:val="24"/>
                  <w:szCs w:val="24"/>
                  <w:lang w:eastAsia="ru-RU"/>
                </w:rPr>
                <w:t>ru</w:t>
              </w:r>
            </w:hyperlink>
          </w:p>
          <w:p w:rsidR="006150A6" w:rsidRPr="001B14C3" w:rsidRDefault="006150A6" w:rsidP="001B14C3">
            <w:pPr>
              <w:spacing w:line="360" w:lineRule="auto"/>
              <w:rPr>
                <w:rFonts w:ascii="Times New Roman" w:hAnsi="Times New Roman" w:cs="Times New Roman"/>
                <w:sz w:val="24"/>
                <w:szCs w:val="24"/>
                <w:lang w:val="ru-RU"/>
              </w:rPr>
            </w:pPr>
          </w:p>
          <w:p w:rsidR="006150A6" w:rsidRPr="001B14C3" w:rsidRDefault="001F4597" w:rsidP="001B14C3">
            <w:pPr>
              <w:autoSpaceDE w:val="0"/>
              <w:autoSpaceDN w:val="0"/>
              <w:spacing w:line="360" w:lineRule="auto"/>
              <w:rPr>
                <w:rFonts w:ascii="Times New Roman" w:hAnsi="Times New Roman" w:cs="Times New Roman"/>
                <w:b/>
                <w:sz w:val="24"/>
                <w:szCs w:val="24"/>
                <w:lang w:val="ru-RU"/>
              </w:rPr>
            </w:pPr>
            <w:hyperlink r:id="rId26" w:history="1">
              <w:r w:rsidR="006150A6" w:rsidRPr="001B14C3">
                <w:rPr>
                  <w:rStyle w:val="aff1"/>
                  <w:rFonts w:ascii="Times New Roman" w:hAnsi="Times New Roman" w:cs="Times New Roman"/>
                  <w:b/>
                  <w:sz w:val="24"/>
                  <w:szCs w:val="24"/>
                  <w:lang w:val="ru-RU"/>
                </w:rPr>
                <w:t>https://resh.edu.ru/subject/3/</w:t>
              </w:r>
            </w:hyperlink>
          </w:p>
          <w:p w:rsidR="006150A6" w:rsidRPr="001B14C3" w:rsidRDefault="006150A6" w:rsidP="001B14C3">
            <w:pPr>
              <w:autoSpaceDE w:val="0"/>
              <w:autoSpaceDN w:val="0"/>
              <w:spacing w:line="360" w:lineRule="auto"/>
              <w:rPr>
                <w:rFonts w:ascii="Times New Roman" w:hAnsi="Times New Roman" w:cs="Times New Roman"/>
                <w:b/>
                <w:sz w:val="24"/>
                <w:szCs w:val="24"/>
                <w:lang w:val="ru-RU"/>
              </w:rPr>
            </w:pPr>
          </w:p>
          <w:p w:rsidR="006150A6" w:rsidRPr="001B14C3" w:rsidRDefault="001F4597" w:rsidP="001B14C3">
            <w:pPr>
              <w:spacing w:line="360" w:lineRule="auto"/>
              <w:rPr>
                <w:rFonts w:ascii="Times New Roman" w:hAnsi="Times New Roman" w:cs="Times New Roman"/>
                <w:sz w:val="24"/>
                <w:szCs w:val="24"/>
                <w:lang w:val="ru-RU"/>
              </w:rPr>
            </w:pPr>
            <w:hyperlink r:id="rId27" w:history="1">
              <w:r w:rsidR="006150A6" w:rsidRPr="001B14C3">
                <w:rPr>
                  <w:rStyle w:val="aff1"/>
                  <w:rFonts w:ascii="Times New Roman" w:hAnsi="Times New Roman" w:cs="Times New Roman"/>
                  <w:sz w:val="24"/>
                  <w:szCs w:val="24"/>
                  <w:lang w:val="ru-RU"/>
                </w:rPr>
                <w:t>https://uchi.ru/</w:t>
              </w:r>
            </w:hyperlink>
          </w:p>
          <w:p w:rsidR="006150A6" w:rsidRPr="001B14C3" w:rsidRDefault="006150A6" w:rsidP="001B14C3">
            <w:pPr>
              <w:spacing w:line="360" w:lineRule="auto"/>
              <w:rPr>
                <w:rFonts w:ascii="Times New Roman" w:hAnsi="Times New Roman" w:cs="Times New Roman"/>
                <w:sz w:val="24"/>
                <w:szCs w:val="24"/>
                <w:lang w:val="ru-RU"/>
              </w:rPr>
            </w:pPr>
          </w:p>
        </w:tc>
      </w:tr>
      <w:tr w:rsidR="001040DB" w:rsidRPr="001B14C3" w:rsidTr="00B57328">
        <w:trPr>
          <w:trHeight w:val="557"/>
        </w:trPr>
        <w:tc>
          <w:tcPr>
            <w:tcW w:w="527" w:type="dxa"/>
          </w:tcPr>
          <w:p w:rsidR="001040DB" w:rsidRPr="001B14C3" w:rsidRDefault="001040DB" w:rsidP="001B14C3">
            <w:pPr>
              <w:autoSpaceDE w:val="0"/>
              <w:autoSpaceDN w:val="0"/>
              <w:spacing w:line="360" w:lineRule="auto"/>
              <w:rPr>
                <w:rFonts w:ascii="Times New Roman" w:hAnsi="Times New Roman" w:cs="Times New Roman"/>
                <w:sz w:val="24"/>
                <w:szCs w:val="24"/>
                <w:lang w:val="ru-RU"/>
              </w:rPr>
            </w:pPr>
          </w:p>
        </w:tc>
        <w:tc>
          <w:tcPr>
            <w:tcW w:w="3536" w:type="dxa"/>
          </w:tcPr>
          <w:p w:rsidR="001040DB" w:rsidRPr="001B14C3" w:rsidRDefault="001040DB" w:rsidP="001B14C3">
            <w:pPr>
              <w:autoSpaceDE w:val="0"/>
              <w:autoSpaceDN w:val="0"/>
              <w:spacing w:line="360" w:lineRule="auto"/>
              <w:ind w:left="180" w:right="-14"/>
              <w:jc w:val="both"/>
              <w:rPr>
                <w:rFonts w:ascii="Times New Roman" w:hAnsi="Times New Roman" w:cs="Times New Roman"/>
                <w:b/>
                <w:sz w:val="24"/>
                <w:szCs w:val="24"/>
                <w:lang w:val="ru-RU"/>
              </w:rPr>
            </w:pPr>
            <w:r w:rsidRPr="001B14C3">
              <w:rPr>
                <w:rFonts w:ascii="Times New Roman" w:eastAsia="Times New Roman" w:hAnsi="Times New Roman" w:cs="Times New Roman"/>
                <w:color w:val="000000"/>
                <w:w w:val="97"/>
                <w:sz w:val="24"/>
                <w:szCs w:val="24"/>
                <w:lang w:val="ru-RU"/>
              </w:rPr>
              <w:t>Итого по разделу:</w:t>
            </w:r>
          </w:p>
        </w:tc>
        <w:tc>
          <w:tcPr>
            <w:tcW w:w="973" w:type="dxa"/>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6</w:t>
            </w:r>
          </w:p>
        </w:tc>
        <w:tc>
          <w:tcPr>
            <w:tcW w:w="7236" w:type="dxa"/>
            <w:gridSpan w:val="6"/>
          </w:tcPr>
          <w:p w:rsidR="001040DB" w:rsidRPr="001B14C3" w:rsidRDefault="001040DB" w:rsidP="001B14C3">
            <w:pPr>
              <w:spacing w:line="360" w:lineRule="auto"/>
              <w:rPr>
                <w:rFonts w:ascii="Times New Roman" w:hAnsi="Times New Roman" w:cs="Times New Roman"/>
                <w:sz w:val="24"/>
                <w:szCs w:val="24"/>
                <w:lang w:val="ru-RU"/>
              </w:rPr>
            </w:pPr>
          </w:p>
        </w:tc>
        <w:tc>
          <w:tcPr>
            <w:tcW w:w="1670" w:type="dxa"/>
            <w:gridSpan w:val="3"/>
          </w:tcPr>
          <w:p w:rsidR="001040DB" w:rsidRPr="001B14C3" w:rsidRDefault="001040DB" w:rsidP="001B14C3">
            <w:pPr>
              <w:spacing w:line="360" w:lineRule="auto"/>
              <w:rPr>
                <w:rFonts w:ascii="Times New Roman" w:hAnsi="Times New Roman" w:cs="Times New Roman"/>
                <w:sz w:val="24"/>
                <w:szCs w:val="24"/>
                <w:lang w:val="ru-RU"/>
              </w:rPr>
            </w:pPr>
          </w:p>
        </w:tc>
        <w:tc>
          <w:tcPr>
            <w:tcW w:w="2042" w:type="dxa"/>
          </w:tcPr>
          <w:p w:rsidR="001040DB" w:rsidRPr="001B14C3" w:rsidRDefault="001040DB" w:rsidP="001B14C3">
            <w:pPr>
              <w:spacing w:line="360" w:lineRule="auto"/>
              <w:rPr>
                <w:rFonts w:ascii="Times New Roman" w:hAnsi="Times New Roman" w:cs="Times New Roman"/>
                <w:sz w:val="24"/>
                <w:szCs w:val="24"/>
                <w:lang w:val="ru-RU"/>
              </w:rPr>
            </w:pPr>
          </w:p>
        </w:tc>
      </w:tr>
      <w:tr w:rsidR="001040DB" w:rsidRPr="00923ED0" w:rsidTr="00B57328">
        <w:trPr>
          <w:trHeight w:val="557"/>
        </w:trPr>
        <w:tc>
          <w:tcPr>
            <w:tcW w:w="12272" w:type="dxa"/>
            <w:gridSpan w:val="9"/>
          </w:tcPr>
          <w:p w:rsidR="001040DB" w:rsidRPr="001B14C3" w:rsidRDefault="001040DB" w:rsidP="001B14C3">
            <w:pPr>
              <w:autoSpaceDE w:val="0"/>
              <w:autoSpaceDN w:val="0"/>
              <w:spacing w:line="360" w:lineRule="auto"/>
              <w:ind w:left="180" w:right="-14"/>
              <w:jc w:val="both"/>
              <w:rPr>
                <w:rFonts w:ascii="Times New Roman" w:hAnsi="Times New Roman" w:cs="Times New Roman"/>
                <w:b/>
                <w:sz w:val="24"/>
                <w:szCs w:val="24"/>
                <w:lang w:val="ru-RU"/>
              </w:rPr>
            </w:pPr>
            <w:r w:rsidRPr="001B14C3">
              <w:rPr>
                <w:rFonts w:ascii="Times New Roman" w:eastAsia="Times New Roman" w:hAnsi="Times New Roman" w:cs="Times New Roman"/>
                <w:b/>
                <w:color w:val="000000"/>
                <w:w w:val="97"/>
                <w:sz w:val="24"/>
                <w:szCs w:val="24"/>
                <w:lang w:val="ru-RU"/>
              </w:rPr>
              <w:t>Раздел 3.</w:t>
            </w:r>
            <w:r w:rsidRPr="001B14C3">
              <w:rPr>
                <w:rFonts w:ascii="Times New Roman" w:hAnsi="Times New Roman" w:cs="Times New Roman"/>
                <w:b/>
                <w:sz w:val="24"/>
                <w:szCs w:val="24"/>
                <w:lang w:val="ru-RU"/>
              </w:rPr>
              <w:t xml:space="preserve"> «Человек как член общества»</w:t>
            </w:r>
          </w:p>
          <w:p w:rsidR="001040DB" w:rsidRPr="001B14C3" w:rsidRDefault="001040DB" w:rsidP="001B14C3">
            <w:pPr>
              <w:spacing w:line="360" w:lineRule="auto"/>
              <w:rPr>
                <w:rFonts w:ascii="Times New Roman" w:hAnsi="Times New Roman" w:cs="Times New Roman"/>
                <w:sz w:val="24"/>
                <w:szCs w:val="24"/>
                <w:lang w:val="ru-RU"/>
              </w:rPr>
            </w:pPr>
          </w:p>
        </w:tc>
        <w:tc>
          <w:tcPr>
            <w:tcW w:w="1670" w:type="dxa"/>
            <w:gridSpan w:val="3"/>
          </w:tcPr>
          <w:p w:rsidR="001040DB" w:rsidRDefault="001040DB">
            <w:pPr>
              <w:rPr>
                <w:rFonts w:ascii="Times New Roman" w:hAnsi="Times New Roman" w:cs="Times New Roman"/>
                <w:sz w:val="24"/>
                <w:szCs w:val="24"/>
                <w:lang w:val="ru-RU"/>
              </w:rPr>
            </w:pPr>
          </w:p>
          <w:p w:rsidR="001040DB" w:rsidRPr="001B14C3" w:rsidRDefault="001040DB" w:rsidP="001040DB">
            <w:pPr>
              <w:spacing w:line="360" w:lineRule="auto"/>
              <w:rPr>
                <w:rFonts w:ascii="Times New Roman" w:hAnsi="Times New Roman" w:cs="Times New Roman"/>
                <w:sz w:val="24"/>
                <w:szCs w:val="24"/>
                <w:lang w:val="ru-RU"/>
              </w:rPr>
            </w:pPr>
          </w:p>
        </w:tc>
        <w:tc>
          <w:tcPr>
            <w:tcW w:w="2042" w:type="dxa"/>
          </w:tcPr>
          <w:p w:rsidR="001040DB" w:rsidRDefault="001040DB">
            <w:pPr>
              <w:rPr>
                <w:rFonts w:ascii="Times New Roman" w:hAnsi="Times New Roman" w:cs="Times New Roman"/>
                <w:sz w:val="24"/>
                <w:szCs w:val="24"/>
                <w:lang w:val="ru-RU"/>
              </w:rPr>
            </w:pPr>
          </w:p>
          <w:p w:rsidR="001040DB" w:rsidRPr="001B14C3" w:rsidRDefault="001040DB" w:rsidP="001040DB">
            <w:pPr>
              <w:spacing w:line="360" w:lineRule="auto"/>
              <w:rPr>
                <w:rFonts w:ascii="Times New Roman" w:hAnsi="Times New Roman" w:cs="Times New Roman"/>
                <w:sz w:val="24"/>
                <w:szCs w:val="24"/>
                <w:lang w:val="ru-RU"/>
              </w:rPr>
            </w:pPr>
          </w:p>
        </w:tc>
      </w:tr>
      <w:tr w:rsidR="006150A6" w:rsidRPr="001B14C3" w:rsidTr="00B57328">
        <w:trPr>
          <w:trHeight w:val="557"/>
        </w:trPr>
        <w:tc>
          <w:tcPr>
            <w:tcW w:w="527" w:type="dxa"/>
          </w:tcPr>
          <w:p w:rsidR="006150A6" w:rsidRPr="001B14C3" w:rsidRDefault="006150A6" w:rsidP="001B14C3">
            <w:pPr>
              <w:autoSpaceDE w:val="0"/>
              <w:autoSpaceDN w:val="0"/>
              <w:spacing w:line="360" w:lineRule="auto"/>
              <w:rPr>
                <w:rFonts w:ascii="Times New Roman" w:hAnsi="Times New Roman" w:cs="Times New Roman"/>
                <w:sz w:val="24"/>
                <w:szCs w:val="24"/>
                <w:lang w:val="ru-RU"/>
              </w:rPr>
            </w:pPr>
            <w:r w:rsidRPr="001B14C3">
              <w:rPr>
                <w:rFonts w:ascii="Times New Roman" w:hAnsi="Times New Roman" w:cs="Times New Roman"/>
                <w:sz w:val="24"/>
                <w:szCs w:val="24"/>
                <w:lang w:val="ru-RU"/>
              </w:rPr>
              <w:t>3.1</w:t>
            </w:r>
          </w:p>
        </w:tc>
        <w:tc>
          <w:tcPr>
            <w:tcW w:w="3536" w:type="dxa"/>
          </w:tcPr>
          <w:p w:rsidR="006150A6" w:rsidRPr="001B14C3" w:rsidRDefault="006150A6" w:rsidP="001B14C3">
            <w:pPr>
              <w:autoSpaceDE w:val="0"/>
              <w:autoSpaceDN w:val="0"/>
              <w:spacing w:line="360" w:lineRule="auto"/>
              <w:ind w:left="180" w:right="-14"/>
              <w:jc w:val="both"/>
              <w:rPr>
                <w:rFonts w:ascii="Times New Roman" w:hAnsi="Times New Roman" w:cs="Times New Roman"/>
                <w:b/>
                <w:sz w:val="24"/>
                <w:szCs w:val="24"/>
                <w:lang w:val="ru-RU"/>
              </w:rPr>
            </w:pPr>
            <w:r w:rsidRPr="001B14C3">
              <w:rPr>
                <w:rFonts w:ascii="Times New Roman" w:hAnsi="Times New Roman" w:cs="Times New Roman"/>
                <w:b/>
                <w:sz w:val="24"/>
                <w:szCs w:val="24"/>
                <w:lang w:val="ru-RU"/>
              </w:rPr>
              <w:t>«Человек как член общества»</w:t>
            </w:r>
          </w:p>
          <w:p w:rsidR="006150A6" w:rsidRPr="001B14C3" w:rsidRDefault="006150A6" w:rsidP="001B14C3">
            <w:pPr>
              <w:autoSpaceDE w:val="0"/>
              <w:autoSpaceDN w:val="0"/>
              <w:spacing w:line="360" w:lineRule="auto"/>
              <w:ind w:left="180" w:right="-14"/>
              <w:jc w:val="both"/>
              <w:rPr>
                <w:rFonts w:ascii="Times New Roman" w:eastAsia="Times New Roman" w:hAnsi="Times New Roman" w:cs="Times New Roman"/>
                <w:color w:val="000000"/>
                <w:w w:val="97"/>
                <w:sz w:val="24"/>
                <w:szCs w:val="24"/>
                <w:lang w:val="ru-RU"/>
              </w:rPr>
            </w:pPr>
          </w:p>
        </w:tc>
        <w:tc>
          <w:tcPr>
            <w:tcW w:w="973" w:type="dxa"/>
          </w:tcPr>
          <w:p w:rsidR="006150A6" w:rsidRPr="001B14C3" w:rsidRDefault="006150A6"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10</w:t>
            </w:r>
          </w:p>
        </w:tc>
        <w:tc>
          <w:tcPr>
            <w:tcW w:w="1008" w:type="dxa"/>
          </w:tcPr>
          <w:p w:rsidR="006150A6" w:rsidRPr="001B14C3" w:rsidRDefault="006150A6"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0</w:t>
            </w:r>
          </w:p>
        </w:tc>
        <w:tc>
          <w:tcPr>
            <w:tcW w:w="1152" w:type="dxa"/>
            <w:gridSpan w:val="2"/>
          </w:tcPr>
          <w:p w:rsidR="006150A6" w:rsidRPr="001B14C3" w:rsidRDefault="006150A6"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0,5</w:t>
            </w:r>
          </w:p>
        </w:tc>
        <w:tc>
          <w:tcPr>
            <w:tcW w:w="1127" w:type="dxa"/>
            <w:gridSpan w:val="2"/>
          </w:tcPr>
          <w:p w:rsidR="006150A6" w:rsidRPr="001B14C3" w:rsidRDefault="006150A6" w:rsidP="001B14C3">
            <w:pPr>
              <w:autoSpaceDE w:val="0"/>
              <w:autoSpaceDN w:val="0"/>
              <w:spacing w:line="360" w:lineRule="auto"/>
              <w:rPr>
                <w:rFonts w:ascii="Times New Roman" w:hAnsi="Times New Roman" w:cs="Times New Roman"/>
                <w:b/>
                <w:sz w:val="24"/>
                <w:szCs w:val="24"/>
                <w:lang w:val="ru-RU"/>
              </w:rPr>
            </w:pPr>
          </w:p>
        </w:tc>
        <w:tc>
          <w:tcPr>
            <w:tcW w:w="3970" w:type="dxa"/>
            <w:gridSpan w:val="2"/>
          </w:tcPr>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характеризовать важность труда и его роль в современном обществе;</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соотносить понятия «добросовестный труд» и «экономическое благополучие»; </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объяснять понятия «безделье», «лень», «тунеядство»; понимать важность и уметь обосновать необходимость их преодоления для самого себя; </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оценивать общественные процессы в области общественной </w:t>
            </w:r>
            <w:r w:rsidRPr="001B14C3">
              <w:rPr>
                <w:rFonts w:ascii="Times New Roman" w:hAnsi="Times New Roman" w:cs="Times New Roman"/>
                <w:sz w:val="24"/>
                <w:szCs w:val="24"/>
                <w:lang w:val="ru-RU"/>
              </w:rPr>
              <w:lastRenderedPageBreak/>
              <w:t>оценки труда;</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осознавать и демонстрировать значимость трудолюбия, трудовых подвигов, социальной ответственности за свой труд; </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объяснять важность труда и его экономической стоимости; </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 </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характеризовать понятия «подвиг», «героизм», «самопожертвование»;</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 понимать отличия подвига на войне и в мирное время;</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уметь доказывать важность героических примеров для жизни общества; </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знать и называть героев современного общества и </w:t>
            </w:r>
            <w:r w:rsidRPr="001B14C3">
              <w:rPr>
                <w:rFonts w:ascii="Times New Roman" w:hAnsi="Times New Roman" w:cs="Times New Roman"/>
                <w:sz w:val="24"/>
                <w:szCs w:val="24"/>
                <w:lang w:val="ru-RU"/>
              </w:rPr>
              <w:lastRenderedPageBreak/>
              <w:t>исторических личностей;</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обосновывать разграничение понятий «героизм» и «псевдогероизм» через значимость для общества и понимание последствий.</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характеризовать понятие «социальные отношения»;</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понимать смысл понятия «человек как субъект социальных отношений» в приложении к его нравственному и духовному развитию;</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осознавать роль малых и больших социальных групп в нравственном состоянии личности;</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обосновывать понятия «дружба», «предательство», «честь», «коллективизм» и приводить примеры из истории, культуры и литературы;</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обосновывать важность и находить нравственные основания </w:t>
            </w:r>
            <w:r w:rsidRPr="001B14C3">
              <w:rPr>
                <w:rFonts w:ascii="Times New Roman" w:hAnsi="Times New Roman" w:cs="Times New Roman"/>
                <w:sz w:val="24"/>
                <w:szCs w:val="24"/>
                <w:lang w:val="ru-RU"/>
              </w:rPr>
              <w:lastRenderedPageBreak/>
              <w:t>социальной взаимопомощи, в том числе благотворительности;</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понимать и характеризовать понятие «этика предпринимательства» в социальном аспекте. </w:t>
            </w:r>
          </w:p>
          <w:p w:rsidR="006150A6" w:rsidRPr="001B14C3" w:rsidRDefault="006150A6" w:rsidP="001B14C3">
            <w:pPr>
              <w:autoSpaceDE w:val="0"/>
              <w:autoSpaceDN w:val="0"/>
              <w:spacing w:line="360" w:lineRule="auto"/>
              <w:ind w:left="180" w:right="-14"/>
              <w:jc w:val="both"/>
              <w:rPr>
                <w:rFonts w:ascii="Times New Roman" w:hAnsi="Times New Roman" w:cs="Times New Roman"/>
                <w:b/>
                <w:sz w:val="24"/>
                <w:szCs w:val="24"/>
                <w:lang w:val="ru-RU"/>
              </w:rPr>
            </w:pPr>
          </w:p>
        </w:tc>
        <w:tc>
          <w:tcPr>
            <w:tcW w:w="1649" w:type="dxa"/>
            <w:gridSpan w:val="2"/>
          </w:tcPr>
          <w:p w:rsidR="006150A6" w:rsidRPr="001B14C3" w:rsidRDefault="006150A6" w:rsidP="001B14C3">
            <w:pPr>
              <w:autoSpaceDE w:val="0"/>
              <w:autoSpaceDN w:val="0"/>
              <w:spacing w:line="360" w:lineRule="auto"/>
              <w:rPr>
                <w:rFonts w:ascii="Times New Roman" w:hAnsi="Times New Roman" w:cs="Times New Roman"/>
                <w:sz w:val="24"/>
                <w:szCs w:val="24"/>
                <w:lang w:val="ru-RU"/>
              </w:rPr>
            </w:pPr>
            <w:r w:rsidRPr="001B14C3">
              <w:rPr>
                <w:rFonts w:ascii="Times New Roman" w:hAnsi="Times New Roman" w:cs="Times New Roman"/>
                <w:sz w:val="24"/>
                <w:szCs w:val="24"/>
                <w:lang w:val="ru-RU"/>
              </w:rPr>
              <w:lastRenderedPageBreak/>
              <w:t>устный опрос,</w:t>
            </w:r>
          </w:p>
          <w:p w:rsidR="006150A6" w:rsidRPr="001B14C3" w:rsidRDefault="006150A6" w:rsidP="001B14C3">
            <w:pPr>
              <w:autoSpaceDE w:val="0"/>
              <w:autoSpaceDN w:val="0"/>
              <w:spacing w:line="360" w:lineRule="auto"/>
              <w:rPr>
                <w:rFonts w:ascii="Times New Roman" w:hAnsi="Times New Roman" w:cs="Times New Roman"/>
                <w:sz w:val="24"/>
                <w:szCs w:val="24"/>
                <w:lang w:val="ru-RU"/>
              </w:rPr>
            </w:pPr>
            <w:r w:rsidRPr="001B14C3">
              <w:rPr>
                <w:rFonts w:ascii="Times New Roman" w:hAnsi="Times New Roman" w:cs="Times New Roman"/>
                <w:sz w:val="24"/>
                <w:szCs w:val="24"/>
                <w:lang w:val="ru-RU"/>
              </w:rPr>
              <w:t>практическая работа, письменный контроль</w:t>
            </w:r>
          </w:p>
        </w:tc>
        <w:tc>
          <w:tcPr>
            <w:tcW w:w="2042" w:type="dxa"/>
          </w:tcPr>
          <w:p w:rsidR="006150A6" w:rsidRPr="001B14C3" w:rsidRDefault="001F4597" w:rsidP="001B14C3">
            <w:pPr>
              <w:spacing w:line="360" w:lineRule="auto"/>
              <w:rPr>
                <w:rFonts w:ascii="Times New Roman" w:hAnsi="Times New Roman" w:cs="Times New Roman"/>
                <w:sz w:val="24"/>
                <w:szCs w:val="24"/>
                <w:lang w:val="ru-RU"/>
              </w:rPr>
            </w:pPr>
            <w:hyperlink r:id="rId28" w:history="1">
              <w:r w:rsidR="006150A6" w:rsidRPr="001B14C3">
                <w:rPr>
                  <w:rStyle w:val="aff1"/>
                  <w:rFonts w:ascii="Times New Roman" w:eastAsia="Times New Roman" w:hAnsi="Times New Roman" w:cs="Times New Roman"/>
                  <w:sz w:val="24"/>
                  <w:szCs w:val="24"/>
                  <w:lang w:eastAsia="ru-RU"/>
                </w:rPr>
                <w:t>http</w:t>
              </w:r>
              <w:r w:rsidR="006150A6" w:rsidRPr="001B14C3">
                <w:rPr>
                  <w:rStyle w:val="aff1"/>
                  <w:rFonts w:ascii="Times New Roman" w:eastAsia="Times New Roman" w:hAnsi="Times New Roman" w:cs="Times New Roman"/>
                  <w:sz w:val="24"/>
                  <w:szCs w:val="24"/>
                  <w:lang w:val="ru-RU" w:eastAsia="ru-RU"/>
                </w:rPr>
                <w:t>://</w:t>
              </w:r>
              <w:r w:rsidR="006150A6" w:rsidRPr="001B14C3">
                <w:rPr>
                  <w:rStyle w:val="aff1"/>
                  <w:rFonts w:ascii="Times New Roman" w:eastAsia="Times New Roman" w:hAnsi="Times New Roman" w:cs="Times New Roman"/>
                  <w:sz w:val="24"/>
                  <w:szCs w:val="24"/>
                  <w:lang w:eastAsia="ru-RU"/>
                </w:rPr>
                <w:t>scool</w:t>
              </w:r>
              <w:r w:rsidR="006150A6" w:rsidRPr="001B14C3">
                <w:rPr>
                  <w:rStyle w:val="aff1"/>
                  <w:rFonts w:ascii="Times New Roman" w:eastAsia="Times New Roman" w:hAnsi="Times New Roman" w:cs="Times New Roman"/>
                  <w:sz w:val="24"/>
                  <w:szCs w:val="24"/>
                  <w:lang w:val="ru-RU" w:eastAsia="ru-RU"/>
                </w:rPr>
                <w:t>-</w:t>
              </w:r>
              <w:r w:rsidR="006150A6" w:rsidRPr="001B14C3">
                <w:rPr>
                  <w:rStyle w:val="aff1"/>
                  <w:rFonts w:ascii="Times New Roman" w:eastAsia="Times New Roman" w:hAnsi="Times New Roman" w:cs="Times New Roman"/>
                  <w:sz w:val="24"/>
                  <w:szCs w:val="24"/>
                  <w:lang w:eastAsia="ru-RU"/>
                </w:rPr>
                <w:t>collection</w:t>
              </w:r>
              <w:r w:rsidR="006150A6" w:rsidRPr="001B14C3">
                <w:rPr>
                  <w:rStyle w:val="aff1"/>
                  <w:rFonts w:ascii="Times New Roman" w:eastAsia="Times New Roman" w:hAnsi="Times New Roman" w:cs="Times New Roman"/>
                  <w:sz w:val="24"/>
                  <w:szCs w:val="24"/>
                  <w:lang w:val="ru-RU" w:eastAsia="ru-RU"/>
                </w:rPr>
                <w:t>.</w:t>
              </w:r>
              <w:r w:rsidR="006150A6" w:rsidRPr="001B14C3">
                <w:rPr>
                  <w:rStyle w:val="aff1"/>
                  <w:rFonts w:ascii="Times New Roman" w:eastAsia="Times New Roman" w:hAnsi="Times New Roman" w:cs="Times New Roman"/>
                  <w:sz w:val="24"/>
                  <w:szCs w:val="24"/>
                  <w:lang w:eastAsia="ru-RU"/>
                </w:rPr>
                <w:t>edu</w:t>
              </w:r>
              <w:r w:rsidR="006150A6" w:rsidRPr="001B14C3">
                <w:rPr>
                  <w:rStyle w:val="aff1"/>
                  <w:rFonts w:ascii="Times New Roman" w:eastAsia="Times New Roman" w:hAnsi="Times New Roman" w:cs="Times New Roman"/>
                  <w:sz w:val="24"/>
                  <w:szCs w:val="24"/>
                  <w:lang w:val="ru-RU" w:eastAsia="ru-RU"/>
                </w:rPr>
                <w:t>.</w:t>
              </w:r>
              <w:r w:rsidR="006150A6" w:rsidRPr="001B14C3">
                <w:rPr>
                  <w:rStyle w:val="aff1"/>
                  <w:rFonts w:ascii="Times New Roman" w:eastAsia="Times New Roman" w:hAnsi="Times New Roman" w:cs="Times New Roman"/>
                  <w:sz w:val="24"/>
                  <w:szCs w:val="24"/>
                  <w:lang w:eastAsia="ru-RU"/>
                </w:rPr>
                <w:t>ru</w:t>
              </w:r>
            </w:hyperlink>
          </w:p>
          <w:p w:rsidR="006150A6" w:rsidRPr="001B14C3" w:rsidRDefault="006150A6" w:rsidP="001B14C3">
            <w:pPr>
              <w:spacing w:line="360" w:lineRule="auto"/>
              <w:rPr>
                <w:rFonts w:ascii="Times New Roman" w:hAnsi="Times New Roman" w:cs="Times New Roman"/>
                <w:sz w:val="24"/>
                <w:szCs w:val="24"/>
                <w:lang w:val="ru-RU"/>
              </w:rPr>
            </w:pPr>
          </w:p>
          <w:p w:rsidR="006150A6" w:rsidRPr="001B14C3" w:rsidRDefault="001F4597" w:rsidP="001B14C3">
            <w:pPr>
              <w:autoSpaceDE w:val="0"/>
              <w:autoSpaceDN w:val="0"/>
              <w:spacing w:line="360" w:lineRule="auto"/>
              <w:rPr>
                <w:rFonts w:ascii="Times New Roman" w:hAnsi="Times New Roman" w:cs="Times New Roman"/>
                <w:b/>
                <w:sz w:val="24"/>
                <w:szCs w:val="24"/>
                <w:lang w:val="ru-RU"/>
              </w:rPr>
            </w:pPr>
            <w:hyperlink r:id="rId29" w:history="1">
              <w:r w:rsidR="006150A6" w:rsidRPr="001B14C3">
                <w:rPr>
                  <w:rStyle w:val="aff1"/>
                  <w:rFonts w:ascii="Times New Roman" w:hAnsi="Times New Roman" w:cs="Times New Roman"/>
                  <w:b/>
                  <w:sz w:val="24"/>
                  <w:szCs w:val="24"/>
                  <w:lang w:val="ru-RU"/>
                </w:rPr>
                <w:t>https://resh.edu.ru/subject/3/</w:t>
              </w:r>
            </w:hyperlink>
          </w:p>
          <w:p w:rsidR="006150A6" w:rsidRPr="001B14C3" w:rsidRDefault="006150A6" w:rsidP="001B14C3">
            <w:pPr>
              <w:autoSpaceDE w:val="0"/>
              <w:autoSpaceDN w:val="0"/>
              <w:spacing w:line="360" w:lineRule="auto"/>
              <w:rPr>
                <w:rFonts w:ascii="Times New Roman" w:hAnsi="Times New Roman" w:cs="Times New Roman"/>
                <w:b/>
                <w:sz w:val="24"/>
                <w:szCs w:val="24"/>
                <w:lang w:val="ru-RU"/>
              </w:rPr>
            </w:pPr>
          </w:p>
          <w:p w:rsidR="006150A6" w:rsidRPr="001B14C3" w:rsidRDefault="001F4597" w:rsidP="001B14C3">
            <w:pPr>
              <w:spacing w:line="360" w:lineRule="auto"/>
              <w:rPr>
                <w:rFonts w:ascii="Times New Roman" w:hAnsi="Times New Roman" w:cs="Times New Roman"/>
                <w:sz w:val="24"/>
                <w:szCs w:val="24"/>
                <w:lang w:val="ru-RU"/>
              </w:rPr>
            </w:pPr>
            <w:hyperlink r:id="rId30" w:history="1">
              <w:r w:rsidR="006150A6" w:rsidRPr="001B14C3">
                <w:rPr>
                  <w:rStyle w:val="aff1"/>
                  <w:rFonts w:ascii="Times New Roman" w:hAnsi="Times New Roman" w:cs="Times New Roman"/>
                  <w:sz w:val="24"/>
                  <w:szCs w:val="24"/>
                  <w:lang w:val="ru-RU"/>
                </w:rPr>
                <w:t>https://uchi.ru/</w:t>
              </w:r>
            </w:hyperlink>
          </w:p>
          <w:p w:rsidR="006150A6" w:rsidRPr="001B14C3" w:rsidRDefault="006150A6" w:rsidP="001B14C3">
            <w:pPr>
              <w:spacing w:line="360" w:lineRule="auto"/>
              <w:rPr>
                <w:rFonts w:ascii="Times New Roman" w:hAnsi="Times New Roman" w:cs="Times New Roman"/>
                <w:sz w:val="24"/>
                <w:szCs w:val="24"/>
                <w:lang w:val="ru-RU"/>
              </w:rPr>
            </w:pPr>
          </w:p>
        </w:tc>
      </w:tr>
      <w:tr w:rsidR="001040DB" w:rsidRPr="001B14C3" w:rsidTr="00B57328">
        <w:trPr>
          <w:trHeight w:val="557"/>
        </w:trPr>
        <w:tc>
          <w:tcPr>
            <w:tcW w:w="527" w:type="dxa"/>
          </w:tcPr>
          <w:p w:rsidR="001040DB" w:rsidRPr="001B14C3" w:rsidRDefault="001040DB" w:rsidP="001B14C3">
            <w:pPr>
              <w:autoSpaceDE w:val="0"/>
              <w:autoSpaceDN w:val="0"/>
              <w:spacing w:line="360" w:lineRule="auto"/>
              <w:rPr>
                <w:rFonts w:ascii="Times New Roman" w:hAnsi="Times New Roman" w:cs="Times New Roman"/>
                <w:sz w:val="24"/>
                <w:szCs w:val="24"/>
                <w:lang w:val="ru-RU"/>
              </w:rPr>
            </w:pPr>
          </w:p>
        </w:tc>
        <w:tc>
          <w:tcPr>
            <w:tcW w:w="3536" w:type="dxa"/>
          </w:tcPr>
          <w:p w:rsidR="001040DB" w:rsidRPr="001B14C3" w:rsidRDefault="001040DB" w:rsidP="001B14C3">
            <w:pPr>
              <w:autoSpaceDE w:val="0"/>
              <w:autoSpaceDN w:val="0"/>
              <w:spacing w:line="360" w:lineRule="auto"/>
              <w:ind w:left="180" w:right="-14"/>
              <w:jc w:val="both"/>
              <w:rPr>
                <w:rFonts w:ascii="Times New Roman" w:eastAsia="Times New Roman" w:hAnsi="Times New Roman" w:cs="Times New Roman"/>
                <w:color w:val="000000"/>
                <w:w w:val="97"/>
                <w:sz w:val="24"/>
                <w:szCs w:val="24"/>
                <w:lang w:val="ru-RU"/>
              </w:rPr>
            </w:pPr>
            <w:r w:rsidRPr="001B14C3">
              <w:rPr>
                <w:rFonts w:ascii="Times New Roman" w:eastAsia="Times New Roman" w:hAnsi="Times New Roman" w:cs="Times New Roman"/>
                <w:color w:val="000000"/>
                <w:w w:val="97"/>
                <w:sz w:val="24"/>
                <w:szCs w:val="24"/>
                <w:lang w:val="ru-RU"/>
              </w:rPr>
              <w:t>Итого по разделу:</w:t>
            </w:r>
          </w:p>
        </w:tc>
        <w:tc>
          <w:tcPr>
            <w:tcW w:w="973" w:type="dxa"/>
          </w:tcPr>
          <w:p w:rsidR="001040DB" w:rsidRPr="001B14C3" w:rsidRDefault="001040DB"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10</w:t>
            </w:r>
          </w:p>
        </w:tc>
        <w:tc>
          <w:tcPr>
            <w:tcW w:w="7236" w:type="dxa"/>
            <w:gridSpan w:val="6"/>
          </w:tcPr>
          <w:p w:rsidR="001040DB" w:rsidRPr="001B14C3" w:rsidRDefault="001040DB" w:rsidP="001B14C3">
            <w:pPr>
              <w:spacing w:line="360" w:lineRule="auto"/>
              <w:rPr>
                <w:rFonts w:ascii="Times New Roman" w:hAnsi="Times New Roman" w:cs="Times New Roman"/>
                <w:sz w:val="24"/>
                <w:szCs w:val="24"/>
                <w:lang w:val="ru-RU"/>
              </w:rPr>
            </w:pPr>
          </w:p>
        </w:tc>
        <w:tc>
          <w:tcPr>
            <w:tcW w:w="1648" w:type="dxa"/>
            <w:gridSpan w:val="2"/>
          </w:tcPr>
          <w:p w:rsidR="001040DB" w:rsidRPr="001B14C3" w:rsidRDefault="001040DB" w:rsidP="001B14C3">
            <w:pPr>
              <w:spacing w:line="360" w:lineRule="auto"/>
              <w:rPr>
                <w:rFonts w:ascii="Times New Roman" w:hAnsi="Times New Roman" w:cs="Times New Roman"/>
                <w:sz w:val="24"/>
                <w:szCs w:val="24"/>
                <w:lang w:val="ru-RU"/>
              </w:rPr>
            </w:pPr>
          </w:p>
        </w:tc>
        <w:tc>
          <w:tcPr>
            <w:tcW w:w="2064" w:type="dxa"/>
            <w:gridSpan w:val="2"/>
          </w:tcPr>
          <w:p w:rsidR="001040DB" w:rsidRPr="001B14C3" w:rsidRDefault="001040DB" w:rsidP="001B14C3">
            <w:pPr>
              <w:spacing w:line="360" w:lineRule="auto"/>
              <w:rPr>
                <w:rFonts w:ascii="Times New Roman" w:hAnsi="Times New Roman" w:cs="Times New Roman"/>
                <w:sz w:val="24"/>
                <w:szCs w:val="24"/>
                <w:lang w:val="ru-RU"/>
              </w:rPr>
            </w:pPr>
          </w:p>
        </w:tc>
      </w:tr>
      <w:tr w:rsidR="001040DB" w:rsidRPr="001B14C3" w:rsidTr="00B57328">
        <w:trPr>
          <w:trHeight w:val="557"/>
        </w:trPr>
        <w:tc>
          <w:tcPr>
            <w:tcW w:w="12272" w:type="dxa"/>
            <w:gridSpan w:val="9"/>
          </w:tcPr>
          <w:p w:rsidR="001040DB" w:rsidRPr="001B14C3" w:rsidRDefault="001040DB"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Раздел 4.</w:t>
            </w:r>
            <w:r w:rsidRPr="001B14C3">
              <w:rPr>
                <w:rFonts w:ascii="Times New Roman" w:hAnsi="Times New Roman" w:cs="Times New Roman"/>
                <w:b/>
                <w:sz w:val="24"/>
                <w:szCs w:val="24"/>
                <w:lang w:val="ru-RU"/>
              </w:rPr>
              <w:t xml:space="preserve"> «Родина и патриотизм»</w:t>
            </w:r>
          </w:p>
          <w:p w:rsidR="001040DB" w:rsidRPr="001B14C3" w:rsidRDefault="001040DB" w:rsidP="001B14C3">
            <w:pPr>
              <w:spacing w:line="360" w:lineRule="auto"/>
              <w:rPr>
                <w:rFonts w:ascii="Times New Roman" w:hAnsi="Times New Roman" w:cs="Times New Roman"/>
                <w:sz w:val="24"/>
                <w:szCs w:val="24"/>
                <w:lang w:val="ru-RU"/>
              </w:rPr>
            </w:pPr>
          </w:p>
        </w:tc>
        <w:tc>
          <w:tcPr>
            <w:tcW w:w="1648" w:type="dxa"/>
            <w:gridSpan w:val="2"/>
          </w:tcPr>
          <w:p w:rsidR="001040DB" w:rsidRDefault="001040DB">
            <w:pPr>
              <w:rPr>
                <w:rFonts w:ascii="Times New Roman" w:hAnsi="Times New Roman" w:cs="Times New Roman"/>
                <w:sz w:val="24"/>
                <w:szCs w:val="24"/>
                <w:lang w:val="ru-RU"/>
              </w:rPr>
            </w:pPr>
          </w:p>
          <w:p w:rsidR="001040DB" w:rsidRPr="001B14C3" w:rsidRDefault="001040DB" w:rsidP="001040DB">
            <w:pPr>
              <w:spacing w:line="360" w:lineRule="auto"/>
              <w:rPr>
                <w:rFonts w:ascii="Times New Roman" w:hAnsi="Times New Roman" w:cs="Times New Roman"/>
                <w:sz w:val="24"/>
                <w:szCs w:val="24"/>
                <w:lang w:val="ru-RU"/>
              </w:rPr>
            </w:pPr>
          </w:p>
        </w:tc>
        <w:tc>
          <w:tcPr>
            <w:tcW w:w="2064" w:type="dxa"/>
            <w:gridSpan w:val="2"/>
          </w:tcPr>
          <w:p w:rsidR="001040DB" w:rsidRDefault="001040DB">
            <w:pPr>
              <w:rPr>
                <w:rFonts w:ascii="Times New Roman" w:hAnsi="Times New Roman" w:cs="Times New Roman"/>
                <w:sz w:val="24"/>
                <w:szCs w:val="24"/>
                <w:lang w:val="ru-RU"/>
              </w:rPr>
            </w:pPr>
          </w:p>
          <w:p w:rsidR="001040DB" w:rsidRPr="001B14C3" w:rsidRDefault="001040DB" w:rsidP="001040DB">
            <w:pPr>
              <w:spacing w:line="360" w:lineRule="auto"/>
              <w:rPr>
                <w:rFonts w:ascii="Times New Roman" w:hAnsi="Times New Roman" w:cs="Times New Roman"/>
                <w:sz w:val="24"/>
                <w:szCs w:val="24"/>
                <w:lang w:val="ru-RU"/>
              </w:rPr>
            </w:pPr>
          </w:p>
        </w:tc>
      </w:tr>
      <w:tr w:rsidR="006150A6" w:rsidRPr="001B14C3" w:rsidTr="00B57328">
        <w:trPr>
          <w:trHeight w:val="557"/>
        </w:trPr>
        <w:tc>
          <w:tcPr>
            <w:tcW w:w="527" w:type="dxa"/>
          </w:tcPr>
          <w:p w:rsidR="006150A6" w:rsidRPr="001B14C3" w:rsidRDefault="006150A6" w:rsidP="001B14C3">
            <w:pPr>
              <w:autoSpaceDE w:val="0"/>
              <w:autoSpaceDN w:val="0"/>
              <w:spacing w:line="360" w:lineRule="auto"/>
              <w:rPr>
                <w:rFonts w:ascii="Times New Roman" w:hAnsi="Times New Roman" w:cs="Times New Roman"/>
                <w:sz w:val="24"/>
                <w:szCs w:val="24"/>
                <w:lang w:val="ru-RU"/>
              </w:rPr>
            </w:pPr>
            <w:r w:rsidRPr="001B14C3">
              <w:rPr>
                <w:rFonts w:ascii="Times New Roman" w:hAnsi="Times New Roman" w:cs="Times New Roman"/>
                <w:sz w:val="24"/>
                <w:szCs w:val="24"/>
                <w:lang w:val="ru-RU"/>
              </w:rPr>
              <w:t>4.1</w:t>
            </w:r>
          </w:p>
        </w:tc>
        <w:tc>
          <w:tcPr>
            <w:tcW w:w="3536" w:type="dxa"/>
          </w:tcPr>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b/>
                <w:sz w:val="24"/>
                <w:szCs w:val="24"/>
                <w:lang w:val="ru-RU"/>
              </w:rPr>
              <w:t>«Родина и патриотизм»</w:t>
            </w:r>
          </w:p>
          <w:p w:rsidR="006150A6" w:rsidRPr="001B14C3" w:rsidRDefault="006150A6" w:rsidP="001B14C3">
            <w:pPr>
              <w:autoSpaceDE w:val="0"/>
              <w:autoSpaceDN w:val="0"/>
              <w:spacing w:line="360" w:lineRule="auto"/>
              <w:ind w:left="180" w:right="-14"/>
              <w:jc w:val="both"/>
              <w:rPr>
                <w:rFonts w:ascii="Times New Roman" w:eastAsia="Times New Roman" w:hAnsi="Times New Roman" w:cs="Times New Roman"/>
                <w:color w:val="000000"/>
                <w:w w:val="97"/>
                <w:sz w:val="24"/>
                <w:szCs w:val="24"/>
                <w:lang w:val="ru-RU"/>
              </w:rPr>
            </w:pPr>
          </w:p>
        </w:tc>
        <w:tc>
          <w:tcPr>
            <w:tcW w:w="973" w:type="dxa"/>
          </w:tcPr>
          <w:p w:rsidR="006150A6" w:rsidRPr="001B14C3" w:rsidRDefault="006150A6"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8</w:t>
            </w:r>
          </w:p>
        </w:tc>
        <w:tc>
          <w:tcPr>
            <w:tcW w:w="1008" w:type="dxa"/>
          </w:tcPr>
          <w:p w:rsidR="006150A6" w:rsidRPr="001B14C3" w:rsidRDefault="006150A6"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0</w:t>
            </w:r>
          </w:p>
        </w:tc>
        <w:tc>
          <w:tcPr>
            <w:tcW w:w="1152" w:type="dxa"/>
            <w:gridSpan w:val="2"/>
          </w:tcPr>
          <w:p w:rsidR="006150A6" w:rsidRPr="001B14C3" w:rsidRDefault="006150A6"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1,5</w:t>
            </w:r>
          </w:p>
        </w:tc>
        <w:tc>
          <w:tcPr>
            <w:tcW w:w="1127" w:type="dxa"/>
            <w:gridSpan w:val="2"/>
          </w:tcPr>
          <w:p w:rsidR="006150A6" w:rsidRPr="001B14C3" w:rsidRDefault="006150A6" w:rsidP="001B14C3">
            <w:pPr>
              <w:autoSpaceDE w:val="0"/>
              <w:autoSpaceDN w:val="0"/>
              <w:spacing w:line="360" w:lineRule="auto"/>
              <w:rPr>
                <w:rFonts w:ascii="Times New Roman" w:hAnsi="Times New Roman" w:cs="Times New Roman"/>
                <w:b/>
                <w:sz w:val="24"/>
                <w:szCs w:val="24"/>
                <w:lang w:val="ru-RU"/>
              </w:rPr>
            </w:pPr>
          </w:p>
        </w:tc>
        <w:tc>
          <w:tcPr>
            <w:tcW w:w="3970" w:type="dxa"/>
            <w:gridSpan w:val="2"/>
          </w:tcPr>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характеризовать понятия «Родина» и «гражданство», объяснять их взаимосвязь;</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понимать духовно-нравственный характер патриотизма, ценностей гражданского самосознания;</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понимать и уметь обосновывать нравственные качества гражданина.</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характеризовать понятие «патриотизм»;</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 приводить примеры патриотизма в истории и современном обществе;</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lastRenderedPageBreak/>
              <w:t>- различать истинный и ложный патриотизм через ориентированность на ценности толерантности, уважения к другим народам, их истории и культуре;</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уметь обосновывать важность патриотизма.</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-характеризовать понятия «война» и «мир»; </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-доказывать важность сохранения мира и согласия;</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-обосновывать роль защиты Отечества, её важность для гражданина;</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понимать особенности защиты чести Отечества в спорте, науке, культуре;</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характеризовать понятия «военный подвиг», «честь», «доблесть»; обосновывать их важность, приводить примеры их проявлений.</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b/>
                <w:sz w:val="24"/>
                <w:szCs w:val="24"/>
                <w:lang w:val="ru-RU"/>
              </w:rPr>
              <w:t>-</w:t>
            </w:r>
            <w:r w:rsidRPr="001B14C3">
              <w:rPr>
                <w:rFonts w:ascii="Times New Roman" w:hAnsi="Times New Roman" w:cs="Times New Roman"/>
                <w:sz w:val="24"/>
                <w:szCs w:val="24"/>
                <w:lang w:val="ru-RU"/>
              </w:rPr>
              <w:t xml:space="preserve"> характеризовать грани взаимодействия человека и </w:t>
            </w:r>
            <w:r w:rsidRPr="001B14C3">
              <w:rPr>
                <w:rFonts w:ascii="Times New Roman" w:hAnsi="Times New Roman" w:cs="Times New Roman"/>
                <w:sz w:val="24"/>
                <w:szCs w:val="24"/>
                <w:lang w:val="ru-RU"/>
              </w:rPr>
              <w:lastRenderedPageBreak/>
              <w:t>культуры;</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-уметь описать в выбранном направлении с помощью известных примеров образ человека, создаваемый произведениями культуры; </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-показать взаимосвязь человека и культуры через их взаимовлияние; </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характеризовать основные признаки понятия «человек» с опорой на исторические и культурные примеры, их осмысление и оценку, как с положительной, так и с отрицательной стороны.</w:t>
            </w:r>
          </w:p>
          <w:p w:rsidR="006150A6" w:rsidRPr="001B14C3" w:rsidRDefault="006150A6" w:rsidP="001B14C3">
            <w:pPr>
              <w:autoSpaceDE w:val="0"/>
              <w:autoSpaceDN w:val="0"/>
              <w:spacing w:line="360" w:lineRule="auto"/>
              <w:ind w:left="180" w:right="-14"/>
              <w:jc w:val="both"/>
              <w:rPr>
                <w:rFonts w:ascii="Times New Roman" w:hAnsi="Times New Roman" w:cs="Times New Roman"/>
                <w:sz w:val="24"/>
                <w:szCs w:val="24"/>
                <w:lang w:val="ru-RU"/>
              </w:rPr>
            </w:pPr>
          </w:p>
          <w:p w:rsidR="006150A6" w:rsidRPr="001B14C3" w:rsidRDefault="006150A6" w:rsidP="001B14C3">
            <w:pPr>
              <w:autoSpaceDE w:val="0"/>
              <w:autoSpaceDN w:val="0"/>
              <w:spacing w:line="360" w:lineRule="auto"/>
              <w:ind w:left="180" w:right="-14"/>
              <w:jc w:val="both"/>
              <w:rPr>
                <w:rFonts w:ascii="Times New Roman" w:hAnsi="Times New Roman" w:cs="Times New Roman"/>
                <w:b/>
                <w:sz w:val="24"/>
                <w:szCs w:val="24"/>
                <w:lang w:val="ru-RU"/>
              </w:rPr>
            </w:pPr>
          </w:p>
        </w:tc>
        <w:tc>
          <w:tcPr>
            <w:tcW w:w="1649" w:type="dxa"/>
            <w:gridSpan w:val="2"/>
          </w:tcPr>
          <w:p w:rsidR="006150A6" w:rsidRPr="001B14C3" w:rsidRDefault="006150A6" w:rsidP="001B14C3">
            <w:pPr>
              <w:autoSpaceDE w:val="0"/>
              <w:autoSpaceDN w:val="0"/>
              <w:spacing w:line="360" w:lineRule="auto"/>
              <w:rPr>
                <w:rFonts w:ascii="Times New Roman" w:hAnsi="Times New Roman" w:cs="Times New Roman"/>
                <w:sz w:val="24"/>
                <w:szCs w:val="24"/>
                <w:lang w:val="ru-RU"/>
              </w:rPr>
            </w:pPr>
            <w:r w:rsidRPr="001B14C3">
              <w:rPr>
                <w:rFonts w:ascii="Times New Roman" w:hAnsi="Times New Roman" w:cs="Times New Roman"/>
                <w:sz w:val="24"/>
                <w:szCs w:val="24"/>
                <w:lang w:val="ru-RU"/>
              </w:rPr>
              <w:lastRenderedPageBreak/>
              <w:t>устный опрос,</w:t>
            </w:r>
          </w:p>
          <w:p w:rsidR="006150A6" w:rsidRPr="001B14C3" w:rsidRDefault="006150A6" w:rsidP="001B14C3">
            <w:pPr>
              <w:autoSpaceDE w:val="0"/>
              <w:autoSpaceDN w:val="0"/>
              <w:spacing w:line="360" w:lineRule="auto"/>
              <w:rPr>
                <w:rFonts w:ascii="Times New Roman" w:hAnsi="Times New Roman" w:cs="Times New Roman"/>
                <w:sz w:val="24"/>
                <w:szCs w:val="24"/>
                <w:lang w:val="ru-RU"/>
              </w:rPr>
            </w:pPr>
            <w:r w:rsidRPr="001B14C3">
              <w:rPr>
                <w:rFonts w:ascii="Times New Roman" w:hAnsi="Times New Roman" w:cs="Times New Roman"/>
                <w:sz w:val="24"/>
                <w:szCs w:val="24"/>
                <w:lang w:val="ru-RU"/>
              </w:rPr>
              <w:t>практическая работа, письменный контроль</w:t>
            </w:r>
          </w:p>
        </w:tc>
        <w:tc>
          <w:tcPr>
            <w:tcW w:w="2042" w:type="dxa"/>
          </w:tcPr>
          <w:p w:rsidR="006150A6" w:rsidRPr="001B14C3" w:rsidRDefault="001F4597" w:rsidP="001B14C3">
            <w:pPr>
              <w:spacing w:line="360" w:lineRule="auto"/>
              <w:rPr>
                <w:rFonts w:ascii="Times New Roman" w:hAnsi="Times New Roman" w:cs="Times New Roman"/>
                <w:sz w:val="24"/>
                <w:szCs w:val="24"/>
                <w:lang w:val="ru-RU"/>
              </w:rPr>
            </w:pPr>
            <w:hyperlink r:id="rId31" w:history="1">
              <w:r w:rsidR="006150A6" w:rsidRPr="001B14C3">
                <w:rPr>
                  <w:rStyle w:val="aff1"/>
                  <w:rFonts w:ascii="Times New Roman" w:eastAsia="Times New Roman" w:hAnsi="Times New Roman" w:cs="Times New Roman"/>
                  <w:sz w:val="24"/>
                  <w:szCs w:val="24"/>
                  <w:lang w:eastAsia="ru-RU"/>
                </w:rPr>
                <w:t>http</w:t>
              </w:r>
              <w:r w:rsidR="006150A6" w:rsidRPr="001B14C3">
                <w:rPr>
                  <w:rStyle w:val="aff1"/>
                  <w:rFonts w:ascii="Times New Roman" w:eastAsia="Times New Roman" w:hAnsi="Times New Roman" w:cs="Times New Roman"/>
                  <w:sz w:val="24"/>
                  <w:szCs w:val="24"/>
                  <w:lang w:val="ru-RU" w:eastAsia="ru-RU"/>
                </w:rPr>
                <w:t>://</w:t>
              </w:r>
              <w:r w:rsidR="006150A6" w:rsidRPr="001B14C3">
                <w:rPr>
                  <w:rStyle w:val="aff1"/>
                  <w:rFonts w:ascii="Times New Roman" w:eastAsia="Times New Roman" w:hAnsi="Times New Roman" w:cs="Times New Roman"/>
                  <w:sz w:val="24"/>
                  <w:szCs w:val="24"/>
                  <w:lang w:eastAsia="ru-RU"/>
                </w:rPr>
                <w:t>scool</w:t>
              </w:r>
              <w:r w:rsidR="006150A6" w:rsidRPr="001B14C3">
                <w:rPr>
                  <w:rStyle w:val="aff1"/>
                  <w:rFonts w:ascii="Times New Roman" w:eastAsia="Times New Roman" w:hAnsi="Times New Roman" w:cs="Times New Roman"/>
                  <w:sz w:val="24"/>
                  <w:szCs w:val="24"/>
                  <w:lang w:val="ru-RU" w:eastAsia="ru-RU"/>
                </w:rPr>
                <w:t>-</w:t>
              </w:r>
              <w:r w:rsidR="006150A6" w:rsidRPr="001B14C3">
                <w:rPr>
                  <w:rStyle w:val="aff1"/>
                  <w:rFonts w:ascii="Times New Roman" w:eastAsia="Times New Roman" w:hAnsi="Times New Roman" w:cs="Times New Roman"/>
                  <w:sz w:val="24"/>
                  <w:szCs w:val="24"/>
                  <w:lang w:eastAsia="ru-RU"/>
                </w:rPr>
                <w:t>collection</w:t>
              </w:r>
              <w:r w:rsidR="006150A6" w:rsidRPr="001B14C3">
                <w:rPr>
                  <w:rStyle w:val="aff1"/>
                  <w:rFonts w:ascii="Times New Roman" w:eastAsia="Times New Roman" w:hAnsi="Times New Roman" w:cs="Times New Roman"/>
                  <w:sz w:val="24"/>
                  <w:szCs w:val="24"/>
                  <w:lang w:val="ru-RU" w:eastAsia="ru-RU"/>
                </w:rPr>
                <w:t>.</w:t>
              </w:r>
              <w:r w:rsidR="006150A6" w:rsidRPr="001B14C3">
                <w:rPr>
                  <w:rStyle w:val="aff1"/>
                  <w:rFonts w:ascii="Times New Roman" w:eastAsia="Times New Roman" w:hAnsi="Times New Roman" w:cs="Times New Roman"/>
                  <w:sz w:val="24"/>
                  <w:szCs w:val="24"/>
                  <w:lang w:eastAsia="ru-RU"/>
                </w:rPr>
                <w:t>edu</w:t>
              </w:r>
              <w:r w:rsidR="006150A6" w:rsidRPr="001B14C3">
                <w:rPr>
                  <w:rStyle w:val="aff1"/>
                  <w:rFonts w:ascii="Times New Roman" w:eastAsia="Times New Roman" w:hAnsi="Times New Roman" w:cs="Times New Roman"/>
                  <w:sz w:val="24"/>
                  <w:szCs w:val="24"/>
                  <w:lang w:val="ru-RU" w:eastAsia="ru-RU"/>
                </w:rPr>
                <w:t>.</w:t>
              </w:r>
              <w:r w:rsidR="006150A6" w:rsidRPr="001B14C3">
                <w:rPr>
                  <w:rStyle w:val="aff1"/>
                  <w:rFonts w:ascii="Times New Roman" w:eastAsia="Times New Roman" w:hAnsi="Times New Roman" w:cs="Times New Roman"/>
                  <w:sz w:val="24"/>
                  <w:szCs w:val="24"/>
                  <w:lang w:eastAsia="ru-RU"/>
                </w:rPr>
                <w:t>ru</w:t>
              </w:r>
            </w:hyperlink>
          </w:p>
          <w:p w:rsidR="006150A6" w:rsidRPr="001B14C3" w:rsidRDefault="006150A6" w:rsidP="001B14C3">
            <w:pPr>
              <w:spacing w:line="360" w:lineRule="auto"/>
              <w:rPr>
                <w:rFonts w:ascii="Times New Roman" w:hAnsi="Times New Roman" w:cs="Times New Roman"/>
                <w:sz w:val="24"/>
                <w:szCs w:val="24"/>
                <w:lang w:val="ru-RU"/>
              </w:rPr>
            </w:pPr>
          </w:p>
          <w:p w:rsidR="006150A6" w:rsidRPr="001B14C3" w:rsidRDefault="001F4597" w:rsidP="001B14C3">
            <w:pPr>
              <w:autoSpaceDE w:val="0"/>
              <w:autoSpaceDN w:val="0"/>
              <w:spacing w:line="360" w:lineRule="auto"/>
              <w:rPr>
                <w:rFonts w:ascii="Times New Roman" w:hAnsi="Times New Roman" w:cs="Times New Roman"/>
                <w:b/>
                <w:sz w:val="24"/>
                <w:szCs w:val="24"/>
                <w:lang w:val="ru-RU"/>
              </w:rPr>
            </w:pPr>
            <w:hyperlink r:id="rId32" w:history="1">
              <w:r w:rsidR="006150A6" w:rsidRPr="001B14C3">
                <w:rPr>
                  <w:rStyle w:val="aff1"/>
                  <w:rFonts w:ascii="Times New Roman" w:hAnsi="Times New Roman" w:cs="Times New Roman"/>
                  <w:b/>
                  <w:sz w:val="24"/>
                  <w:szCs w:val="24"/>
                  <w:lang w:val="ru-RU"/>
                </w:rPr>
                <w:t>https://resh.edu.ru/subject/3/</w:t>
              </w:r>
            </w:hyperlink>
          </w:p>
          <w:p w:rsidR="006150A6" w:rsidRPr="001B14C3" w:rsidRDefault="006150A6" w:rsidP="001B14C3">
            <w:pPr>
              <w:autoSpaceDE w:val="0"/>
              <w:autoSpaceDN w:val="0"/>
              <w:spacing w:line="360" w:lineRule="auto"/>
              <w:rPr>
                <w:rFonts w:ascii="Times New Roman" w:hAnsi="Times New Roman" w:cs="Times New Roman"/>
                <w:b/>
                <w:sz w:val="24"/>
                <w:szCs w:val="24"/>
                <w:lang w:val="ru-RU"/>
              </w:rPr>
            </w:pPr>
          </w:p>
          <w:p w:rsidR="006150A6" w:rsidRPr="001B14C3" w:rsidRDefault="001F4597" w:rsidP="001B14C3">
            <w:pPr>
              <w:spacing w:line="360" w:lineRule="auto"/>
              <w:rPr>
                <w:rFonts w:ascii="Times New Roman" w:hAnsi="Times New Roman" w:cs="Times New Roman"/>
                <w:sz w:val="24"/>
                <w:szCs w:val="24"/>
                <w:lang w:val="ru-RU"/>
              </w:rPr>
            </w:pPr>
            <w:hyperlink r:id="rId33" w:history="1">
              <w:r w:rsidR="006150A6" w:rsidRPr="001B14C3">
                <w:rPr>
                  <w:rStyle w:val="aff1"/>
                  <w:rFonts w:ascii="Times New Roman" w:hAnsi="Times New Roman" w:cs="Times New Roman"/>
                  <w:sz w:val="24"/>
                  <w:szCs w:val="24"/>
                  <w:lang w:val="ru-RU"/>
                </w:rPr>
                <w:t>https://uchi.ru/</w:t>
              </w:r>
            </w:hyperlink>
          </w:p>
          <w:p w:rsidR="006150A6" w:rsidRPr="001B14C3" w:rsidRDefault="006150A6" w:rsidP="001B14C3">
            <w:pPr>
              <w:spacing w:line="360" w:lineRule="auto"/>
              <w:rPr>
                <w:rFonts w:ascii="Times New Roman" w:hAnsi="Times New Roman" w:cs="Times New Roman"/>
                <w:sz w:val="24"/>
                <w:szCs w:val="24"/>
                <w:lang w:val="ru-RU"/>
              </w:rPr>
            </w:pPr>
          </w:p>
        </w:tc>
      </w:tr>
      <w:tr w:rsidR="006150A6" w:rsidRPr="001B14C3" w:rsidTr="00B57328">
        <w:trPr>
          <w:trHeight w:val="557"/>
        </w:trPr>
        <w:tc>
          <w:tcPr>
            <w:tcW w:w="527" w:type="dxa"/>
          </w:tcPr>
          <w:p w:rsidR="006150A6" w:rsidRPr="001B14C3" w:rsidRDefault="006150A6" w:rsidP="001B14C3">
            <w:pPr>
              <w:autoSpaceDE w:val="0"/>
              <w:autoSpaceDN w:val="0"/>
              <w:spacing w:line="360" w:lineRule="auto"/>
              <w:rPr>
                <w:rFonts w:ascii="Times New Roman" w:hAnsi="Times New Roman" w:cs="Times New Roman"/>
                <w:sz w:val="24"/>
                <w:szCs w:val="24"/>
                <w:lang w:val="ru-RU"/>
              </w:rPr>
            </w:pPr>
          </w:p>
        </w:tc>
        <w:tc>
          <w:tcPr>
            <w:tcW w:w="3536" w:type="dxa"/>
          </w:tcPr>
          <w:p w:rsidR="006150A6" w:rsidRPr="001B14C3" w:rsidRDefault="006150A6" w:rsidP="001B14C3">
            <w:pPr>
              <w:autoSpaceDE w:val="0"/>
              <w:autoSpaceDN w:val="0"/>
              <w:spacing w:line="360" w:lineRule="auto"/>
              <w:ind w:left="180" w:right="-14"/>
              <w:jc w:val="both"/>
              <w:rPr>
                <w:rFonts w:ascii="Times New Roman" w:eastAsia="Times New Roman" w:hAnsi="Times New Roman" w:cs="Times New Roman"/>
                <w:color w:val="000000"/>
                <w:w w:val="97"/>
                <w:sz w:val="24"/>
                <w:szCs w:val="24"/>
                <w:lang w:val="ru-RU"/>
              </w:rPr>
            </w:pPr>
          </w:p>
        </w:tc>
        <w:tc>
          <w:tcPr>
            <w:tcW w:w="973" w:type="dxa"/>
          </w:tcPr>
          <w:p w:rsidR="006150A6" w:rsidRPr="001B14C3" w:rsidRDefault="006150A6"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8</w:t>
            </w:r>
          </w:p>
        </w:tc>
        <w:tc>
          <w:tcPr>
            <w:tcW w:w="1008" w:type="dxa"/>
          </w:tcPr>
          <w:p w:rsidR="006150A6" w:rsidRPr="001B14C3" w:rsidRDefault="006150A6" w:rsidP="001B14C3">
            <w:pPr>
              <w:autoSpaceDE w:val="0"/>
              <w:autoSpaceDN w:val="0"/>
              <w:spacing w:line="360" w:lineRule="auto"/>
              <w:rPr>
                <w:rFonts w:ascii="Times New Roman" w:eastAsia="Times New Roman" w:hAnsi="Times New Roman" w:cs="Times New Roman"/>
                <w:b/>
                <w:color w:val="000000"/>
                <w:w w:val="97"/>
                <w:sz w:val="24"/>
                <w:szCs w:val="24"/>
                <w:lang w:val="ru-RU"/>
              </w:rPr>
            </w:pPr>
          </w:p>
        </w:tc>
        <w:tc>
          <w:tcPr>
            <w:tcW w:w="1152" w:type="dxa"/>
            <w:gridSpan w:val="2"/>
          </w:tcPr>
          <w:p w:rsidR="006150A6" w:rsidRPr="001B14C3" w:rsidRDefault="006150A6" w:rsidP="001B14C3">
            <w:pPr>
              <w:autoSpaceDE w:val="0"/>
              <w:autoSpaceDN w:val="0"/>
              <w:spacing w:line="360" w:lineRule="auto"/>
              <w:rPr>
                <w:rFonts w:ascii="Times New Roman" w:eastAsia="Times New Roman" w:hAnsi="Times New Roman" w:cs="Times New Roman"/>
                <w:b/>
                <w:color w:val="000000"/>
                <w:w w:val="97"/>
                <w:sz w:val="24"/>
                <w:szCs w:val="24"/>
                <w:lang w:val="ru-RU"/>
              </w:rPr>
            </w:pPr>
          </w:p>
        </w:tc>
        <w:tc>
          <w:tcPr>
            <w:tcW w:w="1127" w:type="dxa"/>
            <w:gridSpan w:val="2"/>
          </w:tcPr>
          <w:p w:rsidR="006150A6" w:rsidRPr="001B14C3" w:rsidRDefault="006150A6" w:rsidP="001B14C3">
            <w:pPr>
              <w:autoSpaceDE w:val="0"/>
              <w:autoSpaceDN w:val="0"/>
              <w:spacing w:line="360" w:lineRule="auto"/>
              <w:rPr>
                <w:rFonts w:ascii="Times New Roman" w:hAnsi="Times New Roman" w:cs="Times New Roman"/>
                <w:b/>
                <w:sz w:val="24"/>
                <w:szCs w:val="24"/>
                <w:lang w:val="ru-RU"/>
              </w:rPr>
            </w:pPr>
          </w:p>
        </w:tc>
        <w:tc>
          <w:tcPr>
            <w:tcW w:w="3970" w:type="dxa"/>
            <w:gridSpan w:val="2"/>
          </w:tcPr>
          <w:p w:rsidR="006150A6" w:rsidRPr="001B14C3" w:rsidRDefault="006150A6" w:rsidP="001B14C3">
            <w:pPr>
              <w:autoSpaceDE w:val="0"/>
              <w:autoSpaceDN w:val="0"/>
              <w:spacing w:line="360" w:lineRule="auto"/>
              <w:ind w:left="180" w:right="-14"/>
              <w:jc w:val="both"/>
              <w:rPr>
                <w:rFonts w:ascii="Times New Roman" w:hAnsi="Times New Roman" w:cs="Times New Roman"/>
                <w:b/>
                <w:sz w:val="24"/>
                <w:szCs w:val="24"/>
                <w:lang w:val="ru-RU"/>
              </w:rPr>
            </w:pPr>
          </w:p>
        </w:tc>
        <w:tc>
          <w:tcPr>
            <w:tcW w:w="1649" w:type="dxa"/>
            <w:gridSpan w:val="2"/>
          </w:tcPr>
          <w:p w:rsidR="006150A6" w:rsidRPr="001B14C3" w:rsidRDefault="006150A6" w:rsidP="001B14C3">
            <w:pPr>
              <w:autoSpaceDE w:val="0"/>
              <w:autoSpaceDN w:val="0"/>
              <w:spacing w:line="360" w:lineRule="auto"/>
              <w:rPr>
                <w:rFonts w:ascii="Times New Roman" w:hAnsi="Times New Roman" w:cs="Times New Roman"/>
                <w:sz w:val="24"/>
                <w:szCs w:val="24"/>
                <w:lang w:val="ru-RU"/>
              </w:rPr>
            </w:pPr>
          </w:p>
        </w:tc>
        <w:tc>
          <w:tcPr>
            <w:tcW w:w="2042" w:type="dxa"/>
          </w:tcPr>
          <w:p w:rsidR="006150A6" w:rsidRPr="001B14C3" w:rsidRDefault="006150A6" w:rsidP="001B14C3">
            <w:pPr>
              <w:spacing w:line="360" w:lineRule="auto"/>
              <w:rPr>
                <w:rFonts w:ascii="Times New Roman" w:hAnsi="Times New Roman" w:cs="Times New Roman"/>
                <w:sz w:val="24"/>
                <w:szCs w:val="24"/>
                <w:lang w:val="ru-RU"/>
              </w:rPr>
            </w:pPr>
          </w:p>
        </w:tc>
      </w:tr>
      <w:tr w:rsidR="001040DB" w:rsidRPr="001B14C3" w:rsidTr="00B57328">
        <w:trPr>
          <w:trHeight w:val="557"/>
        </w:trPr>
        <w:tc>
          <w:tcPr>
            <w:tcW w:w="12272" w:type="dxa"/>
            <w:gridSpan w:val="9"/>
          </w:tcPr>
          <w:p w:rsidR="001040DB" w:rsidRPr="001B14C3" w:rsidRDefault="001040DB" w:rsidP="001B14C3">
            <w:pPr>
              <w:autoSpaceDE w:val="0"/>
              <w:autoSpaceDN w:val="0"/>
              <w:spacing w:line="360" w:lineRule="auto"/>
              <w:ind w:left="180" w:right="-14"/>
              <w:jc w:val="both"/>
              <w:rPr>
                <w:rFonts w:ascii="Times New Roman" w:eastAsia="Times New Roman" w:hAnsi="Times New Roman" w:cs="Times New Roman"/>
                <w:color w:val="000000"/>
                <w:w w:val="97"/>
                <w:sz w:val="24"/>
                <w:szCs w:val="24"/>
                <w:lang w:val="ru-RU"/>
              </w:rPr>
            </w:pPr>
            <w:r w:rsidRPr="001B14C3">
              <w:rPr>
                <w:rFonts w:ascii="Times New Roman" w:eastAsia="Times New Roman" w:hAnsi="Times New Roman" w:cs="Times New Roman"/>
                <w:color w:val="000000"/>
                <w:w w:val="97"/>
                <w:sz w:val="24"/>
                <w:szCs w:val="24"/>
              </w:rPr>
              <w:t xml:space="preserve">Раздел </w:t>
            </w:r>
            <w:r w:rsidRPr="001B14C3">
              <w:rPr>
                <w:rFonts w:ascii="Times New Roman" w:eastAsia="Times New Roman" w:hAnsi="Times New Roman" w:cs="Times New Roman"/>
                <w:color w:val="000000"/>
                <w:w w:val="97"/>
                <w:sz w:val="24"/>
                <w:szCs w:val="24"/>
                <w:lang w:val="ru-RU"/>
              </w:rPr>
              <w:t>5</w:t>
            </w:r>
            <w:r w:rsidRPr="001B14C3">
              <w:rPr>
                <w:rFonts w:ascii="Times New Roman" w:eastAsia="Times New Roman" w:hAnsi="Times New Roman" w:cs="Times New Roman"/>
                <w:color w:val="000000"/>
                <w:w w:val="97"/>
                <w:sz w:val="24"/>
                <w:szCs w:val="24"/>
              </w:rPr>
              <w:t xml:space="preserve">. </w:t>
            </w:r>
            <w:r w:rsidRPr="001B14C3">
              <w:rPr>
                <w:rFonts w:ascii="Times New Roman" w:eastAsia="Times New Roman" w:hAnsi="Times New Roman" w:cs="Times New Roman"/>
                <w:b/>
                <w:color w:val="000000"/>
                <w:w w:val="97"/>
                <w:sz w:val="24"/>
                <w:szCs w:val="24"/>
              </w:rPr>
              <w:t>Обобщение</w:t>
            </w:r>
          </w:p>
          <w:p w:rsidR="001040DB" w:rsidRPr="001B14C3" w:rsidRDefault="001040DB" w:rsidP="001B14C3">
            <w:pPr>
              <w:spacing w:line="360" w:lineRule="auto"/>
              <w:rPr>
                <w:rFonts w:ascii="Times New Roman" w:hAnsi="Times New Roman" w:cs="Times New Roman"/>
                <w:sz w:val="24"/>
                <w:szCs w:val="24"/>
                <w:lang w:val="ru-RU"/>
              </w:rPr>
            </w:pPr>
          </w:p>
        </w:tc>
        <w:tc>
          <w:tcPr>
            <w:tcW w:w="1648" w:type="dxa"/>
            <w:gridSpan w:val="2"/>
          </w:tcPr>
          <w:p w:rsidR="001040DB" w:rsidRDefault="001040DB">
            <w:pPr>
              <w:rPr>
                <w:rFonts w:ascii="Times New Roman" w:hAnsi="Times New Roman" w:cs="Times New Roman"/>
                <w:sz w:val="24"/>
                <w:szCs w:val="24"/>
                <w:lang w:val="ru-RU"/>
              </w:rPr>
            </w:pPr>
          </w:p>
          <w:p w:rsidR="001040DB" w:rsidRPr="001B14C3" w:rsidRDefault="001040DB" w:rsidP="001040DB">
            <w:pPr>
              <w:spacing w:line="360" w:lineRule="auto"/>
              <w:rPr>
                <w:rFonts w:ascii="Times New Roman" w:hAnsi="Times New Roman" w:cs="Times New Roman"/>
                <w:sz w:val="24"/>
                <w:szCs w:val="24"/>
                <w:lang w:val="ru-RU"/>
              </w:rPr>
            </w:pPr>
          </w:p>
        </w:tc>
        <w:tc>
          <w:tcPr>
            <w:tcW w:w="2064" w:type="dxa"/>
            <w:gridSpan w:val="2"/>
          </w:tcPr>
          <w:p w:rsidR="001040DB" w:rsidRDefault="001040DB">
            <w:pPr>
              <w:rPr>
                <w:rFonts w:ascii="Times New Roman" w:hAnsi="Times New Roman" w:cs="Times New Roman"/>
                <w:sz w:val="24"/>
                <w:szCs w:val="24"/>
                <w:lang w:val="ru-RU"/>
              </w:rPr>
            </w:pPr>
          </w:p>
          <w:p w:rsidR="001040DB" w:rsidRPr="001B14C3" w:rsidRDefault="001040DB" w:rsidP="001040DB">
            <w:pPr>
              <w:spacing w:line="360" w:lineRule="auto"/>
              <w:rPr>
                <w:rFonts w:ascii="Times New Roman" w:hAnsi="Times New Roman" w:cs="Times New Roman"/>
                <w:sz w:val="24"/>
                <w:szCs w:val="24"/>
                <w:lang w:val="ru-RU"/>
              </w:rPr>
            </w:pPr>
          </w:p>
        </w:tc>
      </w:tr>
      <w:tr w:rsidR="006150A6" w:rsidRPr="001B14C3" w:rsidTr="00B57328">
        <w:trPr>
          <w:trHeight w:val="557"/>
        </w:trPr>
        <w:tc>
          <w:tcPr>
            <w:tcW w:w="527" w:type="dxa"/>
          </w:tcPr>
          <w:p w:rsidR="006150A6" w:rsidRPr="001B14C3" w:rsidRDefault="006150A6" w:rsidP="001B14C3">
            <w:pPr>
              <w:autoSpaceDE w:val="0"/>
              <w:autoSpaceDN w:val="0"/>
              <w:spacing w:line="360" w:lineRule="auto"/>
              <w:rPr>
                <w:rFonts w:ascii="Times New Roman" w:hAnsi="Times New Roman" w:cs="Times New Roman"/>
                <w:sz w:val="24"/>
                <w:szCs w:val="24"/>
                <w:lang w:val="ru-RU"/>
              </w:rPr>
            </w:pPr>
            <w:r w:rsidRPr="001B14C3">
              <w:rPr>
                <w:rFonts w:ascii="Times New Roman" w:hAnsi="Times New Roman" w:cs="Times New Roman"/>
                <w:sz w:val="24"/>
                <w:szCs w:val="24"/>
                <w:lang w:val="ru-RU"/>
              </w:rPr>
              <w:t>5.1</w:t>
            </w:r>
          </w:p>
        </w:tc>
        <w:tc>
          <w:tcPr>
            <w:tcW w:w="3536" w:type="dxa"/>
          </w:tcPr>
          <w:p w:rsidR="006150A6" w:rsidRPr="001B14C3" w:rsidRDefault="006150A6" w:rsidP="001B14C3">
            <w:pPr>
              <w:autoSpaceDE w:val="0"/>
              <w:autoSpaceDN w:val="0"/>
              <w:spacing w:line="360" w:lineRule="auto"/>
              <w:ind w:left="180" w:right="-14"/>
              <w:jc w:val="both"/>
              <w:rPr>
                <w:rFonts w:ascii="Times New Roman" w:eastAsia="Times New Roman" w:hAnsi="Times New Roman" w:cs="Times New Roman"/>
                <w:color w:val="000000"/>
                <w:w w:val="97"/>
                <w:sz w:val="24"/>
                <w:szCs w:val="24"/>
                <w:lang w:val="ru-RU"/>
              </w:rPr>
            </w:pPr>
            <w:r w:rsidRPr="001B14C3">
              <w:rPr>
                <w:rFonts w:ascii="Times New Roman" w:eastAsia="Times New Roman" w:hAnsi="Times New Roman" w:cs="Times New Roman"/>
                <w:b/>
                <w:color w:val="000000"/>
                <w:w w:val="97"/>
                <w:sz w:val="24"/>
                <w:szCs w:val="24"/>
                <w:lang w:val="ru-RU"/>
              </w:rPr>
              <w:t>Повторение по курсу</w:t>
            </w:r>
          </w:p>
        </w:tc>
        <w:tc>
          <w:tcPr>
            <w:tcW w:w="973" w:type="dxa"/>
          </w:tcPr>
          <w:p w:rsidR="006150A6" w:rsidRPr="001B14C3" w:rsidRDefault="006150A6"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2</w:t>
            </w:r>
          </w:p>
        </w:tc>
        <w:tc>
          <w:tcPr>
            <w:tcW w:w="1008" w:type="dxa"/>
          </w:tcPr>
          <w:p w:rsidR="006150A6" w:rsidRPr="001B14C3" w:rsidRDefault="006150A6" w:rsidP="001B14C3">
            <w:pPr>
              <w:spacing w:line="360" w:lineRule="auto"/>
              <w:rPr>
                <w:rFonts w:ascii="Times New Roman" w:hAnsi="Times New Roman" w:cs="Times New Roman"/>
                <w:sz w:val="24"/>
                <w:szCs w:val="24"/>
                <w:lang w:val="ru-RU"/>
              </w:rPr>
            </w:pPr>
            <w:r w:rsidRPr="001B14C3">
              <w:rPr>
                <w:rFonts w:ascii="Times New Roman" w:hAnsi="Times New Roman" w:cs="Times New Roman"/>
                <w:sz w:val="24"/>
                <w:szCs w:val="24"/>
                <w:lang w:val="ru-RU"/>
              </w:rPr>
              <w:t>0</w:t>
            </w:r>
          </w:p>
        </w:tc>
        <w:tc>
          <w:tcPr>
            <w:tcW w:w="1132" w:type="dxa"/>
          </w:tcPr>
          <w:p w:rsidR="006150A6" w:rsidRPr="001B14C3" w:rsidRDefault="006150A6" w:rsidP="001B14C3">
            <w:pPr>
              <w:spacing w:line="360" w:lineRule="auto"/>
              <w:rPr>
                <w:rFonts w:ascii="Times New Roman" w:hAnsi="Times New Roman" w:cs="Times New Roman"/>
                <w:sz w:val="24"/>
                <w:szCs w:val="24"/>
                <w:lang w:val="ru-RU"/>
              </w:rPr>
            </w:pPr>
            <w:r w:rsidRPr="001B14C3">
              <w:rPr>
                <w:rFonts w:ascii="Times New Roman" w:hAnsi="Times New Roman" w:cs="Times New Roman"/>
                <w:sz w:val="24"/>
                <w:szCs w:val="24"/>
                <w:lang w:val="ru-RU"/>
              </w:rPr>
              <w:t>1</w:t>
            </w:r>
          </w:p>
        </w:tc>
        <w:tc>
          <w:tcPr>
            <w:tcW w:w="1147" w:type="dxa"/>
            <w:gridSpan w:val="3"/>
          </w:tcPr>
          <w:p w:rsidR="006150A6" w:rsidRPr="001B14C3" w:rsidRDefault="006150A6" w:rsidP="001B14C3">
            <w:pPr>
              <w:spacing w:line="360" w:lineRule="auto"/>
              <w:rPr>
                <w:rFonts w:ascii="Times New Roman" w:hAnsi="Times New Roman" w:cs="Times New Roman"/>
                <w:sz w:val="24"/>
                <w:szCs w:val="24"/>
                <w:lang w:val="ru-RU"/>
              </w:rPr>
            </w:pPr>
          </w:p>
        </w:tc>
        <w:tc>
          <w:tcPr>
            <w:tcW w:w="7661" w:type="dxa"/>
            <w:gridSpan w:val="5"/>
          </w:tcPr>
          <w:p w:rsidR="006150A6" w:rsidRPr="001B14C3" w:rsidRDefault="006150A6" w:rsidP="001B14C3">
            <w:pPr>
              <w:spacing w:line="360" w:lineRule="auto"/>
              <w:rPr>
                <w:rFonts w:ascii="Times New Roman" w:hAnsi="Times New Roman" w:cs="Times New Roman"/>
                <w:sz w:val="24"/>
                <w:szCs w:val="24"/>
                <w:lang w:val="ru-RU"/>
              </w:rPr>
            </w:pPr>
          </w:p>
        </w:tc>
      </w:tr>
      <w:tr w:rsidR="006150A6" w:rsidRPr="001B14C3" w:rsidTr="00B57328">
        <w:trPr>
          <w:trHeight w:val="557"/>
        </w:trPr>
        <w:tc>
          <w:tcPr>
            <w:tcW w:w="527" w:type="dxa"/>
          </w:tcPr>
          <w:p w:rsidR="006150A6" w:rsidRPr="001B14C3" w:rsidRDefault="006150A6" w:rsidP="001B14C3">
            <w:pPr>
              <w:autoSpaceDE w:val="0"/>
              <w:autoSpaceDN w:val="0"/>
              <w:spacing w:line="360" w:lineRule="auto"/>
              <w:rPr>
                <w:rFonts w:ascii="Times New Roman" w:hAnsi="Times New Roman" w:cs="Times New Roman"/>
                <w:sz w:val="24"/>
                <w:szCs w:val="24"/>
                <w:lang w:val="ru-RU"/>
              </w:rPr>
            </w:pPr>
          </w:p>
        </w:tc>
        <w:tc>
          <w:tcPr>
            <w:tcW w:w="3536" w:type="dxa"/>
          </w:tcPr>
          <w:p w:rsidR="006150A6" w:rsidRPr="001B14C3" w:rsidRDefault="006150A6" w:rsidP="001B14C3">
            <w:pPr>
              <w:autoSpaceDE w:val="0"/>
              <w:autoSpaceDN w:val="0"/>
              <w:spacing w:line="360" w:lineRule="auto"/>
              <w:ind w:left="180" w:right="-14"/>
              <w:jc w:val="both"/>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Итого по разделу:</w:t>
            </w:r>
          </w:p>
        </w:tc>
        <w:tc>
          <w:tcPr>
            <w:tcW w:w="973" w:type="dxa"/>
          </w:tcPr>
          <w:p w:rsidR="006150A6" w:rsidRPr="001B14C3" w:rsidRDefault="006150A6"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2</w:t>
            </w:r>
          </w:p>
        </w:tc>
        <w:tc>
          <w:tcPr>
            <w:tcW w:w="1008" w:type="dxa"/>
          </w:tcPr>
          <w:p w:rsidR="006150A6" w:rsidRPr="001B14C3" w:rsidRDefault="006150A6" w:rsidP="001B14C3">
            <w:pPr>
              <w:autoSpaceDE w:val="0"/>
              <w:autoSpaceDN w:val="0"/>
              <w:spacing w:line="360" w:lineRule="auto"/>
              <w:rPr>
                <w:rFonts w:ascii="Times New Roman" w:eastAsia="Times New Roman" w:hAnsi="Times New Roman" w:cs="Times New Roman"/>
                <w:b/>
                <w:color w:val="000000"/>
                <w:w w:val="97"/>
                <w:sz w:val="24"/>
                <w:szCs w:val="24"/>
                <w:lang w:val="ru-RU"/>
              </w:rPr>
            </w:pPr>
          </w:p>
        </w:tc>
        <w:tc>
          <w:tcPr>
            <w:tcW w:w="1152" w:type="dxa"/>
            <w:gridSpan w:val="2"/>
          </w:tcPr>
          <w:p w:rsidR="006150A6" w:rsidRPr="001B14C3" w:rsidRDefault="006150A6" w:rsidP="001B14C3">
            <w:pPr>
              <w:autoSpaceDE w:val="0"/>
              <w:autoSpaceDN w:val="0"/>
              <w:spacing w:line="360" w:lineRule="auto"/>
              <w:rPr>
                <w:rFonts w:ascii="Times New Roman" w:eastAsia="Times New Roman" w:hAnsi="Times New Roman" w:cs="Times New Roman"/>
                <w:b/>
                <w:color w:val="000000"/>
                <w:w w:val="97"/>
                <w:sz w:val="24"/>
                <w:szCs w:val="24"/>
                <w:lang w:val="ru-RU"/>
              </w:rPr>
            </w:pPr>
          </w:p>
        </w:tc>
        <w:tc>
          <w:tcPr>
            <w:tcW w:w="1127" w:type="dxa"/>
            <w:gridSpan w:val="2"/>
          </w:tcPr>
          <w:p w:rsidR="006150A6" w:rsidRPr="001B14C3" w:rsidRDefault="006150A6" w:rsidP="001B14C3">
            <w:pPr>
              <w:autoSpaceDE w:val="0"/>
              <w:autoSpaceDN w:val="0"/>
              <w:spacing w:line="360" w:lineRule="auto"/>
              <w:rPr>
                <w:rFonts w:ascii="Times New Roman" w:hAnsi="Times New Roman" w:cs="Times New Roman"/>
                <w:b/>
                <w:sz w:val="24"/>
                <w:szCs w:val="24"/>
                <w:lang w:val="ru-RU"/>
              </w:rPr>
            </w:pPr>
          </w:p>
        </w:tc>
        <w:tc>
          <w:tcPr>
            <w:tcW w:w="3970" w:type="dxa"/>
            <w:gridSpan w:val="2"/>
          </w:tcPr>
          <w:p w:rsidR="006150A6" w:rsidRPr="001B14C3" w:rsidRDefault="006150A6" w:rsidP="001B14C3">
            <w:pPr>
              <w:autoSpaceDE w:val="0"/>
              <w:autoSpaceDN w:val="0"/>
              <w:spacing w:line="360" w:lineRule="auto"/>
              <w:rPr>
                <w:rFonts w:ascii="Times New Roman" w:hAnsi="Times New Roman" w:cs="Times New Roman"/>
                <w:b/>
                <w:sz w:val="24"/>
                <w:szCs w:val="24"/>
                <w:lang w:val="ru-RU"/>
              </w:rPr>
            </w:pPr>
            <w:r w:rsidRPr="001B14C3">
              <w:rPr>
                <w:rFonts w:ascii="Times New Roman" w:hAnsi="Times New Roman" w:cs="Times New Roman"/>
                <w:color w:val="000000"/>
                <w:sz w:val="24"/>
                <w:szCs w:val="24"/>
                <w:shd w:val="clear" w:color="auto" w:fill="FFFFFF"/>
                <w:lang w:val="ru-RU"/>
              </w:rPr>
              <w:t>Виды деятельности по изученным разделам;</w:t>
            </w:r>
          </w:p>
        </w:tc>
        <w:tc>
          <w:tcPr>
            <w:tcW w:w="1649" w:type="dxa"/>
            <w:gridSpan w:val="2"/>
          </w:tcPr>
          <w:p w:rsidR="006150A6" w:rsidRPr="001B14C3" w:rsidRDefault="006150A6" w:rsidP="001B14C3">
            <w:pPr>
              <w:autoSpaceDE w:val="0"/>
              <w:autoSpaceDN w:val="0"/>
              <w:spacing w:line="360" w:lineRule="auto"/>
              <w:rPr>
                <w:rFonts w:ascii="Times New Roman" w:hAnsi="Times New Roman" w:cs="Times New Roman"/>
                <w:b/>
                <w:sz w:val="24"/>
                <w:szCs w:val="24"/>
                <w:lang w:val="ru-RU"/>
              </w:rPr>
            </w:pPr>
            <w:r w:rsidRPr="001B14C3">
              <w:rPr>
                <w:rFonts w:ascii="Times New Roman" w:hAnsi="Times New Roman" w:cs="Times New Roman"/>
                <w:sz w:val="24"/>
                <w:szCs w:val="24"/>
                <w:lang w:val="ru-RU"/>
              </w:rPr>
              <w:t xml:space="preserve">тестирование, письменный </w:t>
            </w:r>
            <w:r w:rsidRPr="001B14C3">
              <w:rPr>
                <w:rFonts w:ascii="Times New Roman" w:hAnsi="Times New Roman" w:cs="Times New Roman"/>
                <w:sz w:val="24"/>
                <w:szCs w:val="24"/>
                <w:lang w:val="ru-RU"/>
              </w:rPr>
              <w:lastRenderedPageBreak/>
              <w:t>контроль</w:t>
            </w:r>
          </w:p>
        </w:tc>
        <w:tc>
          <w:tcPr>
            <w:tcW w:w="2042" w:type="dxa"/>
          </w:tcPr>
          <w:p w:rsidR="006150A6" w:rsidRPr="001B14C3" w:rsidRDefault="001F4597" w:rsidP="001B14C3">
            <w:pPr>
              <w:spacing w:line="360" w:lineRule="auto"/>
              <w:rPr>
                <w:rFonts w:ascii="Times New Roman" w:hAnsi="Times New Roman" w:cs="Times New Roman"/>
                <w:sz w:val="24"/>
                <w:szCs w:val="24"/>
                <w:lang w:val="ru-RU"/>
              </w:rPr>
            </w:pPr>
            <w:hyperlink r:id="rId34" w:history="1">
              <w:r w:rsidR="006150A6" w:rsidRPr="001B14C3">
                <w:rPr>
                  <w:rStyle w:val="aff1"/>
                  <w:rFonts w:ascii="Times New Roman" w:eastAsia="Times New Roman" w:hAnsi="Times New Roman" w:cs="Times New Roman"/>
                  <w:sz w:val="24"/>
                  <w:szCs w:val="24"/>
                  <w:lang w:eastAsia="ru-RU"/>
                </w:rPr>
                <w:t>http</w:t>
              </w:r>
              <w:r w:rsidR="006150A6" w:rsidRPr="001B14C3">
                <w:rPr>
                  <w:rStyle w:val="aff1"/>
                  <w:rFonts w:ascii="Times New Roman" w:eastAsia="Times New Roman" w:hAnsi="Times New Roman" w:cs="Times New Roman"/>
                  <w:sz w:val="24"/>
                  <w:szCs w:val="24"/>
                  <w:lang w:val="ru-RU" w:eastAsia="ru-RU"/>
                </w:rPr>
                <w:t>://</w:t>
              </w:r>
              <w:r w:rsidR="006150A6" w:rsidRPr="001B14C3">
                <w:rPr>
                  <w:rStyle w:val="aff1"/>
                  <w:rFonts w:ascii="Times New Roman" w:eastAsia="Times New Roman" w:hAnsi="Times New Roman" w:cs="Times New Roman"/>
                  <w:sz w:val="24"/>
                  <w:szCs w:val="24"/>
                  <w:lang w:eastAsia="ru-RU"/>
                </w:rPr>
                <w:t>scool</w:t>
              </w:r>
              <w:r w:rsidR="006150A6" w:rsidRPr="001B14C3">
                <w:rPr>
                  <w:rStyle w:val="aff1"/>
                  <w:rFonts w:ascii="Times New Roman" w:eastAsia="Times New Roman" w:hAnsi="Times New Roman" w:cs="Times New Roman"/>
                  <w:sz w:val="24"/>
                  <w:szCs w:val="24"/>
                  <w:lang w:val="ru-RU" w:eastAsia="ru-RU"/>
                </w:rPr>
                <w:t>-</w:t>
              </w:r>
              <w:r w:rsidR="006150A6" w:rsidRPr="001B14C3">
                <w:rPr>
                  <w:rStyle w:val="aff1"/>
                  <w:rFonts w:ascii="Times New Roman" w:eastAsia="Times New Roman" w:hAnsi="Times New Roman" w:cs="Times New Roman"/>
                  <w:sz w:val="24"/>
                  <w:szCs w:val="24"/>
                  <w:lang w:eastAsia="ru-RU"/>
                </w:rPr>
                <w:t>collection</w:t>
              </w:r>
              <w:r w:rsidR="006150A6" w:rsidRPr="001B14C3">
                <w:rPr>
                  <w:rStyle w:val="aff1"/>
                  <w:rFonts w:ascii="Times New Roman" w:eastAsia="Times New Roman" w:hAnsi="Times New Roman" w:cs="Times New Roman"/>
                  <w:sz w:val="24"/>
                  <w:szCs w:val="24"/>
                  <w:lang w:val="ru-RU" w:eastAsia="ru-RU"/>
                </w:rPr>
                <w:t>.</w:t>
              </w:r>
              <w:r w:rsidR="006150A6" w:rsidRPr="001B14C3">
                <w:rPr>
                  <w:rStyle w:val="aff1"/>
                  <w:rFonts w:ascii="Times New Roman" w:eastAsia="Times New Roman" w:hAnsi="Times New Roman" w:cs="Times New Roman"/>
                  <w:sz w:val="24"/>
                  <w:szCs w:val="24"/>
                  <w:lang w:eastAsia="ru-RU"/>
                </w:rPr>
                <w:t>edu</w:t>
              </w:r>
              <w:r w:rsidR="006150A6" w:rsidRPr="001B14C3">
                <w:rPr>
                  <w:rStyle w:val="aff1"/>
                  <w:rFonts w:ascii="Times New Roman" w:eastAsia="Times New Roman" w:hAnsi="Times New Roman" w:cs="Times New Roman"/>
                  <w:sz w:val="24"/>
                  <w:szCs w:val="24"/>
                  <w:lang w:val="ru-RU" w:eastAsia="ru-RU"/>
                </w:rPr>
                <w:t>.</w:t>
              </w:r>
              <w:r w:rsidR="006150A6" w:rsidRPr="001B14C3">
                <w:rPr>
                  <w:rStyle w:val="aff1"/>
                  <w:rFonts w:ascii="Times New Roman" w:eastAsia="Times New Roman" w:hAnsi="Times New Roman" w:cs="Times New Roman"/>
                  <w:sz w:val="24"/>
                  <w:szCs w:val="24"/>
                  <w:lang w:eastAsia="ru-RU"/>
                </w:rPr>
                <w:t>ru</w:t>
              </w:r>
            </w:hyperlink>
          </w:p>
          <w:p w:rsidR="006150A6" w:rsidRPr="001B14C3" w:rsidRDefault="006150A6" w:rsidP="001B14C3">
            <w:pPr>
              <w:spacing w:line="360" w:lineRule="auto"/>
              <w:rPr>
                <w:rFonts w:ascii="Times New Roman" w:hAnsi="Times New Roman" w:cs="Times New Roman"/>
                <w:sz w:val="24"/>
                <w:szCs w:val="24"/>
                <w:lang w:val="ru-RU"/>
              </w:rPr>
            </w:pPr>
          </w:p>
          <w:p w:rsidR="006150A6" w:rsidRPr="001B14C3" w:rsidRDefault="001F4597" w:rsidP="001B14C3">
            <w:pPr>
              <w:autoSpaceDE w:val="0"/>
              <w:autoSpaceDN w:val="0"/>
              <w:spacing w:line="360" w:lineRule="auto"/>
              <w:rPr>
                <w:rFonts w:ascii="Times New Roman" w:hAnsi="Times New Roman" w:cs="Times New Roman"/>
                <w:b/>
                <w:sz w:val="24"/>
                <w:szCs w:val="24"/>
                <w:lang w:val="ru-RU"/>
              </w:rPr>
            </w:pPr>
            <w:hyperlink r:id="rId35" w:history="1">
              <w:r w:rsidR="006150A6" w:rsidRPr="001B14C3">
                <w:rPr>
                  <w:rStyle w:val="aff1"/>
                  <w:rFonts w:ascii="Times New Roman" w:hAnsi="Times New Roman" w:cs="Times New Roman"/>
                  <w:b/>
                  <w:sz w:val="24"/>
                  <w:szCs w:val="24"/>
                  <w:lang w:val="ru-RU"/>
                </w:rPr>
                <w:t>https://resh.edu.ru/subject/3/</w:t>
              </w:r>
            </w:hyperlink>
          </w:p>
          <w:p w:rsidR="006150A6" w:rsidRPr="001B14C3" w:rsidRDefault="006150A6" w:rsidP="001B14C3">
            <w:pPr>
              <w:autoSpaceDE w:val="0"/>
              <w:autoSpaceDN w:val="0"/>
              <w:spacing w:line="360" w:lineRule="auto"/>
              <w:rPr>
                <w:rFonts w:ascii="Times New Roman" w:hAnsi="Times New Roman" w:cs="Times New Roman"/>
                <w:b/>
                <w:sz w:val="24"/>
                <w:szCs w:val="24"/>
                <w:lang w:val="ru-RU"/>
              </w:rPr>
            </w:pPr>
          </w:p>
          <w:p w:rsidR="006150A6" w:rsidRPr="001B14C3" w:rsidRDefault="001F4597" w:rsidP="001B14C3">
            <w:pPr>
              <w:spacing w:line="360" w:lineRule="auto"/>
              <w:rPr>
                <w:rFonts w:ascii="Times New Roman" w:hAnsi="Times New Roman" w:cs="Times New Roman"/>
                <w:sz w:val="24"/>
                <w:szCs w:val="24"/>
                <w:lang w:val="ru-RU"/>
              </w:rPr>
            </w:pPr>
            <w:hyperlink r:id="rId36" w:history="1">
              <w:r w:rsidR="006150A6" w:rsidRPr="001B14C3">
                <w:rPr>
                  <w:rStyle w:val="aff1"/>
                  <w:rFonts w:ascii="Times New Roman" w:hAnsi="Times New Roman" w:cs="Times New Roman"/>
                  <w:sz w:val="24"/>
                  <w:szCs w:val="24"/>
                  <w:lang w:val="ru-RU"/>
                </w:rPr>
                <w:t>https://uchi.ru/</w:t>
              </w:r>
            </w:hyperlink>
          </w:p>
          <w:p w:rsidR="006150A6" w:rsidRPr="001B14C3" w:rsidRDefault="006150A6" w:rsidP="001B14C3">
            <w:pPr>
              <w:spacing w:line="360" w:lineRule="auto"/>
              <w:rPr>
                <w:rFonts w:ascii="Times New Roman" w:hAnsi="Times New Roman" w:cs="Times New Roman"/>
                <w:sz w:val="24"/>
                <w:szCs w:val="24"/>
                <w:lang w:val="ru-RU"/>
              </w:rPr>
            </w:pPr>
          </w:p>
        </w:tc>
      </w:tr>
      <w:tr w:rsidR="006150A6" w:rsidRPr="001B14C3" w:rsidTr="00B57328">
        <w:trPr>
          <w:trHeight w:val="557"/>
        </w:trPr>
        <w:tc>
          <w:tcPr>
            <w:tcW w:w="527" w:type="dxa"/>
          </w:tcPr>
          <w:p w:rsidR="006150A6" w:rsidRPr="001B14C3" w:rsidRDefault="006150A6" w:rsidP="001B14C3">
            <w:pPr>
              <w:autoSpaceDE w:val="0"/>
              <w:autoSpaceDN w:val="0"/>
              <w:spacing w:line="360" w:lineRule="auto"/>
              <w:rPr>
                <w:rFonts w:ascii="Times New Roman" w:hAnsi="Times New Roman" w:cs="Times New Roman"/>
                <w:sz w:val="24"/>
                <w:szCs w:val="24"/>
                <w:lang w:val="ru-RU"/>
              </w:rPr>
            </w:pPr>
          </w:p>
        </w:tc>
        <w:tc>
          <w:tcPr>
            <w:tcW w:w="3536" w:type="dxa"/>
          </w:tcPr>
          <w:p w:rsidR="006150A6" w:rsidRPr="001B14C3" w:rsidRDefault="006150A6" w:rsidP="001B14C3">
            <w:pPr>
              <w:autoSpaceDE w:val="0"/>
              <w:autoSpaceDN w:val="0"/>
              <w:spacing w:line="360" w:lineRule="auto"/>
              <w:ind w:left="180" w:right="-14"/>
              <w:jc w:val="both"/>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color w:val="000000"/>
                <w:w w:val="97"/>
                <w:sz w:val="24"/>
                <w:szCs w:val="24"/>
                <w:lang w:val="ru-RU"/>
              </w:rPr>
              <w:t>Общее количество часов:</w:t>
            </w:r>
          </w:p>
        </w:tc>
        <w:tc>
          <w:tcPr>
            <w:tcW w:w="973" w:type="dxa"/>
          </w:tcPr>
          <w:p w:rsidR="006150A6" w:rsidRPr="001B14C3" w:rsidRDefault="006150A6"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34</w:t>
            </w:r>
          </w:p>
        </w:tc>
        <w:tc>
          <w:tcPr>
            <w:tcW w:w="1008" w:type="dxa"/>
          </w:tcPr>
          <w:p w:rsidR="006150A6" w:rsidRPr="001B14C3" w:rsidRDefault="006150A6"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0</w:t>
            </w:r>
          </w:p>
        </w:tc>
        <w:tc>
          <w:tcPr>
            <w:tcW w:w="1152" w:type="dxa"/>
            <w:gridSpan w:val="2"/>
          </w:tcPr>
          <w:p w:rsidR="006150A6" w:rsidRPr="001B14C3" w:rsidRDefault="006150A6" w:rsidP="001B14C3">
            <w:pPr>
              <w:autoSpaceDE w:val="0"/>
              <w:autoSpaceDN w:val="0"/>
              <w:spacing w:line="360" w:lineRule="auto"/>
              <w:rPr>
                <w:rFonts w:ascii="Times New Roman" w:eastAsia="Times New Roman" w:hAnsi="Times New Roman" w:cs="Times New Roman"/>
                <w:b/>
                <w:color w:val="000000"/>
                <w:w w:val="97"/>
                <w:sz w:val="24"/>
                <w:szCs w:val="24"/>
                <w:lang w:val="ru-RU"/>
              </w:rPr>
            </w:pPr>
            <w:r w:rsidRPr="001B14C3">
              <w:rPr>
                <w:rFonts w:ascii="Times New Roman" w:eastAsia="Times New Roman" w:hAnsi="Times New Roman" w:cs="Times New Roman"/>
                <w:b/>
                <w:color w:val="000000"/>
                <w:w w:val="97"/>
                <w:sz w:val="24"/>
                <w:szCs w:val="24"/>
                <w:lang w:val="ru-RU"/>
              </w:rPr>
              <w:t>4</w:t>
            </w:r>
          </w:p>
        </w:tc>
        <w:tc>
          <w:tcPr>
            <w:tcW w:w="1127" w:type="dxa"/>
            <w:gridSpan w:val="2"/>
          </w:tcPr>
          <w:p w:rsidR="006150A6" w:rsidRPr="001B14C3" w:rsidRDefault="006150A6" w:rsidP="001B14C3">
            <w:pPr>
              <w:autoSpaceDE w:val="0"/>
              <w:autoSpaceDN w:val="0"/>
              <w:spacing w:line="360" w:lineRule="auto"/>
              <w:rPr>
                <w:rFonts w:ascii="Times New Roman" w:hAnsi="Times New Roman" w:cs="Times New Roman"/>
                <w:b/>
                <w:sz w:val="24"/>
                <w:szCs w:val="24"/>
                <w:lang w:val="ru-RU"/>
              </w:rPr>
            </w:pPr>
          </w:p>
        </w:tc>
        <w:tc>
          <w:tcPr>
            <w:tcW w:w="3970" w:type="dxa"/>
            <w:gridSpan w:val="2"/>
          </w:tcPr>
          <w:p w:rsidR="006150A6" w:rsidRPr="001B14C3" w:rsidRDefault="006150A6" w:rsidP="001B14C3">
            <w:pPr>
              <w:autoSpaceDE w:val="0"/>
              <w:autoSpaceDN w:val="0"/>
              <w:spacing w:line="360" w:lineRule="auto"/>
              <w:ind w:left="180" w:right="-14"/>
              <w:jc w:val="both"/>
              <w:rPr>
                <w:rFonts w:ascii="Times New Roman" w:hAnsi="Times New Roman" w:cs="Times New Roman"/>
                <w:b/>
                <w:sz w:val="24"/>
                <w:szCs w:val="24"/>
                <w:lang w:val="ru-RU"/>
              </w:rPr>
            </w:pPr>
          </w:p>
        </w:tc>
        <w:tc>
          <w:tcPr>
            <w:tcW w:w="1649" w:type="dxa"/>
            <w:gridSpan w:val="2"/>
          </w:tcPr>
          <w:p w:rsidR="006150A6" w:rsidRPr="001B14C3" w:rsidRDefault="006150A6" w:rsidP="001B14C3">
            <w:pPr>
              <w:autoSpaceDE w:val="0"/>
              <w:autoSpaceDN w:val="0"/>
              <w:spacing w:line="360" w:lineRule="auto"/>
              <w:rPr>
                <w:rFonts w:ascii="Times New Roman" w:hAnsi="Times New Roman" w:cs="Times New Roman"/>
                <w:sz w:val="24"/>
                <w:szCs w:val="24"/>
                <w:lang w:val="ru-RU"/>
              </w:rPr>
            </w:pPr>
          </w:p>
        </w:tc>
        <w:tc>
          <w:tcPr>
            <w:tcW w:w="2042" w:type="dxa"/>
          </w:tcPr>
          <w:p w:rsidR="006150A6" w:rsidRPr="001B14C3" w:rsidRDefault="006150A6" w:rsidP="001B14C3">
            <w:pPr>
              <w:spacing w:line="360" w:lineRule="auto"/>
              <w:rPr>
                <w:rFonts w:ascii="Times New Roman" w:hAnsi="Times New Roman" w:cs="Times New Roman"/>
                <w:sz w:val="24"/>
                <w:szCs w:val="24"/>
                <w:lang w:val="ru-RU"/>
              </w:rPr>
            </w:pPr>
          </w:p>
        </w:tc>
      </w:tr>
    </w:tbl>
    <w:p w:rsidR="00B57328" w:rsidRDefault="00B57328" w:rsidP="001B14C3">
      <w:pPr>
        <w:spacing w:after="0" w:line="360" w:lineRule="auto"/>
        <w:rPr>
          <w:rFonts w:ascii="Times New Roman" w:hAnsi="Times New Roman" w:cs="Times New Roman"/>
          <w:sz w:val="24"/>
          <w:szCs w:val="24"/>
          <w:lang w:val="ru-RU"/>
        </w:rPr>
      </w:pPr>
    </w:p>
    <w:p w:rsidR="001040DB" w:rsidRDefault="001040DB" w:rsidP="001B14C3">
      <w:pPr>
        <w:spacing w:after="0" w:line="360" w:lineRule="auto"/>
        <w:rPr>
          <w:rFonts w:ascii="Times New Roman" w:hAnsi="Times New Roman" w:cs="Times New Roman"/>
          <w:sz w:val="24"/>
          <w:szCs w:val="24"/>
          <w:lang w:val="ru-RU"/>
        </w:rPr>
      </w:pPr>
    </w:p>
    <w:p w:rsidR="00B73AD3" w:rsidRPr="001B14C3" w:rsidRDefault="00B73AD3" w:rsidP="001B14C3">
      <w:pPr>
        <w:spacing w:after="0" w:line="360" w:lineRule="auto"/>
        <w:rPr>
          <w:rFonts w:ascii="Times New Roman" w:hAnsi="Times New Roman" w:cs="Times New Roman"/>
          <w:sz w:val="24"/>
          <w:szCs w:val="24"/>
          <w:lang w:val="ru-RU"/>
        </w:rPr>
      </w:pPr>
    </w:p>
    <w:p w:rsidR="004C345B" w:rsidRPr="001B14C3" w:rsidRDefault="004C345B" w:rsidP="001B14C3">
      <w:pPr>
        <w:spacing w:after="0" w:line="360" w:lineRule="auto"/>
        <w:ind w:firstLine="397"/>
        <w:jc w:val="both"/>
        <w:rPr>
          <w:rFonts w:ascii="Times New Roman" w:eastAsia="Times New Roman" w:hAnsi="Times New Roman" w:cs="Times New Roman"/>
          <w:b/>
          <w:sz w:val="24"/>
          <w:szCs w:val="24"/>
          <w:lang w:val="ru-RU"/>
        </w:rPr>
      </w:pPr>
    </w:p>
    <w:p w:rsidR="004C345B" w:rsidRPr="001B14C3" w:rsidRDefault="004C345B" w:rsidP="001B14C3">
      <w:pPr>
        <w:spacing w:after="0" w:line="360" w:lineRule="auto"/>
        <w:ind w:left="-774" w:firstLine="764"/>
        <w:rPr>
          <w:rFonts w:ascii="Times New Roman" w:eastAsia="Times New Roman" w:hAnsi="Times New Roman" w:cs="Times New Roman"/>
          <w:sz w:val="24"/>
          <w:szCs w:val="24"/>
          <w:lang w:val="ru-RU"/>
        </w:rPr>
      </w:pPr>
    </w:p>
    <w:p w:rsidR="00A4025C" w:rsidRPr="001B14C3" w:rsidRDefault="00A4025C" w:rsidP="001B14C3">
      <w:pPr>
        <w:spacing w:after="0" w:line="360" w:lineRule="auto"/>
        <w:rPr>
          <w:rFonts w:ascii="Times New Roman" w:hAnsi="Times New Roman" w:cs="Times New Roman"/>
          <w:sz w:val="24"/>
          <w:szCs w:val="24"/>
          <w:lang w:val="ru-RU"/>
        </w:rPr>
        <w:sectPr w:rsidR="00A4025C" w:rsidRPr="001B14C3">
          <w:pgSz w:w="16840" w:h="11900"/>
          <w:pgMar w:top="284" w:right="640" w:bottom="1440" w:left="666" w:header="720" w:footer="720" w:gutter="0"/>
          <w:cols w:space="720" w:equalWidth="0">
            <w:col w:w="15534" w:space="0"/>
          </w:cols>
          <w:docGrid w:linePitch="360"/>
        </w:sectPr>
      </w:pPr>
    </w:p>
    <w:p w:rsidR="00722AB9" w:rsidRPr="001B14C3" w:rsidRDefault="00722AB9" w:rsidP="001B14C3">
      <w:pPr>
        <w:spacing w:after="0" w:line="360" w:lineRule="auto"/>
        <w:ind w:firstLine="709"/>
        <w:jc w:val="both"/>
        <w:rPr>
          <w:rFonts w:ascii="Times New Roman" w:hAnsi="Times New Roman" w:cs="Times New Roman"/>
          <w:bCs/>
          <w:color w:val="000000"/>
          <w:sz w:val="24"/>
          <w:szCs w:val="24"/>
          <w:lang w:val="ru-RU"/>
        </w:rPr>
      </w:pPr>
    </w:p>
    <w:p w:rsidR="00722AB9" w:rsidRPr="001B14C3" w:rsidRDefault="00722AB9" w:rsidP="001B14C3">
      <w:pPr>
        <w:shd w:val="clear" w:color="auto" w:fill="FFFFFF"/>
        <w:tabs>
          <w:tab w:val="left" w:pos="0"/>
        </w:tabs>
        <w:spacing w:after="0" w:line="360" w:lineRule="auto"/>
        <w:jc w:val="both"/>
        <w:rPr>
          <w:rFonts w:ascii="Times New Roman" w:hAnsi="Times New Roman" w:cs="Times New Roman"/>
          <w:b/>
          <w:bCs/>
          <w:sz w:val="24"/>
          <w:szCs w:val="24"/>
          <w:lang w:val="ru-RU"/>
        </w:rPr>
      </w:pPr>
      <w:r w:rsidRPr="001B14C3">
        <w:rPr>
          <w:rFonts w:ascii="Times New Roman" w:hAnsi="Times New Roman" w:cs="Times New Roman"/>
          <w:b/>
          <w:bCs/>
          <w:sz w:val="24"/>
          <w:szCs w:val="24"/>
          <w:lang w:val="ru-RU"/>
        </w:rPr>
        <w:t xml:space="preserve">УЧЕБНО-МЕТОДИЧЕСКОЕ ОБЕСПЕЧЕНИЕ ОБРАЗОВАТЕЛЬНОГО ПРОЦЕССА </w:t>
      </w: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b/>
          <w:bCs/>
          <w:sz w:val="24"/>
          <w:szCs w:val="24"/>
          <w:lang w:val="ru-RU"/>
        </w:rPr>
      </w:pPr>
      <w:r w:rsidRPr="001B14C3">
        <w:rPr>
          <w:rFonts w:ascii="Times New Roman" w:hAnsi="Times New Roman" w:cs="Times New Roman"/>
          <w:b/>
          <w:bCs/>
          <w:sz w:val="24"/>
          <w:szCs w:val="24"/>
          <w:lang w:val="ru-RU"/>
        </w:rPr>
        <w:t>ОБЯЗАТЕЛЬНЫЕ УЧЕБНЫЕ МАТЕРИАЛЫ ДЛЯ УЧЕНИКА</w:t>
      </w: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b/>
          <w:bCs/>
          <w:sz w:val="24"/>
          <w:szCs w:val="24"/>
          <w:lang w:val="ru-RU"/>
        </w:rPr>
      </w:pP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Виноградова Н.Ф.  Основы духовно-нравственной культуры народов России: 5 класс: </w:t>
      </w: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учебник для учащихся общеобразовательных учреждений / Н.Ф. Виноградова,</w:t>
      </w: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В.И. Власенко, А.В. Поляков. – М.: Вентана-Граф, 2020.</w:t>
      </w: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b/>
          <w:bCs/>
          <w:sz w:val="24"/>
          <w:szCs w:val="24"/>
          <w:lang w:val="ru-RU"/>
        </w:rPr>
      </w:pP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b/>
          <w:bCs/>
          <w:sz w:val="24"/>
          <w:szCs w:val="24"/>
          <w:lang w:val="ru-RU"/>
        </w:rPr>
      </w:pPr>
      <w:r w:rsidRPr="001B14C3">
        <w:rPr>
          <w:rFonts w:ascii="Times New Roman" w:hAnsi="Times New Roman" w:cs="Times New Roman"/>
          <w:b/>
          <w:bCs/>
          <w:sz w:val="24"/>
          <w:szCs w:val="24"/>
          <w:lang w:val="ru-RU"/>
        </w:rPr>
        <w:t>МЕТОДИЧЕСКИЕ МАТЕРИАЛЫ ДЛЯ УЧИТЕЛЯ</w:t>
      </w: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1. Основы духовно-нравственной культуры народов России: 5 класс: методические рекомендации/</w:t>
      </w: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Н.Ф. Виноградова. – М.: Вентана-Граф, 2019</w:t>
      </w: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2.</w:t>
      </w:r>
      <w:r w:rsidRPr="001B14C3">
        <w:rPr>
          <w:rFonts w:ascii="Times New Roman" w:hAnsi="Times New Roman" w:cs="Times New Roman"/>
          <w:sz w:val="24"/>
          <w:szCs w:val="24"/>
          <w:lang w:val="ru-RU"/>
        </w:rPr>
        <w:tab/>
        <w:t>Тишкова В.А., Шапошникова Т.Д. «Книга для учителя». Москва, «Просвещение», 2010.</w:t>
      </w: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3. Религии мира: история, культура, вероучение: учебное пособие / под общ. ред. </w:t>
      </w: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А.О. Чубарьяна и Г.М. Бонгард-Левина. - М.: ОЛМА Медиагрупп, 2016. - 398 с.: ил.</w:t>
      </w: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4.</w:t>
      </w:r>
      <w:r w:rsidRPr="001B14C3">
        <w:rPr>
          <w:rFonts w:ascii="Times New Roman" w:hAnsi="Times New Roman" w:cs="Times New Roman"/>
          <w:sz w:val="24"/>
          <w:szCs w:val="24"/>
          <w:lang w:val="ru-RU"/>
        </w:rPr>
        <w:tab/>
        <w:t>Токарев С. А. Религии в истории народов мира / С. А. Токарев. - изд. 5-е, испр. и доп.</w:t>
      </w: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 М. : Республика, 2005. - 542 с.: ил.- (Библиотека: религия, культура, наука).</w:t>
      </w: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5.</w:t>
      </w:r>
      <w:r w:rsidRPr="001B14C3">
        <w:rPr>
          <w:rFonts w:ascii="Times New Roman" w:hAnsi="Times New Roman" w:cs="Times New Roman"/>
          <w:sz w:val="24"/>
          <w:szCs w:val="24"/>
          <w:lang w:val="ru-RU"/>
        </w:rPr>
        <w:tab/>
        <w:t>Адамова А.Г. Духовность как ценностная основа личности // Совершенствование</w:t>
      </w: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 учебно-воспитательного процесса в образовательном учреждении: Сб.науч.тр.Ч.2. – М., 2017.</w:t>
      </w: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6.</w:t>
      </w:r>
      <w:r w:rsidRPr="001B14C3">
        <w:rPr>
          <w:rFonts w:ascii="Times New Roman" w:hAnsi="Times New Roman" w:cs="Times New Roman"/>
          <w:sz w:val="24"/>
          <w:szCs w:val="24"/>
          <w:lang w:val="ru-RU"/>
        </w:rPr>
        <w:tab/>
        <w:t>Метлик И.В. Религия и образование в светской школе. – М., 2014.</w:t>
      </w: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b/>
          <w:bCs/>
          <w:sz w:val="24"/>
          <w:szCs w:val="24"/>
          <w:lang w:val="ru-RU"/>
        </w:rPr>
      </w:pP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b/>
          <w:bCs/>
          <w:sz w:val="24"/>
          <w:szCs w:val="24"/>
          <w:lang w:val="ru-RU"/>
        </w:rPr>
      </w:pPr>
      <w:r w:rsidRPr="001B14C3">
        <w:rPr>
          <w:rFonts w:ascii="Times New Roman" w:hAnsi="Times New Roman" w:cs="Times New Roman"/>
          <w:b/>
          <w:bCs/>
          <w:sz w:val="24"/>
          <w:szCs w:val="24"/>
          <w:lang w:val="ru-RU"/>
        </w:rPr>
        <w:t>ЦИФРОВЫЕ ОБРАЗОВАТЕЛЬНЫЕ РЕСУРСЫ И РЕСУРСЫ СЕТИ ИНТЕРНЕТ</w:t>
      </w:r>
    </w:p>
    <w:p w:rsidR="00722AB9" w:rsidRPr="001B14C3" w:rsidRDefault="001F4597" w:rsidP="001B14C3">
      <w:pPr>
        <w:pStyle w:val="ae"/>
        <w:numPr>
          <w:ilvl w:val="0"/>
          <w:numId w:val="10"/>
        </w:numPr>
        <w:shd w:val="clear" w:color="auto" w:fill="FFFFFF"/>
        <w:tabs>
          <w:tab w:val="left" w:pos="284"/>
        </w:tabs>
        <w:spacing w:after="0" w:line="360" w:lineRule="auto"/>
        <w:ind w:hanging="720"/>
        <w:contextualSpacing w:val="0"/>
        <w:jc w:val="both"/>
        <w:rPr>
          <w:rFonts w:ascii="Times New Roman" w:eastAsia="Times New Roman" w:hAnsi="Times New Roman" w:cs="Times New Roman"/>
          <w:sz w:val="24"/>
          <w:szCs w:val="24"/>
          <w:lang w:val="ru-RU" w:eastAsia="ru-RU"/>
        </w:rPr>
      </w:pPr>
      <w:hyperlink r:id="rId37" w:history="1">
        <w:r w:rsidR="00722AB9" w:rsidRPr="001B14C3">
          <w:rPr>
            <w:rStyle w:val="aff1"/>
            <w:rFonts w:ascii="Times New Roman" w:eastAsia="Times New Roman" w:hAnsi="Times New Roman" w:cs="Times New Roman"/>
            <w:sz w:val="24"/>
            <w:szCs w:val="24"/>
            <w:lang w:eastAsia="ru-RU"/>
          </w:rPr>
          <w:t>http</w:t>
        </w:r>
        <w:r w:rsidR="00722AB9" w:rsidRPr="001B14C3">
          <w:rPr>
            <w:rStyle w:val="aff1"/>
            <w:rFonts w:ascii="Times New Roman" w:eastAsia="Times New Roman" w:hAnsi="Times New Roman" w:cs="Times New Roman"/>
            <w:sz w:val="24"/>
            <w:szCs w:val="24"/>
            <w:lang w:val="ru-RU" w:eastAsia="ru-RU"/>
          </w:rPr>
          <w:t>://</w:t>
        </w:r>
        <w:r w:rsidR="00722AB9" w:rsidRPr="001B14C3">
          <w:rPr>
            <w:rStyle w:val="aff1"/>
            <w:rFonts w:ascii="Times New Roman" w:eastAsia="Times New Roman" w:hAnsi="Times New Roman" w:cs="Times New Roman"/>
            <w:sz w:val="24"/>
            <w:szCs w:val="24"/>
            <w:lang w:eastAsia="ru-RU"/>
          </w:rPr>
          <w:t>scool</w:t>
        </w:r>
        <w:r w:rsidR="00722AB9" w:rsidRPr="001B14C3">
          <w:rPr>
            <w:rStyle w:val="aff1"/>
            <w:rFonts w:ascii="Times New Roman" w:eastAsia="Times New Roman" w:hAnsi="Times New Roman" w:cs="Times New Roman"/>
            <w:sz w:val="24"/>
            <w:szCs w:val="24"/>
            <w:lang w:val="ru-RU" w:eastAsia="ru-RU"/>
          </w:rPr>
          <w:t>-</w:t>
        </w:r>
        <w:r w:rsidR="00722AB9" w:rsidRPr="001B14C3">
          <w:rPr>
            <w:rStyle w:val="aff1"/>
            <w:rFonts w:ascii="Times New Roman" w:eastAsia="Times New Roman" w:hAnsi="Times New Roman" w:cs="Times New Roman"/>
            <w:sz w:val="24"/>
            <w:szCs w:val="24"/>
            <w:lang w:eastAsia="ru-RU"/>
          </w:rPr>
          <w:t>collection</w:t>
        </w:r>
        <w:r w:rsidR="00722AB9" w:rsidRPr="001B14C3">
          <w:rPr>
            <w:rStyle w:val="aff1"/>
            <w:rFonts w:ascii="Times New Roman" w:eastAsia="Times New Roman" w:hAnsi="Times New Roman" w:cs="Times New Roman"/>
            <w:sz w:val="24"/>
            <w:szCs w:val="24"/>
            <w:lang w:val="ru-RU" w:eastAsia="ru-RU"/>
          </w:rPr>
          <w:t>.</w:t>
        </w:r>
        <w:r w:rsidR="00722AB9" w:rsidRPr="001B14C3">
          <w:rPr>
            <w:rStyle w:val="aff1"/>
            <w:rFonts w:ascii="Times New Roman" w:eastAsia="Times New Roman" w:hAnsi="Times New Roman" w:cs="Times New Roman"/>
            <w:sz w:val="24"/>
            <w:szCs w:val="24"/>
            <w:lang w:eastAsia="ru-RU"/>
          </w:rPr>
          <w:t>edu</w:t>
        </w:r>
        <w:r w:rsidR="00722AB9" w:rsidRPr="001B14C3">
          <w:rPr>
            <w:rStyle w:val="aff1"/>
            <w:rFonts w:ascii="Times New Roman" w:eastAsia="Times New Roman" w:hAnsi="Times New Roman" w:cs="Times New Roman"/>
            <w:sz w:val="24"/>
            <w:szCs w:val="24"/>
            <w:lang w:val="ru-RU" w:eastAsia="ru-RU"/>
          </w:rPr>
          <w:t>.</w:t>
        </w:r>
        <w:r w:rsidR="00722AB9" w:rsidRPr="001B14C3">
          <w:rPr>
            <w:rStyle w:val="aff1"/>
            <w:rFonts w:ascii="Times New Roman" w:eastAsia="Times New Roman" w:hAnsi="Times New Roman" w:cs="Times New Roman"/>
            <w:sz w:val="24"/>
            <w:szCs w:val="24"/>
            <w:lang w:eastAsia="ru-RU"/>
          </w:rPr>
          <w:t>ru</w:t>
        </w:r>
      </w:hyperlink>
      <w:r w:rsidR="00722AB9" w:rsidRPr="001B14C3">
        <w:rPr>
          <w:rFonts w:ascii="Times New Roman" w:eastAsia="Times New Roman" w:hAnsi="Times New Roman" w:cs="Times New Roman"/>
          <w:sz w:val="24"/>
          <w:szCs w:val="24"/>
          <w:lang w:val="ru-RU" w:eastAsia="ru-RU"/>
        </w:rPr>
        <w:t xml:space="preserve"> - Единая коллекция Цифровых образовательных ресурсов </w:t>
      </w:r>
    </w:p>
    <w:p w:rsidR="00722AB9" w:rsidRPr="001B14C3" w:rsidRDefault="001F4597" w:rsidP="001B14C3">
      <w:pPr>
        <w:pStyle w:val="ae"/>
        <w:numPr>
          <w:ilvl w:val="0"/>
          <w:numId w:val="10"/>
        </w:numPr>
        <w:shd w:val="clear" w:color="auto" w:fill="FFFFFF"/>
        <w:tabs>
          <w:tab w:val="left" w:pos="284"/>
        </w:tabs>
        <w:spacing w:after="0" w:line="360" w:lineRule="auto"/>
        <w:ind w:hanging="720"/>
        <w:contextualSpacing w:val="0"/>
        <w:jc w:val="both"/>
        <w:rPr>
          <w:rFonts w:ascii="Times New Roman" w:hAnsi="Times New Roman" w:cs="Times New Roman"/>
          <w:sz w:val="24"/>
          <w:szCs w:val="24"/>
          <w:lang w:val="ru-RU"/>
        </w:rPr>
      </w:pPr>
      <w:hyperlink r:id="rId38" w:history="1">
        <w:r w:rsidR="00722AB9" w:rsidRPr="001B14C3">
          <w:rPr>
            <w:rStyle w:val="aff1"/>
            <w:rFonts w:ascii="Times New Roman" w:eastAsia="Times New Roman" w:hAnsi="Times New Roman" w:cs="Times New Roman"/>
            <w:sz w:val="24"/>
            <w:szCs w:val="24"/>
            <w:lang w:eastAsia="ru-RU"/>
          </w:rPr>
          <w:t>https</w:t>
        </w:r>
        <w:r w:rsidR="00722AB9" w:rsidRPr="001B14C3">
          <w:rPr>
            <w:rStyle w:val="aff1"/>
            <w:rFonts w:ascii="Times New Roman" w:eastAsia="Times New Roman" w:hAnsi="Times New Roman" w:cs="Times New Roman"/>
            <w:sz w:val="24"/>
            <w:szCs w:val="24"/>
            <w:lang w:val="ru-RU" w:eastAsia="ru-RU"/>
          </w:rPr>
          <w:t>://</w:t>
        </w:r>
        <w:r w:rsidR="00722AB9" w:rsidRPr="001B14C3">
          <w:rPr>
            <w:rStyle w:val="aff1"/>
            <w:rFonts w:ascii="Times New Roman" w:eastAsia="Times New Roman" w:hAnsi="Times New Roman" w:cs="Times New Roman"/>
            <w:sz w:val="24"/>
            <w:szCs w:val="24"/>
            <w:lang w:eastAsia="ru-RU"/>
          </w:rPr>
          <w:t>resh</w:t>
        </w:r>
        <w:r w:rsidR="00722AB9" w:rsidRPr="001B14C3">
          <w:rPr>
            <w:rStyle w:val="aff1"/>
            <w:rFonts w:ascii="Times New Roman" w:eastAsia="Times New Roman" w:hAnsi="Times New Roman" w:cs="Times New Roman"/>
            <w:sz w:val="24"/>
            <w:szCs w:val="24"/>
            <w:lang w:val="ru-RU" w:eastAsia="ru-RU"/>
          </w:rPr>
          <w:t>.</w:t>
        </w:r>
        <w:r w:rsidR="00722AB9" w:rsidRPr="001B14C3">
          <w:rPr>
            <w:rStyle w:val="aff1"/>
            <w:rFonts w:ascii="Times New Roman" w:eastAsia="Times New Roman" w:hAnsi="Times New Roman" w:cs="Times New Roman"/>
            <w:sz w:val="24"/>
            <w:szCs w:val="24"/>
            <w:lang w:eastAsia="ru-RU"/>
          </w:rPr>
          <w:t>edu</w:t>
        </w:r>
        <w:r w:rsidR="00722AB9" w:rsidRPr="001B14C3">
          <w:rPr>
            <w:rStyle w:val="aff1"/>
            <w:rFonts w:ascii="Times New Roman" w:eastAsia="Times New Roman" w:hAnsi="Times New Roman" w:cs="Times New Roman"/>
            <w:sz w:val="24"/>
            <w:szCs w:val="24"/>
            <w:lang w:val="ru-RU" w:eastAsia="ru-RU"/>
          </w:rPr>
          <w:t>.</w:t>
        </w:r>
        <w:r w:rsidR="00722AB9" w:rsidRPr="001B14C3">
          <w:rPr>
            <w:rStyle w:val="aff1"/>
            <w:rFonts w:ascii="Times New Roman" w:eastAsia="Times New Roman" w:hAnsi="Times New Roman" w:cs="Times New Roman"/>
            <w:sz w:val="24"/>
            <w:szCs w:val="24"/>
            <w:lang w:eastAsia="ru-RU"/>
          </w:rPr>
          <w:t>ru</w:t>
        </w:r>
        <w:r w:rsidR="00722AB9" w:rsidRPr="001B14C3">
          <w:rPr>
            <w:rStyle w:val="aff1"/>
            <w:rFonts w:ascii="Times New Roman" w:eastAsia="Times New Roman" w:hAnsi="Times New Roman" w:cs="Times New Roman"/>
            <w:sz w:val="24"/>
            <w:szCs w:val="24"/>
            <w:lang w:val="ru-RU" w:eastAsia="ru-RU"/>
          </w:rPr>
          <w:t>/</w:t>
        </w:r>
        <w:r w:rsidR="00722AB9" w:rsidRPr="001B14C3">
          <w:rPr>
            <w:rStyle w:val="aff1"/>
            <w:rFonts w:ascii="Times New Roman" w:eastAsia="Times New Roman" w:hAnsi="Times New Roman" w:cs="Times New Roman"/>
            <w:sz w:val="24"/>
            <w:szCs w:val="24"/>
            <w:lang w:eastAsia="ru-RU"/>
          </w:rPr>
          <w:t>special</w:t>
        </w:r>
        <w:r w:rsidR="00722AB9" w:rsidRPr="001B14C3">
          <w:rPr>
            <w:rStyle w:val="aff1"/>
            <w:rFonts w:ascii="Times New Roman" w:eastAsia="Times New Roman" w:hAnsi="Times New Roman" w:cs="Times New Roman"/>
            <w:sz w:val="24"/>
            <w:szCs w:val="24"/>
            <w:lang w:val="ru-RU" w:eastAsia="ru-RU"/>
          </w:rPr>
          <w:t>-</w:t>
        </w:r>
        <w:r w:rsidR="00722AB9" w:rsidRPr="001B14C3">
          <w:rPr>
            <w:rStyle w:val="aff1"/>
            <w:rFonts w:ascii="Times New Roman" w:eastAsia="Times New Roman" w:hAnsi="Times New Roman" w:cs="Times New Roman"/>
            <w:sz w:val="24"/>
            <w:szCs w:val="24"/>
            <w:lang w:eastAsia="ru-RU"/>
          </w:rPr>
          <w:t>course</w:t>
        </w:r>
        <w:r w:rsidR="00722AB9" w:rsidRPr="001B14C3">
          <w:rPr>
            <w:rStyle w:val="aff1"/>
            <w:rFonts w:ascii="Times New Roman" w:eastAsia="Times New Roman" w:hAnsi="Times New Roman" w:cs="Times New Roman"/>
            <w:sz w:val="24"/>
            <w:szCs w:val="24"/>
            <w:lang w:val="ru-RU" w:eastAsia="ru-RU"/>
          </w:rPr>
          <w:t>/</w:t>
        </w:r>
      </w:hyperlink>
      <w:r w:rsidR="00722AB9" w:rsidRPr="001B14C3">
        <w:rPr>
          <w:rFonts w:ascii="Times New Roman" w:eastAsia="Times New Roman" w:hAnsi="Times New Roman" w:cs="Times New Roman"/>
          <w:sz w:val="24"/>
          <w:szCs w:val="24"/>
          <w:lang w:val="ru-RU" w:eastAsia="ru-RU"/>
        </w:rPr>
        <w:t xml:space="preserve"> - Российская электронная школа</w:t>
      </w:r>
    </w:p>
    <w:p w:rsidR="00722AB9" w:rsidRPr="001B14C3" w:rsidRDefault="001F4597" w:rsidP="001B14C3">
      <w:pPr>
        <w:pStyle w:val="ae"/>
        <w:numPr>
          <w:ilvl w:val="0"/>
          <w:numId w:val="10"/>
        </w:numPr>
        <w:spacing w:after="0" w:line="360" w:lineRule="auto"/>
        <w:ind w:left="284" w:hanging="284"/>
        <w:contextualSpacing w:val="0"/>
        <w:jc w:val="both"/>
        <w:rPr>
          <w:rFonts w:ascii="Times New Roman" w:hAnsi="Times New Roman" w:cs="Times New Roman"/>
          <w:color w:val="000000" w:themeColor="text1"/>
          <w:sz w:val="24"/>
          <w:szCs w:val="24"/>
          <w:lang w:val="ru-RU"/>
        </w:rPr>
      </w:pPr>
      <w:hyperlink r:id="rId39" w:history="1">
        <w:r w:rsidR="00722AB9" w:rsidRPr="001B14C3">
          <w:rPr>
            <w:rStyle w:val="aff1"/>
            <w:rFonts w:ascii="Times New Roman" w:hAnsi="Times New Roman" w:cs="Times New Roman"/>
            <w:sz w:val="24"/>
            <w:szCs w:val="24"/>
            <w:lang w:val="ru-RU"/>
          </w:rPr>
          <w:t>https://uchi.ru/-</w:t>
        </w:r>
      </w:hyperlink>
      <w:r w:rsidR="00722AB9" w:rsidRPr="001B14C3">
        <w:rPr>
          <w:rFonts w:ascii="Times New Roman" w:hAnsi="Times New Roman" w:cs="Times New Roman"/>
          <w:sz w:val="24"/>
          <w:szCs w:val="24"/>
          <w:lang w:val="ru-RU"/>
        </w:rPr>
        <w:t xml:space="preserve"> </w:t>
      </w:r>
      <w:r w:rsidR="00722AB9" w:rsidRPr="001B14C3">
        <w:rPr>
          <w:rFonts w:ascii="Times New Roman" w:hAnsi="Times New Roman" w:cs="Times New Roman"/>
          <w:bCs/>
          <w:color w:val="000000" w:themeColor="text1"/>
          <w:sz w:val="24"/>
          <w:szCs w:val="24"/>
          <w:shd w:val="clear" w:color="auto" w:fill="FFFFFF"/>
          <w:lang w:val="ru-RU"/>
        </w:rPr>
        <w:t>Учи</w:t>
      </w:r>
      <w:r w:rsidR="00722AB9" w:rsidRPr="001B14C3">
        <w:rPr>
          <w:rFonts w:ascii="Times New Roman" w:hAnsi="Times New Roman" w:cs="Times New Roman"/>
          <w:color w:val="000000" w:themeColor="text1"/>
          <w:sz w:val="24"/>
          <w:szCs w:val="24"/>
          <w:shd w:val="clear" w:color="auto" w:fill="FFFFFF"/>
          <w:lang w:val="ru-RU"/>
        </w:rPr>
        <w:t>.</w:t>
      </w:r>
      <w:r w:rsidR="00722AB9" w:rsidRPr="001B14C3">
        <w:rPr>
          <w:rFonts w:ascii="Times New Roman" w:hAnsi="Times New Roman" w:cs="Times New Roman"/>
          <w:bCs/>
          <w:color w:val="000000" w:themeColor="text1"/>
          <w:sz w:val="24"/>
          <w:szCs w:val="24"/>
          <w:shd w:val="clear" w:color="auto" w:fill="FFFFFF"/>
          <w:lang w:val="ru-RU"/>
        </w:rPr>
        <w:t>ру</w:t>
      </w:r>
      <w:r w:rsidR="00722AB9" w:rsidRPr="001B14C3">
        <w:rPr>
          <w:rFonts w:ascii="Times New Roman" w:hAnsi="Times New Roman" w:cs="Times New Roman"/>
          <w:color w:val="000000" w:themeColor="text1"/>
          <w:sz w:val="24"/>
          <w:szCs w:val="24"/>
          <w:shd w:val="clear" w:color="auto" w:fill="FFFFFF"/>
        </w:rPr>
        <w:t> </w:t>
      </w:r>
      <w:r w:rsidR="00722AB9" w:rsidRPr="001B14C3">
        <w:rPr>
          <w:rFonts w:ascii="Times New Roman" w:hAnsi="Times New Roman" w:cs="Times New Roman"/>
          <w:color w:val="000000" w:themeColor="text1"/>
          <w:sz w:val="24"/>
          <w:szCs w:val="24"/>
          <w:shd w:val="clear" w:color="auto" w:fill="FFFFFF"/>
          <w:lang w:val="ru-RU"/>
        </w:rPr>
        <w:t>—отечественная онлайн-платформа</w:t>
      </w: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b/>
          <w:bCs/>
          <w:sz w:val="24"/>
          <w:szCs w:val="24"/>
          <w:lang w:val="ru-RU"/>
        </w:rPr>
      </w:pP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b/>
          <w:bCs/>
          <w:sz w:val="24"/>
          <w:szCs w:val="24"/>
          <w:lang w:val="ru-RU"/>
        </w:rPr>
      </w:pPr>
      <w:r w:rsidRPr="001B14C3">
        <w:rPr>
          <w:rFonts w:ascii="Times New Roman" w:hAnsi="Times New Roman" w:cs="Times New Roman"/>
          <w:b/>
          <w:bCs/>
          <w:sz w:val="24"/>
          <w:szCs w:val="24"/>
          <w:lang w:val="ru-RU"/>
        </w:rPr>
        <w:t>МАТЕРИАЛЬНО-ТЕХНИЧЕСКОЕ ОБЕСПЕЧЕНИЕ ОБРАЗОВАТЕЛЬНОГО ПРОЦЕССА УЧЕБНОЕ ОБОРУДОВАНИЕ</w:t>
      </w: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Учебники</w:t>
      </w: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Мультимедийный проектор, интерактивная доска, персональный компьютер</w:t>
      </w: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Электронные пособия </w:t>
      </w: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b/>
          <w:bCs/>
          <w:sz w:val="24"/>
          <w:szCs w:val="24"/>
          <w:lang w:val="ru-RU"/>
        </w:rPr>
      </w:pPr>
      <w:r w:rsidRPr="001B14C3">
        <w:rPr>
          <w:rFonts w:ascii="Times New Roman" w:hAnsi="Times New Roman" w:cs="Times New Roman"/>
          <w:b/>
          <w:bCs/>
          <w:sz w:val="24"/>
          <w:szCs w:val="24"/>
          <w:lang w:val="ru-RU"/>
        </w:rPr>
        <w:t>ОБОРУДОВАНИЕ ДЛЯ ПРОВЕДЕНИЯ ПРАКТИЧЕСКИХ РАБОТ</w:t>
      </w:r>
    </w:p>
    <w:p w:rsidR="00722AB9" w:rsidRPr="001B14C3" w:rsidRDefault="00722AB9" w:rsidP="001B14C3">
      <w:pPr>
        <w:shd w:val="clear" w:color="auto" w:fill="FFFFFF"/>
        <w:tabs>
          <w:tab w:val="left" w:pos="426"/>
        </w:tabs>
        <w:spacing w:after="0" w:line="360" w:lineRule="auto"/>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t xml:space="preserve">Рабочая тетрадь </w:t>
      </w:r>
    </w:p>
    <w:p w:rsidR="00722AB9" w:rsidRPr="001B14C3" w:rsidRDefault="00722AB9" w:rsidP="001B14C3">
      <w:pPr>
        <w:spacing w:after="0" w:line="360" w:lineRule="auto"/>
        <w:ind w:firstLine="709"/>
        <w:jc w:val="both"/>
        <w:rPr>
          <w:rFonts w:ascii="Times New Roman" w:hAnsi="Times New Roman" w:cs="Times New Roman"/>
          <w:bCs/>
          <w:color w:val="000000"/>
          <w:sz w:val="24"/>
          <w:szCs w:val="24"/>
          <w:lang w:val="ru-RU"/>
        </w:rPr>
      </w:pPr>
    </w:p>
    <w:p w:rsidR="00722AB9" w:rsidRPr="001B14C3" w:rsidRDefault="00722AB9" w:rsidP="001B14C3">
      <w:pPr>
        <w:pStyle w:val="18"/>
        <w:spacing w:line="360" w:lineRule="auto"/>
        <w:ind w:left="0" w:firstLine="709"/>
        <w:contextualSpacing w:val="0"/>
      </w:pPr>
    </w:p>
    <w:p w:rsidR="00E10F70" w:rsidRPr="001B14C3" w:rsidRDefault="00E10F70" w:rsidP="001B14C3">
      <w:pPr>
        <w:autoSpaceDE w:val="0"/>
        <w:autoSpaceDN w:val="0"/>
        <w:spacing w:after="0" w:line="360" w:lineRule="auto"/>
        <w:rPr>
          <w:rFonts w:ascii="Times New Roman" w:eastAsia="Times New Roman" w:hAnsi="Times New Roman" w:cs="Times New Roman"/>
          <w:b/>
          <w:color w:val="000000"/>
          <w:sz w:val="24"/>
          <w:szCs w:val="24"/>
          <w:lang w:val="ru-RU"/>
        </w:rPr>
      </w:pPr>
    </w:p>
    <w:p w:rsidR="00E10F70" w:rsidRPr="001B14C3" w:rsidRDefault="00E10F70" w:rsidP="001B14C3">
      <w:pPr>
        <w:autoSpaceDE w:val="0"/>
        <w:autoSpaceDN w:val="0"/>
        <w:spacing w:after="0" w:line="360" w:lineRule="auto"/>
        <w:rPr>
          <w:rFonts w:ascii="Times New Roman" w:eastAsia="Times New Roman" w:hAnsi="Times New Roman" w:cs="Times New Roman"/>
          <w:b/>
          <w:color w:val="000000"/>
          <w:sz w:val="24"/>
          <w:szCs w:val="24"/>
          <w:lang w:val="ru-RU"/>
        </w:rPr>
      </w:pPr>
    </w:p>
    <w:p w:rsidR="00A4025C" w:rsidRPr="001B14C3" w:rsidRDefault="00A4025C" w:rsidP="001B14C3">
      <w:pPr>
        <w:spacing w:after="0" w:line="360" w:lineRule="auto"/>
        <w:rPr>
          <w:rFonts w:ascii="Times New Roman" w:hAnsi="Times New Roman" w:cs="Times New Roman"/>
          <w:sz w:val="24"/>
          <w:szCs w:val="24"/>
          <w:lang w:val="ru-RU"/>
        </w:rPr>
        <w:sectPr w:rsidR="00A4025C" w:rsidRPr="001B14C3">
          <w:pgSz w:w="11900" w:h="16840"/>
          <w:pgMar w:top="298" w:right="650" w:bottom="520" w:left="666" w:header="720" w:footer="720" w:gutter="0"/>
          <w:cols w:space="720" w:equalWidth="0">
            <w:col w:w="10584" w:space="0"/>
          </w:cols>
          <w:docGrid w:linePitch="360"/>
        </w:sectPr>
      </w:pPr>
    </w:p>
    <w:p w:rsidR="0024263F" w:rsidRPr="001B14C3" w:rsidRDefault="0024263F" w:rsidP="001B14C3">
      <w:pPr>
        <w:shd w:val="clear" w:color="auto" w:fill="FFFFFF"/>
        <w:tabs>
          <w:tab w:val="left" w:pos="0"/>
        </w:tabs>
        <w:spacing w:after="0" w:line="360" w:lineRule="auto"/>
        <w:jc w:val="both"/>
        <w:rPr>
          <w:rFonts w:ascii="Times New Roman" w:hAnsi="Times New Roman" w:cs="Times New Roman"/>
          <w:sz w:val="24"/>
          <w:szCs w:val="24"/>
          <w:lang w:val="ru-RU"/>
        </w:rPr>
      </w:pPr>
      <w:r w:rsidRPr="001B14C3">
        <w:rPr>
          <w:rFonts w:ascii="Times New Roman" w:hAnsi="Times New Roman" w:cs="Times New Roman"/>
          <w:sz w:val="24"/>
          <w:szCs w:val="24"/>
          <w:lang w:val="ru-RU"/>
        </w:rPr>
        <w:lastRenderedPageBreak/>
        <w:t xml:space="preserve"> </w:t>
      </w:r>
    </w:p>
    <w:sectPr w:rsidR="0024263F" w:rsidRPr="001B14C3" w:rsidSect="0024263F">
      <w:pgSz w:w="11900" w:h="16840"/>
      <w:pgMar w:top="1134" w:right="701" w:bottom="1440" w:left="1440" w:header="720" w:footer="720" w:gutter="0"/>
      <w:cols w:space="720" w:equalWidth="0">
        <w:col w:w="9759"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4753D7F"/>
    <w:multiLevelType w:val="hybridMultilevel"/>
    <w:tmpl w:val="D07475A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068E19A6"/>
    <w:multiLevelType w:val="hybridMultilevel"/>
    <w:tmpl w:val="42BEE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9631340"/>
    <w:multiLevelType w:val="hybridMultilevel"/>
    <w:tmpl w:val="6BDA0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A991E48"/>
    <w:multiLevelType w:val="hybridMultilevel"/>
    <w:tmpl w:val="BB982D0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1E2102C2"/>
    <w:multiLevelType w:val="hybridMultilevel"/>
    <w:tmpl w:val="0234E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4767D80"/>
    <w:multiLevelType w:val="hybridMultilevel"/>
    <w:tmpl w:val="DC287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0A6422"/>
    <w:multiLevelType w:val="hybridMultilevel"/>
    <w:tmpl w:val="92544AE2"/>
    <w:lvl w:ilvl="0" w:tplc="8A78AF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327653"/>
    <w:multiLevelType w:val="hybridMultilevel"/>
    <w:tmpl w:val="2A56B30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4A7409AE"/>
    <w:multiLevelType w:val="hybridMultilevel"/>
    <w:tmpl w:val="2E328EA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4D61401D"/>
    <w:multiLevelType w:val="hybridMultilevel"/>
    <w:tmpl w:val="7AA483FA"/>
    <w:lvl w:ilvl="0" w:tplc="BB682A5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FD5008"/>
    <w:multiLevelType w:val="hybridMultilevel"/>
    <w:tmpl w:val="118432D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68E72A61"/>
    <w:multiLevelType w:val="hybridMultilevel"/>
    <w:tmpl w:val="1438160E"/>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8"/>
  </w:num>
  <w:num w:numId="11">
    <w:abstractNumId w:val="15"/>
  </w:num>
  <w:num w:numId="12">
    <w:abstractNumId w:val="14"/>
  </w:num>
  <w:num w:numId="13">
    <w:abstractNumId w:val="10"/>
  </w:num>
  <w:num w:numId="14">
    <w:abstractNumId w:val="13"/>
  </w:num>
  <w:num w:numId="15">
    <w:abstractNumId w:val="11"/>
  </w:num>
  <w:num w:numId="16">
    <w:abstractNumId w:val="20"/>
  </w:num>
  <w:num w:numId="17">
    <w:abstractNumId w:val="12"/>
  </w:num>
  <w:num w:numId="18">
    <w:abstractNumId w:val="19"/>
  </w:num>
  <w:num w:numId="19">
    <w:abstractNumId w:val="17"/>
  </w:num>
  <w:num w:numId="20">
    <w:abstractNumId w:val="1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75270"/>
    <w:rsid w:val="000D590E"/>
    <w:rsid w:val="000E21FC"/>
    <w:rsid w:val="001040DB"/>
    <w:rsid w:val="001076F6"/>
    <w:rsid w:val="001342D0"/>
    <w:rsid w:val="00142D08"/>
    <w:rsid w:val="0015074B"/>
    <w:rsid w:val="00163D1C"/>
    <w:rsid w:val="00171008"/>
    <w:rsid w:val="00196494"/>
    <w:rsid w:val="001B14C3"/>
    <w:rsid w:val="001D440E"/>
    <w:rsid w:val="001D6489"/>
    <w:rsid w:val="001F4597"/>
    <w:rsid w:val="0024263F"/>
    <w:rsid w:val="00243F5D"/>
    <w:rsid w:val="00255D2A"/>
    <w:rsid w:val="00263C0B"/>
    <w:rsid w:val="00263F6D"/>
    <w:rsid w:val="00271DB8"/>
    <w:rsid w:val="0029306E"/>
    <w:rsid w:val="0029639D"/>
    <w:rsid w:val="002A399F"/>
    <w:rsid w:val="002A402A"/>
    <w:rsid w:val="002A7C2C"/>
    <w:rsid w:val="002D75B4"/>
    <w:rsid w:val="002E1AAE"/>
    <w:rsid w:val="002F3750"/>
    <w:rsid w:val="00326F90"/>
    <w:rsid w:val="0035256C"/>
    <w:rsid w:val="00356DB7"/>
    <w:rsid w:val="003639EA"/>
    <w:rsid w:val="00371EA4"/>
    <w:rsid w:val="00371F7C"/>
    <w:rsid w:val="00387F6A"/>
    <w:rsid w:val="00396484"/>
    <w:rsid w:val="003B454A"/>
    <w:rsid w:val="003E0C67"/>
    <w:rsid w:val="003E63E8"/>
    <w:rsid w:val="003F27AE"/>
    <w:rsid w:val="003F55D6"/>
    <w:rsid w:val="00400B15"/>
    <w:rsid w:val="00436381"/>
    <w:rsid w:val="00455EA2"/>
    <w:rsid w:val="00471D9C"/>
    <w:rsid w:val="00496F8D"/>
    <w:rsid w:val="004B4702"/>
    <w:rsid w:val="004C045D"/>
    <w:rsid w:val="004C345B"/>
    <w:rsid w:val="004E1214"/>
    <w:rsid w:val="004E2C76"/>
    <w:rsid w:val="004F30D2"/>
    <w:rsid w:val="005041F9"/>
    <w:rsid w:val="00506214"/>
    <w:rsid w:val="00544A1D"/>
    <w:rsid w:val="00564CF6"/>
    <w:rsid w:val="00587969"/>
    <w:rsid w:val="005A2EF3"/>
    <w:rsid w:val="005C6DF2"/>
    <w:rsid w:val="005C7C13"/>
    <w:rsid w:val="006150A6"/>
    <w:rsid w:val="0061670F"/>
    <w:rsid w:val="00617F41"/>
    <w:rsid w:val="00647476"/>
    <w:rsid w:val="00674391"/>
    <w:rsid w:val="00684436"/>
    <w:rsid w:val="006A4C47"/>
    <w:rsid w:val="006D561F"/>
    <w:rsid w:val="006D6077"/>
    <w:rsid w:val="00707BD7"/>
    <w:rsid w:val="00722AB9"/>
    <w:rsid w:val="00732878"/>
    <w:rsid w:val="0073397B"/>
    <w:rsid w:val="00740572"/>
    <w:rsid w:val="00772E1C"/>
    <w:rsid w:val="00791FC4"/>
    <w:rsid w:val="007D62B4"/>
    <w:rsid w:val="007E3DD5"/>
    <w:rsid w:val="00835AC8"/>
    <w:rsid w:val="00845C72"/>
    <w:rsid w:val="00865A56"/>
    <w:rsid w:val="00881A9D"/>
    <w:rsid w:val="00902E74"/>
    <w:rsid w:val="00907E3B"/>
    <w:rsid w:val="00923ED0"/>
    <w:rsid w:val="009340EF"/>
    <w:rsid w:val="009464B5"/>
    <w:rsid w:val="00962D68"/>
    <w:rsid w:val="0096372F"/>
    <w:rsid w:val="00971E75"/>
    <w:rsid w:val="009A73E2"/>
    <w:rsid w:val="009B0967"/>
    <w:rsid w:val="009C31D3"/>
    <w:rsid w:val="009C5DCD"/>
    <w:rsid w:val="009C7775"/>
    <w:rsid w:val="00A035BC"/>
    <w:rsid w:val="00A26422"/>
    <w:rsid w:val="00A4025C"/>
    <w:rsid w:val="00A51D76"/>
    <w:rsid w:val="00A9617E"/>
    <w:rsid w:val="00AA1D8D"/>
    <w:rsid w:val="00AB38B8"/>
    <w:rsid w:val="00AC1065"/>
    <w:rsid w:val="00AD1B71"/>
    <w:rsid w:val="00B171DE"/>
    <w:rsid w:val="00B23370"/>
    <w:rsid w:val="00B3616A"/>
    <w:rsid w:val="00B47730"/>
    <w:rsid w:val="00B57328"/>
    <w:rsid w:val="00B73AD3"/>
    <w:rsid w:val="00BE71A3"/>
    <w:rsid w:val="00BE7705"/>
    <w:rsid w:val="00C13F3B"/>
    <w:rsid w:val="00C14C31"/>
    <w:rsid w:val="00C2147C"/>
    <w:rsid w:val="00C76363"/>
    <w:rsid w:val="00CB0664"/>
    <w:rsid w:val="00CB1789"/>
    <w:rsid w:val="00D01FEB"/>
    <w:rsid w:val="00D71CDC"/>
    <w:rsid w:val="00D84C47"/>
    <w:rsid w:val="00DD4791"/>
    <w:rsid w:val="00DD679B"/>
    <w:rsid w:val="00E04641"/>
    <w:rsid w:val="00E10F70"/>
    <w:rsid w:val="00E235CE"/>
    <w:rsid w:val="00E50F36"/>
    <w:rsid w:val="00E96367"/>
    <w:rsid w:val="00EC295C"/>
    <w:rsid w:val="00ED0FE9"/>
    <w:rsid w:val="00ED6E96"/>
    <w:rsid w:val="00EE083F"/>
    <w:rsid w:val="00F74FA8"/>
    <w:rsid w:val="00F83B64"/>
    <w:rsid w:val="00F93D5A"/>
    <w:rsid w:val="00FC5923"/>
    <w:rsid w:val="00FC693F"/>
    <w:rsid w:val="00FD372A"/>
    <w:rsid w:val="00FE18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64D2B007-90DE-4436-B2FC-7550FBEFD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заливка1"/>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2">
    <w:name w:val="Светлый список1"/>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Светлый список - Акцент 1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3">
    <w:name w:val="Светлая сетка1"/>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1">
    <w:name w:val="Светлая сетка - Акцент 1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Средняя заливка 1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Средняя заливка 1 - Акцент 1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0">
    <w:name w:val="Средняя заливка 2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Средний список 1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Средний список 1 - Акцент 1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1">
    <w:name w:val="Средний список 2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2">
    <w:name w:val="Средняя сетка 1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2">
    <w:name w:val="Средняя сетка 2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0">
    <w:name w:val="Средняя сетка 3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4">
    <w:name w:val="Темный список1"/>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15">
    <w:name w:val="Цветная заливка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0">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16">
    <w:name w:val="Цветной список1"/>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2">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7">
    <w:name w:val="Цветная сетка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3">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1">
    <w:name w:val="Hyperlink"/>
    <w:basedOn w:val="a2"/>
    <w:uiPriority w:val="99"/>
    <w:unhideWhenUsed/>
    <w:rsid w:val="00617F41"/>
    <w:rPr>
      <w:color w:val="0000FF" w:themeColor="hyperlink"/>
      <w:u w:val="single"/>
    </w:rPr>
  </w:style>
  <w:style w:type="paragraph" w:styleId="aff2">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ff3"/>
    <w:uiPriority w:val="99"/>
    <w:unhideWhenUsed/>
    <w:rsid w:val="0067439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112">
    <w:name w:val="Таблица-сетка 1 светлая1"/>
    <w:basedOn w:val="a3"/>
    <w:uiPriority w:val="46"/>
    <w:rsid w:val="00A51D76"/>
    <w:pPr>
      <w:spacing w:after="0" w:line="240" w:lineRule="auto"/>
    </w:pPr>
    <w:rPr>
      <w:rFonts w:eastAsiaTheme="minorHAnsi"/>
      <w:lang w:val="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
    <w:name w:val="Unresolved Mention"/>
    <w:basedOn w:val="a2"/>
    <w:uiPriority w:val="99"/>
    <w:semiHidden/>
    <w:unhideWhenUsed/>
    <w:rsid w:val="00A51D76"/>
    <w:rPr>
      <w:color w:val="605E5C"/>
      <w:shd w:val="clear" w:color="auto" w:fill="E1DFDD"/>
    </w:rPr>
  </w:style>
  <w:style w:type="character" w:customStyle="1" w:styleId="aff3">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f2"/>
    <w:uiPriority w:val="99"/>
    <w:locked/>
    <w:rsid w:val="00171008"/>
    <w:rPr>
      <w:rFonts w:ascii="Times New Roman" w:eastAsia="Times New Roman" w:hAnsi="Times New Roman" w:cs="Times New Roman"/>
      <w:sz w:val="24"/>
      <w:szCs w:val="24"/>
      <w:lang w:val="ru-RU" w:eastAsia="ru-RU"/>
    </w:rPr>
  </w:style>
  <w:style w:type="table" w:customStyle="1" w:styleId="TableNormal">
    <w:name w:val="Table Normal"/>
    <w:uiPriority w:val="2"/>
    <w:semiHidden/>
    <w:unhideWhenUsed/>
    <w:qFormat/>
    <w:rsid w:val="00722AB9"/>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722AB9"/>
    <w:pPr>
      <w:widowControl w:val="0"/>
      <w:autoSpaceDE w:val="0"/>
      <w:autoSpaceDN w:val="0"/>
      <w:spacing w:after="0" w:line="240" w:lineRule="auto"/>
    </w:pPr>
    <w:rPr>
      <w:rFonts w:ascii="Times New Roman" w:eastAsia="Times New Roman" w:hAnsi="Times New Roman" w:cs="Times New Roman"/>
      <w:lang w:val="ru-RU"/>
    </w:rPr>
  </w:style>
  <w:style w:type="paragraph" w:customStyle="1" w:styleId="18">
    <w:name w:val="Стиль1"/>
    <w:basedOn w:val="ae"/>
    <w:link w:val="19"/>
    <w:qFormat/>
    <w:rsid w:val="00722AB9"/>
    <w:pPr>
      <w:spacing w:after="0" w:line="240" w:lineRule="auto"/>
      <w:ind w:left="851"/>
      <w:jc w:val="both"/>
    </w:pPr>
    <w:rPr>
      <w:rFonts w:ascii="Times New Roman" w:eastAsiaTheme="minorHAnsi" w:hAnsi="Times New Roman" w:cs="Times New Roman"/>
      <w:color w:val="000000"/>
      <w:kern w:val="2"/>
      <w:sz w:val="24"/>
      <w:szCs w:val="24"/>
      <w:lang w:val="ru-RU"/>
    </w:rPr>
  </w:style>
  <w:style w:type="character" w:customStyle="1" w:styleId="19">
    <w:name w:val="Стиль1 Знак"/>
    <w:basedOn w:val="a2"/>
    <w:link w:val="18"/>
    <w:rsid w:val="00722AB9"/>
    <w:rPr>
      <w:rFonts w:ascii="Times New Roman" w:eastAsiaTheme="minorHAnsi" w:hAnsi="Times New Roman" w:cs="Times New Roman"/>
      <w:color w:val="000000"/>
      <w:kern w:val="2"/>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678749">
      <w:bodyDiv w:val="1"/>
      <w:marLeft w:val="0"/>
      <w:marRight w:val="0"/>
      <w:marTop w:val="0"/>
      <w:marBottom w:val="0"/>
      <w:divBdr>
        <w:top w:val="none" w:sz="0" w:space="0" w:color="auto"/>
        <w:left w:val="none" w:sz="0" w:space="0" w:color="auto"/>
        <w:bottom w:val="none" w:sz="0" w:space="0" w:color="auto"/>
        <w:right w:val="none" w:sz="0" w:space="0" w:color="auto"/>
      </w:divBdr>
    </w:div>
    <w:div w:id="1302271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ol-collection.edu.ru" TargetMode="External"/><Relationship Id="rId18" Type="http://schemas.openxmlformats.org/officeDocument/2006/relationships/hyperlink" Target="https://uchi.ru/" TargetMode="External"/><Relationship Id="rId26" Type="http://schemas.openxmlformats.org/officeDocument/2006/relationships/hyperlink" Target="https://resh.edu.ru/subject/3/" TargetMode="External"/><Relationship Id="rId39" Type="http://schemas.openxmlformats.org/officeDocument/2006/relationships/hyperlink" Target="https://uchi.ru/-" TargetMode="External"/><Relationship Id="rId21" Type="http://schemas.openxmlformats.org/officeDocument/2006/relationships/hyperlink" Target="https://uchi.ru/" TargetMode="External"/><Relationship Id="rId34" Type="http://schemas.openxmlformats.org/officeDocument/2006/relationships/hyperlink" Target="http://scool-collection.edu.ru" TargetMode="External"/><Relationship Id="rId7" Type="http://schemas.openxmlformats.org/officeDocument/2006/relationships/hyperlink" Target="http://scool-collection.edu.ru" TargetMode="External"/><Relationship Id="rId2" Type="http://schemas.openxmlformats.org/officeDocument/2006/relationships/numbering" Target="numbering.xml"/><Relationship Id="rId16" Type="http://schemas.openxmlformats.org/officeDocument/2006/relationships/hyperlink" Target="http://scool-collection.edu.ru" TargetMode="External"/><Relationship Id="rId20" Type="http://schemas.openxmlformats.org/officeDocument/2006/relationships/hyperlink" Target="https://resh.edu.ru/subject/3/" TargetMode="External"/><Relationship Id="rId29" Type="http://schemas.openxmlformats.org/officeDocument/2006/relationships/hyperlink" Target="https://resh.edu.ru/subject/3/"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resh.edu.ru/subject/3/" TargetMode="External"/><Relationship Id="rId24" Type="http://schemas.openxmlformats.org/officeDocument/2006/relationships/hyperlink" Target="https://uchi.ru/" TargetMode="External"/><Relationship Id="rId32" Type="http://schemas.openxmlformats.org/officeDocument/2006/relationships/hyperlink" Target="https://resh.edu.ru/subject/3/" TargetMode="External"/><Relationship Id="rId37" Type="http://schemas.openxmlformats.org/officeDocument/2006/relationships/hyperlink" Target="http://scool-collection.edu.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chi.ru/" TargetMode="External"/><Relationship Id="rId23" Type="http://schemas.openxmlformats.org/officeDocument/2006/relationships/hyperlink" Target="https://resh.edu.ru/subject/3/" TargetMode="External"/><Relationship Id="rId28" Type="http://schemas.openxmlformats.org/officeDocument/2006/relationships/hyperlink" Target="http://scool-collection.edu.ru" TargetMode="External"/><Relationship Id="rId36" Type="http://schemas.openxmlformats.org/officeDocument/2006/relationships/hyperlink" Target="https://uchi.ru/" TargetMode="External"/><Relationship Id="rId10" Type="http://schemas.openxmlformats.org/officeDocument/2006/relationships/hyperlink" Target="http://scool-collection.edu.ru" TargetMode="External"/><Relationship Id="rId19" Type="http://schemas.openxmlformats.org/officeDocument/2006/relationships/hyperlink" Target="http://scool-collection.edu.ru" TargetMode="External"/><Relationship Id="rId31" Type="http://schemas.openxmlformats.org/officeDocument/2006/relationships/hyperlink" Target="http://scool-collection.edu.ru" TargetMode="External"/><Relationship Id="rId4" Type="http://schemas.openxmlformats.org/officeDocument/2006/relationships/settings" Target="settings.xml"/><Relationship Id="rId9" Type="http://schemas.openxmlformats.org/officeDocument/2006/relationships/hyperlink" Target="https://uchi.ru/" TargetMode="External"/><Relationship Id="rId14" Type="http://schemas.openxmlformats.org/officeDocument/2006/relationships/hyperlink" Target="https://resh.edu.ru/subject/3/" TargetMode="External"/><Relationship Id="rId22" Type="http://schemas.openxmlformats.org/officeDocument/2006/relationships/hyperlink" Target="http://scool-collection.edu.ru" TargetMode="External"/><Relationship Id="rId27" Type="http://schemas.openxmlformats.org/officeDocument/2006/relationships/hyperlink" Target="https://uchi.ru/" TargetMode="External"/><Relationship Id="rId30" Type="http://schemas.openxmlformats.org/officeDocument/2006/relationships/hyperlink" Target="https://uchi.ru/" TargetMode="External"/><Relationship Id="rId35" Type="http://schemas.openxmlformats.org/officeDocument/2006/relationships/hyperlink" Target="https://resh.edu.ru/subject/3/" TargetMode="External"/><Relationship Id="rId8" Type="http://schemas.openxmlformats.org/officeDocument/2006/relationships/hyperlink" Target="https://resh.edu.ru/subject/3/" TargetMode="External"/><Relationship Id="rId3" Type="http://schemas.openxmlformats.org/officeDocument/2006/relationships/styles" Target="styles.xml"/><Relationship Id="rId12" Type="http://schemas.openxmlformats.org/officeDocument/2006/relationships/hyperlink" Target="https://uchi.ru/" TargetMode="External"/><Relationship Id="rId17" Type="http://schemas.openxmlformats.org/officeDocument/2006/relationships/hyperlink" Target="https://resh.edu.ru/subject/3/" TargetMode="External"/><Relationship Id="rId25" Type="http://schemas.openxmlformats.org/officeDocument/2006/relationships/hyperlink" Target="http://scool-collection.edu.ru" TargetMode="External"/><Relationship Id="rId33" Type="http://schemas.openxmlformats.org/officeDocument/2006/relationships/hyperlink" Target="https://uchi.ru/" TargetMode="External"/><Relationship Id="rId38" Type="http://schemas.openxmlformats.org/officeDocument/2006/relationships/hyperlink" Target="https://resh.edu.ru/special-cour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BDA1A-1636-4AC1-A300-313A402DF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12051</Words>
  <Characters>68694</Characters>
  <Application>Microsoft Office Word</Application>
  <DocSecurity>0</DocSecurity>
  <Lines>572</Lines>
  <Paragraphs>161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80584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noutilus</cp:lastModifiedBy>
  <cp:revision>5</cp:revision>
  <dcterms:created xsi:type="dcterms:W3CDTF">2024-03-03T16:53:00Z</dcterms:created>
  <dcterms:modified xsi:type="dcterms:W3CDTF">2024-03-10T19:18:00Z</dcterms:modified>
</cp:coreProperties>
</file>